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AE5EB" w14:textId="43751498" w:rsidR="005023A2" w:rsidRPr="00693744" w:rsidRDefault="00117058" w:rsidP="00693744">
      <w:pPr>
        <w:bidi/>
        <w:jc w:val="center"/>
        <w:rPr>
          <w:rFonts w:cs="B Titr"/>
          <w:b/>
          <w:bCs/>
          <w:sz w:val="32"/>
          <w:szCs w:val="32"/>
          <w:lang w:bidi="fa-IR"/>
        </w:rPr>
      </w:pPr>
      <w:bookmarkStart w:id="0" w:name="_Hlk196082124"/>
      <w:r w:rsidRPr="004538C5">
        <w:rPr>
          <w:rFonts w:cs="B Titr" w:hint="cs"/>
          <w:b/>
          <w:bCs/>
          <w:sz w:val="32"/>
          <w:szCs w:val="32"/>
          <w:rtl/>
        </w:rPr>
        <w:t xml:space="preserve">تدوین </w:t>
      </w:r>
      <w:r w:rsidR="00874F4F" w:rsidRPr="004538C5">
        <w:rPr>
          <w:rFonts w:cs="B Titr" w:hint="cs"/>
          <w:b/>
          <w:bCs/>
          <w:sz w:val="32"/>
          <w:szCs w:val="32"/>
          <w:rtl/>
        </w:rPr>
        <w:t>مدل</w:t>
      </w:r>
      <w:r w:rsidR="00874F4F" w:rsidRPr="004538C5">
        <w:rPr>
          <w:rFonts w:cs="B Titr"/>
          <w:b/>
          <w:bCs/>
          <w:sz w:val="32"/>
          <w:szCs w:val="32"/>
          <w:rtl/>
        </w:rPr>
        <w:t xml:space="preserve"> </w:t>
      </w:r>
      <w:r w:rsidR="0098441D" w:rsidRPr="004538C5">
        <w:rPr>
          <w:rFonts w:cs="B Titr" w:hint="cs"/>
          <w:b/>
          <w:bCs/>
          <w:sz w:val="32"/>
          <w:szCs w:val="32"/>
          <w:rtl/>
        </w:rPr>
        <w:t>مدیریت عملکرد</w:t>
      </w:r>
      <w:r w:rsidR="00874F4F" w:rsidRPr="004538C5">
        <w:rPr>
          <w:rFonts w:cs="B Titr"/>
          <w:b/>
          <w:bCs/>
          <w:sz w:val="32"/>
          <w:szCs w:val="32"/>
          <w:rtl/>
        </w:rPr>
        <w:t xml:space="preserve"> </w:t>
      </w:r>
      <w:r w:rsidR="00874F4F" w:rsidRPr="004538C5">
        <w:rPr>
          <w:rFonts w:cs="B Titr" w:hint="cs"/>
          <w:b/>
          <w:bCs/>
          <w:sz w:val="32"/>
          <w:szCs w:val="32"/>
          <w:rtl/>
        </w:rPr>
        <w:t>استخرهای</w:t>
      </w:r>
      <w:r w:rsidR="00874F4F" w:rsidRPr="004538C5">
        <w:rPr>
          <w:rFonts w:cs="B Titr"/>
          <w:b/>
          <w:bCs/>
          <w:sz w:val="32"/>
          <w:szCs w:val="32"/>
          <w:rtl/>
        </w:rPr>
        <w:t xml:space="preserve"> </w:t>
      </w:r>
      <w:r w:rsidR="00874F4F" w:rsidRPr="004538C5">
        <w:rPr>
          <w:rFonts w:cs="B Titr" w:hint="cs"/>
          <w:b/>
          <w:bCs/>
          <w:sz w:val="32"/>
          <w:szCs w:val="32"/>
          <w:rtl/>
        </w:rPr>
        <w:t>ورزشی</w:t>
      </w:r>
      <w:r w:rsidR="00874F4F" w:rsidRPr="004538C5">
        <w:rPr>
          <w:rFonts w:cs="B Titr"/>
          <w:b/>
          <w:bCs/>
          <w:sz w:val="32"/>
          <w:szCs w:val="32"/>
          <w:rtl/>
        </w:rPr>
        <w:t xml:space="preserve"> </w:t>
      </w:r>
      <w:r w:rsidR="00874F4F" w:rsidRPr="004538C5">
        <w:rPr>
          <w:rFonts w:cs="B Titr" w:hint="cs"/>
          <w:b/>
          <w:bCs/>
          <w:sz w:val="32"/>
          <w:szCs w:val="32"/>
          <w:rtl/>
        </w:rPr>
        <w:t>ایران</w:t>
      </w:r>
      <w:bookmarkEnd w:id="0"/>
    </w:p>
    <w:p w14:paraId="77D4AE06" w14:textId="77777777" w:rsidR="00692FCD" w:rsidRDefault="00692FCD" w:rsidP="00D5135E">
      <w:pPr>
        <w:jc w:val="center"/>
        <w:rPr>
          <w:rFonts w:ascii="B Titr" w:hAnsi="B Titr"/>
          <w:b/>
        </w:rPr>
      </w:pPr>
    </w:p>
    <w:p w14:paraId="410568DE" w14:textId="1262EAC1" w:rsidR="005023A2" w:rsidRDefault="00117058" w:rsidP="00D5135E">
      <w:pPr>
        <w:jc w:val="center"/>
        <w:rPr>
          <w:rFonts w:asciiTheme="minorBidi" w:hAnsiTheme="minorBidi"/>
          <w:szCs w:val="26"/>
          <w:rtl/>
        </w:rPr>
      </w:pPr>
      <w:r w:rsidRPr="00117058">
        <w:rPr>
          <w:rFonts w:asciiTheme="minorBidi" w:hAnsiTheme="minorBidi"/>
          <w:szCs w:val="26"/>
        </w:rPr>
        <w:t>Development of a Performance Management Model for Sports Pools in Iran</w:t>
      </w:r>
    </w:p>
    <w:p w14:paraId="65BCE272" w14:textId="77777777" w:rsidR="00FB052D" w:rsidRPr="00FE583D" w:rsidRDefault="00FB052D" w:rsidP="00FB052D">
      <w:pPr>
        <w:jc w:val="center"/>
        <w:rPr>
          <w:rFonts w:cs="B Lotus"/>
          <w:sz w:val="22"/>
        </w:rPr>
      </w:pPr>
      <w:r w:rsidRPr="00FE583D">
        <w:rPr>
          <w:rFonts w:cs="B Lotus"/>
          <w:sz w:val="22"/>
        </w:rPr>
        <w:t>Sara Pishvar farsh, Mehrzad Hamidi*, Hossein Rajabi nooshabadi</w:t>
      </w:r>
    </w:p>
    <w:p w14:paraId="1A481EFC" w14:textId="77777777" w:rsidR="00FB052D" w:rsidRPr="00E229A9" w:rsidRDefault="00FB052D" w:rsidP="00FB052D">
      <w:pPr>
        <w:jc w:val="center"/>
        <w:rPr>
          <w:rFonts w:cs="B Lotus"/>
          <w:sz w:val="22"/>
        </w:rPr>
      </w:pPr>
      <w:r w:rsidRPr="00E229A9">
        <w:rPr>
          <w:rFonts w:cs="B Lotus"/>
          <w:sz w:val="22"/>
        </w:rPr>
        <w:t xml:space="preserve">Master of sport management, </w:t>
      </w:r>
      <w:bookmarkStart w:id="1" w:name="_Hlk196736617"/>
      <w:r w:rsidRPr="00E229A9">
        <w:rPr>
          <w:rFonts w:cs="B Lotus"/>
          <w:sz w:val="22"/>
        </w:rPr>
        <w:t xml:space="preserve">University </w:t>
      </w:r>
      <w:r w:rsidRPr="00FE583D">
        <w:rPr>
          <w:rFonts w:cs="B Lotus"/>
          <w:sz w:val="22"/>
        </w:rPr>
        <w:t>of</w:t>
      </w:r>
      <w:r w:rsidRPr="00E229A9">
        <w:rPr>
          <w:rFonts w:cs="B Lotus"/>
          <w:sz w:val="22"/>
        </w:rPr>
        <w:t xml:space="preserve"> Tehran, Tehran, Iran</w:t>
      </w:r>
    </w:p>
    <w:bookmarkEnd w:id="1"/>
    <w:p w14:paraId="5BD96EC7" w14:textId="77777777" w:rsidR="00FB052D" w:rsidRPr="00E229A9" w:rsidRDefault="00FB052D" w:rsidP="00FB052D">
      <w:pPr>
        <w:jc w:val="center"/>
        <w:rPr>
          <w:rFonts w:cs="B Lotus"/>
          <w:sz w:val="22"/>
        </w:rPr>
      </w:pPr>
      <w:r w:rsidRPr="00FE583D">
        <w:rPr>
          <w:rFonts w:cs="B Lotus"/>
          <w:sz w:val="22"/>
        </w:rPr>
        <w:t>*</w:t>
      </w:r>
      <w:r w:rsidRPr="00E229A9">
        <w:rPr>
          <w:rFonts w:cs="B Lotus"/>
          <w:sz w:val="22"/>
        </w:rPr>
        <w:t>Profes</w:t>
      </w:r>
      <w:r w:rsidRPr="00FE583D">
        <w:rPr>
          <w:rFonts w:ascii="Calibri" w:hAnsi="Calibri" w:cs="B Lotus"/>
          <w:sz w:val="22"/>
        </w:rPr>
        <w:t>s</w:t>
      </w:r>
      <w:r w:rsidRPr="00E229A9">
        <w:rPr>
          <w:rFonts w:cs="B Lotus"/>
          <w:sz w:val="22"/>
        </w:rPr>
        <w:t xml:space="preserve">or in Sport Management, </w:t>
      </w:r>
      <w:bookmarkStart w:id="2" w:name="_Hlk196736697"/>
      <w:r w:rsidRPr="00E229A9">
        <w:rPr>
          <w:rFonts w:cs="B Lotus"/>
          <w:sz w:val="22"/>
        </w:rPr>
        <w:t xml:space="preserve">University </w:t>
      </w:r>
      <w:r w:rsidRPr="00FE583D">
        <w:rPr>
          <w:rFonts w:cs="B Lotus"/>
          <w:sz w:val="22"/>
        </w:rPr>
        <w:t>of</w:t>
      </w:r>
      <w:r w:rsidRPr="00E229A9">
        <w:rPr>
          <w:rFonts w:cs="B Lotus"/>
          <w:sz w:val="22"/>
        </w:rPr>
        <w:t xml:space="preserve"> Tehran</w:t>
      </w:r>
      <w:bookmarkEnd w:id="2"/>
      <w:r w:rsidRPr="00E229A9">
        <w:rPr>
          <w:rFonts w:cs="B Lotus"/>
          <w:sz w:val="22"/>
        </w:rPr>
        <w:t>, Tehran, Iran</w:t>
      </w:r>
    </w:p>
    <w:p w14:paraId="3F7BC234" w14:textId="77777777" w:rsidR="00FB052D" w:rsidRDefault="00FB052D" w:rsidP="00FB052D">
      <w:pPr>
        <w:jc w:val="center"/>
        <w:rPr>
          <w:rFonts w:cs="B Lotus"/>
          <w:sz w:val="22"/>
          <w:rtl/>
        </w:rPr>
      </w:pPr>
      <w:r w:rsidRPr="00E229A9">
        <w:rPr>
          <w:rFonts w:cs="B Lotus"/>
          <w:sz w:val="22"/>
        </w:rPr>
        <w:t xml:space="preserve">Assistant Professor in sport management, University </w:t>
      </w:r>
      <w:r w:rsidRPr="00FE583D">
        <w:rPr>
          <w:rFonts w:cs="B Lotus"/>
          <w:sz w:val="22"/>
        </w:rPr>
        <w:t>of</w:t>
      </w:r>
      <w:r w:rsidRPr="00E229A9">
        <w:rPr>
          <w:rFonts w:cs="B Lotus"/>
          <w:sz w:val="22"/>
        </w:rPr>
        <w:t xml:space="preserve"> Tehran, Tehran, Iran</w:t>
      </w:r>
    </w:p>
    <w:p w14:paraId="3380DEFA" w14:textId="3CB41581" w:rsidR="00FB052D" w:rsidRPr="00FB052D" w:rsidRDefault="00FB052D" w:rsidP="00FB052D">
      <w:pPr>
        <w:spacing w:before="100" w:beforeAutospacing="1" w:after="100" w:afterAutospacing="1" w:line="240" w:lineRule="auto"/>
        <w:jc w:val="center"/>
        <w:rPr>
          <w:rFonts w:ascii="Times New Roman" w:eastAsia="Times New Roman" w:hAnsi="Times New Roman" w:cs="Times New Roman"/>
          <w:sz w:val="22"/>
        </w:rPr>
      </w:pPr>
      <w:hyperlink r:id="rId8" w:history="1">
        <w:r w:rsidRPr="00FB052D">
          <w:rPr>
            <w:rStyle w:val="affc"/>
            <w:rFonts w:ascii="Times New Roman" w:eastAsia="Times New Roman" w:hAnsi="Times New Roman" w:cs="Times New Roman"/>
            <w:sz w:val="22"/>
          </w:rPr>
          <w:t>s.pishevarfarsh@gmail.com</w:t>
        </w:r>
      </w:hyperlink>
      <w:r w:rsidRPr="00FB052D">
        <w:rPr>
          <w:rFonts w:ascii="Times New Roman" w:eastAsia="Times New Roman" w:hAnsi="Times New Roman" w:cs="Times New Roman"/>
          <w:sz w:val="22"/>
        </w:rPr>
        <w:t xml:space="preserve">  09379856118. 0009-0004-0899-9522</w:t>
      </w:r>
    </w:p>
    <w:p w14:paraId="71F6E37A" w14:textId="0251BD3B" w:rsidR="00FB052D" w:rsidRPr="00FB052D" w:rsidRDefault="00FB052D" w:rsidP="00FB052D">
      <w:pPr>
        <w:spacing w:before="100" w:beforeAutospacing="1" w:after="100" w:afterAutospacing="1" w:line="240" w:lineRule="auto"/>
        <w:jc w:val="center"/>
        <w:rPr>
          <w:rFonts w:ascii="Times New Roman" w:eastAsia="Times New Roman" w:hAnsi="Times New Roman" w:cs="Times New Roman"/>
          <w:sz w:val="22"/>
        </w:rPr>
      </w:pPr>
      <w:hyperlink r:id="rId9" w:history="1">
        <w:r w:rsidRPr="00FB052D">
          <w:rPr>
            <w:rStyle w:val="affc"/>
            <w:rFonts w:ascii="Times New Roman" w:eastAsia="Times New Roman" w:hAnsi="Times New Roman" w:cs="Times New Roman"/>
            <w:sz w:val="22"/>
          </w:rPr>
          <w:t>mhamidi@ut.ac.ir</w:t>
        </w:r>
      </w:hyperlink>
      <w:r w:rsidRPr="00FB052D">
        <w:rPr>
          <w:rFonts w:ascii="Times New Roman" w:eastAsia="Times New Roman" w:hAnsi="Times New Roman" w:cs="Times New Roman"/>
          <w:sz w:val="22"/>
        </w:rPr>
        <w:t xml:space="preserve"> 09125365219. 0000- 0002-0425-8936</w:t>
      </w:r>
    </w:p>
    <w:p w14:paraId="2781A42D" w14:textId="1952486E" w:rsidR="00FB052D" w:rsidRPr="00FB052D" w:rsidRDefault="00FB052D" w:rsidP="00FB052D">
      <w:pPr>
        <w:spacing w:before="100" w:beforeAutospacing="1" w:after="100" w:afterAutospacing="1" w:line="240" w:lineRule="auto"/>
        <w:jc w:val="center"/>
        <w:rPr>
          <w:rFonts w:ascii="Times New Roman" w:eastAsia="Times New Roman" w:hAnsi="Times New Roman" w:cs="Times New Roman"/>
          <w:sz w:val="22"/>
        </w:rPr>
      </w:pPr>
      <w:hyperlink r:id="rId10" w:history="1">
        <w:r w:rsidRPr="00FB052D">
          <w:rPr>
            <w:rStyle w:val="affc"/>
            <w:rFonts w:ascii="Times New Roman" w:eastAsia="Times New Roman" w:hAnsi="Times New Roman" w:cs="Times New Roman"/>
            <w:sz w:val="22"/>
          </w:rPr>
          <w:t>horajabi@ut.ac.ir</w:t>
        </w:r>
      </w:hyperlink>
      <w:r w:rsidRPr="00FB052D">
        <w:rPr>
          <w:rFonts w:ascii="Times New Roman" w:eastAsia="Times New Roman" w:hAnsi="Times New Roman" w:cs="Times New Roman"/>
          <w:sz w:val="22"/>
        </w:rPr>
        <w:t xml:space="preserve">  09122024517 - 0000-0002-7948-1446</w:t>
      </w:r>
    </w:p>
    <w:p w14:paraId="0B1D9D38" w14:textId="77777777" w:rsidR="00FB052D" w:rsidRPr="00FB052D" w:rsidRDefault="00FB052D" w:rsidP="00D5135E">
      <w:pPr>
        <w:jc w:val="center"/>
        <w:rPr>
          <w:rFonts w:asciiTheme="minorHAnsi" w:hAnsiTheme="minorHAnsi"/>
          <w:szCs w:val="26"/>
          <w:rtl/>
        </w:rPr>
      </w:pPr>
    </w:p>
    <w:p w14:paraId="040CDB49" w14:textId="26B4C3D5" w:rsidR="00231E61" w:rsidRPr="00D5135E" w:rsidRDefault="00231E61" w:rsidP="00231E61">
      <w:pPr>
        <w:jc w:val="center"/>
        <w:rPr>
          <w:rFonts w:asciiTheme="minorBidi" w:hAnsiTheme="minorBidi"/>
          <w:szCs w:val="26"/>
        </w:rPr>
      </w:pPr>
    </w:p>
    <w:p w14:paraId="6D48E1E4" w14:textId="15943CC4" w:rsidR="00C15462" w:rsidRPr="009813CA" w:rsidRDefault="00D733DB" w:rsidP="009813CA">
      <w:pPr>
        <w:rPr>
          <w:rFonts w:ascii="B Titr" w:hAnsi="B Titr"/>
          <w:b/>
          <w:rtl/>
        </w:rPr>
      </w:pPr>
      <w:r>
        <w:rPr>
          <w:rFonts w:ascii="B Titr" w:hAnsi="B Titr"/>
          <w:b/>
        </w:rPr>
        <w:t xml:space="preserve">Abstract </w:t>
      </w:r>
    </w:p>
    <w:p w14:paraId="64332DC9" w14:textId="05D65F8A" w:rsidR="00C15462" w:rsidRDefault="00C15462" w:rsidP="000A5533">
      <w:pPr>
        <w:jc w:val="both"/>
        <w:rPr>
          <w:rFonts w:asciiTheme="minorBidi" w:eastAsia="Times New Roman" w:hAnsiTheme="minorBidi"/>
          <w:szCs w:val="26"/>
        </w:rPr>
      </w:pPr>
      <w:r w:rsidRPr="00C15462">
        <w:rPr>
          <w:rFonts w:asciiTheme="minorBidi" w:eastAsia="Times New Roman" w:hAnsiTheme="minorBidi"/>
          <w:b/>
          <w:bCs/>
          <w:szCs w:val="26"/>
        </w:rPr>
        <w:t>Aim:</w:t>
      </w:r>
      <w:r>
        <w:rPr>
          <w:rFonts w:asciiTheme="minorBidi" w:eastAsia="Times New Roman" w:hAnsiTheme="minorBidi"/>
          <w:szCs w:val="26"/>
        </w:rPr>
        <w:t xml:space="preserve"> </w:t>
      </w:r>
      <w:r w:rsidR="00190337" w:rsidRPr="00190337">
        <w:rPr>
          <w:rFonts w:asciiTheme="minorBidi" w:eastAsia="Times New Roman" w:hAnsiTheme="minorBidi"/>
          <w:szCs w:val="26"/>
        </w:rPr>
        <w:t xml:space="preserve">This study aimed to design an applicable model for </w:t>
      </w:r>
      <w:r w:rsidR="009813CA">
        <w:rPr>
          <w:rFonts w:asciiTheme="minorBidi" w:eastAsia="Times New Roman" w:hAnsiTheme="minorBidi"/>
          <w:szCs w:val="26"/>
        </w:rPr>
        <w:t xml:space="preserve">performance management </w:t>
      </w:r>
      <w:r w:rsidR="00190337" w:rsidRPr="00190337">
        <w:rPr>
          <w:rFonts w:asciiTheme="minorBidi" w:eastAsia="Times New Roman" w:hAnsiTheme="minorBidi"/>
          <w:szCs w:val="26"/>
        </w:rPr>
        <w:t>of swimming pools across</w:t>
      </w:r>
      <w:r w:rsidR="009813CA">
        <w:rPr>
          <w:rFonts w:asciiTheme="minorBidi" w:eastAsia="Times New Roman" w:hAnsiTheme="minorBidi"/>
          <w:szCs w:val="26"/>
        </w:rPr>
        <w:t xml:space="preserve"> Iran</w:t>
      </w:r>
      <w:r w:rsidR="00190337" w:rsidRPr="00190337">
        <w:rPr>
          <w:rFonts w:asciiTheme="minorBidi" w:eastAsia="Times New Roman" w:hAnsiTheme="minorBidi"/>
          <w:szCs w:val="26"/>
        </w:rPr>
        <w:t xml:space="preserve">. </w:t>
      </w:r>
    </w:p>
    <w:p w14:paraId="3A40CEE6" w14:textId="77777777" w:rsidR="00C15462" w:rsidRDefault="00C15462" w:rsidP="000A5533">
      <w:pPr>
        <w:jc w:val="both"/>
        <w:rPr>
          <w:rFonts w:asciiTheme="minorBidi" w:eastAsia="Times New Roman" w:hAnsiTheme="minorBidi"/>
          <w:szCs w:val="26"/>
        </w:rPr>
      </w:pPr>
      <w:r w:rsidRPr="00C15462">
        <w:rPr>
          <w:rFonts w:asciiTheme="minorBidi" w:eastAsia="Times New Roman" w:hAnsiTheme="minorBidi"/>
          <w:b/>
          <w:bCs/>
          <w:szCs w:val="26"/>
        </w:rPr>
        <w:t>Methodes</w:t>
      </w:r>
      <w:r>
        <w:rPr>
          <w:rFonts w:asciiTheme="minorBidi" w:eastAsia="Times New Roman" w:hAnsiTheme="minorBidi"/>
          <w:szCs w:val="26"/>
        </w:rPr>
        <w:t xml:space="preserve">: </w:t>
      </w:r>
      <w:r w:rsidR="00190337" w:rsidRPr="00190337">
        <w:rPr>
          <w:rFonts w:asciiTheme="minorBidi" w:eastAsia="Times New Roman" w:hAnsiTheme="minorBidi"/>
          <w:szCs w:val="26"/>
        </w:rPr>
        <w:t>Employing a qualitative approach with thematic analysis, data were collected through semi-structured interviews with 16 experts, including performance management specialists, officials from the Federation of Aquatic Sports, and pool managers, until theoretical saturation was reached. Data analysis was conducted using MAXQDA software through three stages: descriptive coding, interpretive coding, and integration</w:t>
      </w:r>
      <w:r>
        <w:rPr>
          <w:rFonts w:asciiTheme="minorBidi" w:eastAsia="Times New Roman" w:hAnsiTheme="minorBidi"/>
          <w:szCs w:val="26"/>
        </w:rPr>
        <w:t>.</w:t>
      </w:r>
    </w:p>
    <w:p w14:paraId="74331243" w14:textId="3CB31F41" w:rsidR="00C15462" w:rsidRDefault="00C15462" w:rsidP="000A5533">
      <w:pPr>
        <w:jc w:val="both"/>
        <w:rPr>
          <w:rFonts w:asciiTheme="minorBidi" w:eastAsia="Times New Roman" w:hAnsiTheme="minorBidi"/>
          <w:szCs w:val="26"/>
        </w:rPr>
      </w:pPr>
      <w:r w:rsidRPr="00C15462">
        <w:rPr>
          <w:rFonts w:asciiTheme="minorBidi" w:eastAsia="Times New Roman" w:hAnsiTheme="minorBidi"/>
          <w:b/>
          <w:bCs/>
          <w:szCs w:val="26"/>
        </w:rPr>
        <w:t>Result</w:t>
      </w:r>
      <w:r w:rsidR="009813CA" w:rsidRPr="00C15462">
        <w:rPr>
          <w:rFonts w:asciiTheme="minorBidi" w:eastAsia="Times New Roman" w:hAnsiTheme="minorBidi"/>
          <w:b/>
          <w:bCs/>
          <w:szCs w:val="26"/>
        </w:rPr>
        <w:t>:</w:t>
      </w:r>
      <w:r w:rsidR="009813CA">
        <w:rPr>
          <w:rFonts w:asciiTheme="minorBidi" w:eastAsia="Times New Roman" w:hAnsiTheme="minorBidi"/>
          <w:szCs w:val="26"/>
        </w:rPr>
        <w:t xml:space="preserve"> </w:t>
      </w:r>
      <w:r w:rsidR="009813CA" w:rsidRPr="00190337">
        <w:rPr>
          <w:rFonts w:asciiTheme="minorBidi" w:eastAsia="Times New Roman" w:hAnsiTheme="minorBidi"/>
          <w:szCs w:val="26"/>
        </w:rPr>
        <w:t>which</w:t>
      </w:r>
      <w:r>
        <w:rPr>
          <w:rFonts w:asciiTheme="minorBidi" w:eastAsia="Times New Roman" w:hAnsiTheme="minorBidi"/>
          <w:szCs w:val="26"/>
        </w:rPr>
        <w:t xml:space="preserve"> resulted </w:t>
      </w:r>
      <w:r w:rsidR="00190337" w:rsidRPr="00190337">
        <w:rPr>
          <w:rFonts w:asciiTheme="minorBidi" w:eastAsia="Times New Roman" w:hAnsiTheme="minorBidi"/>
          <w:szCs w:val="26"/>
        </w:rPr>
        <w:t>in the extraction of 511 initial codes, 82 descriptive themes, and 14 interpretive themes.</w:t>
      </w:r>
      <w:r w:rsidR="00190337">
        <w:rPr>
          <w:rFonts w:ascii="B Titr" w:hAnsi="B Titr"/>
          <w:b/>
        </w:rPr>
        <w:t xml:space="preserve"> </w:t>
      </w:r>
      <w:r w:rsidR="00190337" w:rsidRPr="00190337">
        <w:rPr>
          <w:rFonts w:asciiTheme="minorBidi" w:eastAsia="Times New Roman" w:hAnsiTheme="minorBidi"/>
          <w:szCs w:val="26"/>
        </w:rPr>
        <w:t xml:space="preserve">To finalize the model and assign weights to components, the focus group technique was utilized, setting the total model weight at 1000. The final model includes four main components: </w:t>
      </w:r>
      <w:r w:rsidR="00190337" w:rsidRPr="00190337">
        <w:rPr>
          <w:rFonts w:asciiTheme="minorBidi" w:eastAsia="Times New Roman" w:hAnsiTheme="minorBidi"/>
          <w:szCs w:val="26"/>
        </w:rPr>
        <w:lastRenderedPageBreak/>
        <w:t xml:space="preserve">Infrastructure and Standards (weight 380), Resource Management and Support (weight 250), Service Processes and Customer Experience (weight 250), and Marketing and Competitiveness (weight 120). </w:t>
      </w:r>
    </w:p>
    <w:p w14:paraId="38812B31" w14:textId="308346A5" w:rsidR="00190337" w:rsidRPr="00693744" w:rsidRDefault="00C15462" w:rsidP="00693744">
      <w:pPr>
        <w:jc w:val="both"/>
        <w:rPr>
          <w:rFonts w:ascii="B Titr" w:hAnsi="B Titr"/>
          <w:b/>
          <w:rtl/>
        </w:rPr>
      </w:pPr>
      <w:r w:rsidRPr="00C15462">
        <w:rPr>
          <w:rFonts w:asciiTheme="minorBidi" w:eastAsia="Times New Roman" w:hAnsiTheme="minorBidi"/>
          <w:b/>
          <w:bCs/>
          <w:szCs w:val="26"/>
        </w:rPr>
        <w:t>Conclusion:</w:t>
      </w:r>
      <w:r>
        <w:rPr>
          <w:rFonts w:asciiTheme="minorBidi" w:eastAsia="Times New Roman" w:hAnsiTheme="minorBidi"/>
          <w:szCs w:val="26"/>
        </w:rPr>
        <w:t xml:space="preserve"> </w:t>
      </w:r>
      <w:r w:rsidR="00190337" w:rsidRPr="00190337">
        <w:rPr>
          <w:rFonts w:asciiTheme="minorBidi" w:eastAsia="Times New Roman" w:hAnsiTheme="minorBidi"/>
          <w:szCs w:val="26"/>
        </w:rPr>
        <w:t>Findings revealed that infrastructure safety, human resource management, hygiene, marketing efforts, and customer experience improvements are the key drivers of enhanced swimming pool performance. The proposed model, covering technical, human, service, and cultural aspects, demonstrates adaptability to various operational contexts and provides a measurable, practical framework to facilitate the performance management of aquatic facilities across Iran.</w:t>
      </w:r>
    </w:p>
    <w:p w14:paraId="615C7A43" w14:textId="6C7EB63F" w:rsidR="005023A2" w:rsidRDefault="00D733DB" w:rsidP="00E52C87">
      <w:r>
        <w:rPr>
          <w:rFonts w:ascii="B Titr" w:hAnsi="B Titr"/>
          <w:b/>
        </w:rPr>
        <w:t xml:space="preserve">Keywords </w:t>
      </w:r>
    </w:p>
    <w:p w14:paraId="756B01B6" w14:textId="51CF8629" w:rsidR="00874F4F" w:rsidRPr="00E93F33" w:rsidRDefault="00197AA5" w:rsidP="00197AA5">
      <w:pPr>
        <w:rPr>
          <w:rFonts w:asciiTheme="minorBidi" w:eastAsia="Aptos" w:hAnsiTheme="minorBidi"/>
          <w:kern w:val="2"/>
          <w:sz w:val="22"/>
          <w14:ligatures w14:val="standardContextual"/>
        </w:rPr>
      </w:pPr>
      <w:r w:rsidRPr="00E93F33">
        <w:rPr>
          <w:rFonts w:asciiTheme="minorBidi" w:eastAsia="Aptos" w:hAnsiTheme="minorBidi"/>
          <w:kern w:val="2"/>
          <w:sz w:val="22"/>
          <w14:ligatures w14:val="standardContextual"/>
        </w:rPr>
        <w:t>swimming pools, Marketing</w:t>
      </w:r>
      <w:r w:rsidR="002C41E4" w:rsidRPr="00E93F33">
        <w:rPr>
          <w:rFonts w:asciiTheme="minorBidi" w:eastAsia="Aptos" w:hAnsiTheme="minorBidi"/>
          <w:kern w:val="2"/>
          <w:sz w:val="22"/>
          <w14:ligatures w14:val="standardContextual"/>
        </w:rPr>
        <w:t xml:space="preserve">, </w:t>
      </w:r>
      <w:r w:rsidRPr="00E93F33">
        <w:rPr>
          <w:rFonts w:asciiTheme="minorBidi" w:eastAsia="Aptos" w:hAnsiTheme="minorBidi"/>
          <w:kern w:val="2"/>
          <w:sz w:val="22"/>
          <w14:ligatures w14:val="standardContextual"/>
        </w:rPr>
        <w:t>Safety and Security</w:t>
      </w:r>
      <w:r w:rsidR="002C41E4" w:rsidRPr="00E93F33">
        <w:rPr>
          <w:rFonts w:asciiTheme="minorBidi" w:eastAsia="Aptos" w:hAnsiTheme="minorBidi"/>
          <w:kern w:val="2"/>
          <w:sz w:val="22"/>
          <w14:ligatures w14:val="standardContextual"/>
        </w:rPr>
        <w:t xml:space="preserve">, human </w:t>
      </w:r>
      <w:r w:rsidR="004C5C0F" w:rsidRPr="00E93F33">
        <w:rPr>
          <w:rFonts w:asciiTheme="minorBidi" w:eastAsia="Aptos" w:hAnsiTheme="minorBidi"/>
          <w:kern w:val="2"/>
          <w:sz w:val="22"/>
          <w14:ligatures w14:val="standardContextual"/>
        </w:rPr>
        <w:t>resources</w:t>
      </w:r>
      <w:r w:rsidR="002C41E4" w:rsidRPr="00E93F33">
        <w:rPr>
          <w:rFonts w:asciiTheme="minorBidi" w:eastAsia="Aptos" w:hAnsiTheme="minorBidi"/>
          <w:kern w:val="2"/>
          <w:sz w:val="22"/>
          <w14:ligatures w14:val="standardContextual"/>
        </w:rPr>
        <w:t xml:space="preserve"> </w:t>
      </w:r>
    </w:p>
    <w:p w14:paraId="234F7F78" w14:textId="77777777" w:rsidR="00E52C87" w:rsidRDefault="00E52C87">
      <w:pPr>
        <w:jc w:val="right"/>
        <w:rPr>
          <w:rtl/>
        </w:rPr>
      </w:pPr>
    </w:p>
    <w:p w14:paraId="6AFAFCCF" w14:textId="39C187E3" w:rsidR="00FE583D" w:rsidRDefault="00176468" w:rsidP="00FE583D">
      <w:pPr>
        <w:jc w:val="center"/>
        <w:rPr>
          <w:rFonts w:cs="B Titr"/>
          <w:sz w:val="32"/>
          <w:szCs w:val="32"/>
          <w:rtl/>
        </w:rPr>
      </w:pPr>
      <w:r>
        <w:rPr>
          <w:rFonts w:cs="B Titr" w:hint="cs"/>
          <w:sz w:val="32"/>
          <w:szCs w:val="32"/>
          <w:rtl/>
        </w:rPr>
        <w:t>تدوین</w:t>
      </w:r>
      <w:r w:rsidR="0098441D" w:rsidRPr="0098441D">
        <w:rPr>
          <w:rFonts w:cs="B Titr"/>
          <w:sz w:val="32"/>
          <w:szCs w:val="32"/>
          <w:rtl/>
        </w:rPr>
        <w:t xml:space="preserve"> مدل مد</w:t>
      </w:r>
      <w:r w:rsidR="0098441D" w:rsidRPr="0098441D">
        <w:rPr>
          <w:rFonts w:cs="B Titr" w:hint="cs"/>
          <w:sz w:val="32"/>
          <w:szCs w:val="32"/>
          <w:rtl/>
        </w:rPr>
        <w:t>ی</w:t>
      </w:r>
      <w:r w:rsidR="0098441D" w:rsidRPr="0098441D">
        <w:rPr>
          <w:rFonts w:cs="B Titr" w:hint="eastAsia"/>
          <w:sz w:val="32"/>
          <w:szCs w:val="32"/>
          <w:rtl/>
        </w:rPr>
        <w:t>ر</w:t>
      </w:r>
      <w:r w:rsidR="0098441D" w:rsidRPr="0098441D">
        <w:rPr>
          <w:rFonts w:cs="B Titr" w:hint="cs"/>
          <w:sz w:val="32"/>
          <w:szCs w:val="32"/>
          <w:rtl/>
        </w:rPr>
        <w:t>ی</w:t>
      </w:r>
      <w:r w:rsidR="0098441D" w:rsidRPr="0098441D">
        <w:rPr>
          <w:rFonts w:cs="B Titr" w:hint="eastAsia"/>
          <w:sz w:val="32"/>
          <w:szCs w:val="32"/>
          <w:rtl/>
        </w:rPr>
        <w:t>ت</w:t>
      </w:r>
      <w:r w:rsidR="0098441D" w:rsidRPr="0098441D">
        <w:rPr>
          <w:rFonts w:cs="B Titr"/>
          <w:sz w:val="32"/>
          <w:szCs w:val="32"/>
          <w:rtl/>
        </w:rPr>
        <w:t xml:space="preserve"> عملکرد استخرها</w:t>
      </w:r>
      <w:r w:rsidR="0098441D" w:rsidRPr="0098441D">
        <w:rPr>
          <w:rFonts w:cs="B Titr" w:hint="cs"/>
          <w:sz w:val="32"/>
          <w:szCs w:val="32"/>
          <w:rtl/>
        </w:rPr>
        <w:t>ی</w:t>
      </w:r>
      <w:r w:rsidR="0098441D" w:rsidRPr="0098441D">
        <w:rPr>
          <w:rFonts w:cs="B Titr"/>
          <w:sz w:val="32"/>
          <w:szCs w:val="32"/>
          <w:rtl/>
        </w:rPr>
        <w:t xml:space="preserve"> ورزش</w:t>
      </w:r>
      <w:r w:rsidR="0098441D" w:rsidRPr="0098441D">
        <w:rPr>
          <w:rFonts w:cs="B Titr" w:hint="cs"/>
          <w:sz w:val="32"/>
          <w:szCs w:val="32"/>
          <w:rtl/>
        </w:rPr>
        <w:t>ی</w:t>
      </w:r>
      <w:r w:rsidR="0098441D" w:rsidRPr="0098441D">
        <w:rPr>
          <w:rFonts w:cs="B Titr"/>
          <w:sz w:val="32"/>
          <w:szCs w:val="32"/>
          <w:rtl/>
        </w:rPr>
        <w:t xml:space="preserve"> ا</w:t>
      </w:r>
      <w:r w:rsidR="0098441D" w:rsidRPr="0098441D">
        <w:rPr>
          <w:rFonts w:cs="B Titr" w:hint="cs"/>
          <w:sz w:val="32"/>
          <w:szCs w:val="32"/>
          <w:rtl/>
        </w:rPr>
        <w:t>ی</w:t>
      </w:r>
      <w:r w:rsidR="0098441D" w:rsidRPr="0098441D">
        <w:rPr>
          <w:rFonts w:cs="B Titr" w:hint="eastAsia"/>
          <w:sz w:val="32"/>
          <w:szCs w:val="32"/>
          <w:rtl/>
        </w:rPr>
        <w:t>ران</w:t>
      </w:r>
    </w:p>
    <w:p w14:paraId="771D1727" w14:textId="77777777" w:rsidR="00FB052D" w:rsidRPr="00792475" w:rsidRDefault="00FB052D" w:rsidP="00FB052D">
      <w:pPr>
        <w:bidi/>
        <w:jc w:val="center"/>
        <w:rPr>
          <w:rFonts w:cs="B Lotus"/>
          <w:b/>
          <w:bCs/>
          <w:rtl/>
          <w:lang w:bidi="fa-IR"/>
        </w:rPr>
      </w:pPr>
      <w:r w:rsidRPr="00E52C87">
        <w:rPr>
          <w:rFonts w:cs="B Lotus" w:hint="cs"/>
          <w:b/>
          <w:bCs/>
          <w:sz w:val="28"/>
          <w:szCs w:val="24"/>
          <w:rtl/>
          <w:lang w:bidi="fa-IR"/>
        </w:rPr>
        <w:t>نویسندگان: 1. سارا پیشورفرش 2.مهرزاد حمیدی*  3.حسین رجبی نوش آبادی</w:t>
      </w:r>
    </w:p>
    <w:p w14:paraId="320E3877" w14:textId="77777777" w:rsidR="00FB052D" w:rsidRPr="00693744" w:rsidRDefault="00FB052D" w:rsidP="00FB052D">
      <w:pPr>
        <w:bidi/>
        <w:jc w:val="center"/>
        <w:rPr>
          <w:rFonts w:cs="B Lotus"/>
          <w:b/>
          <w:bCs/>
          <w:sz w:val="22"/>
          <w:rtl/>
          <w:lang w:bidi="fa-IR"/>
        </w:rPr>
      </w:pPr>
      <w:r w:rsidRPr="006C1222">
        <w:rPr>
          <w:rFonts w:cs="B Lotus" w:hint="cs"/>
          <w:b/>
          <w:bCs/>
          <w:sz w:val="20"/>
          <w:szCs w:val="20"/>
          <w:rtl/>
          <w:lang w:bidi="fa-IR"/>
        </w:rPr>
        <w:t>1</w:t>
      </w:r>
      <w:r w:rsidRPr="00693744">
        <w:rPr>
          <w:rFonts w:cs="B Lotus" w:hint="cs"/>
          <w:b/>
          <w:bCs/>
          <w:sz w:val="22"/>
          <w:rtl/>
          <w:lang w:bidi="fa-IR"/>
        </w:rPr>
        <w:t>.کارشناس ارشد مدیریت ورزشی، دانشگاه تهران، تهران، ایران</w:t>
      </w:r>
    </w:p>
    <w:p w14:paraId="66990C76" w14:textId="77777777" w:rsidR="00FB052D" w:rsidRPr="00693744" w:rsidRDefault="00FB052D" w:rsidP="00FB052D">
      <w:pPr>
        <w:bidi/>
        <w:jc w:val="center"/>
        <w:rPr>
          <w:rFonts w:asciiTheme="minorHAnsi" w:hAnsiTheme="minorHAnsi" w:cs="B Lotus"/>
          <w:b/>
          <w:bCs/>
          <w:sz w:val="22"/>
          <w:rtl/>
          <w:lang w:bidi="fa-IR"/>
        </w:rPr>
      </w:pPr>
      <w:r w:rsidRPr="00693744">
        <w:rPr>
          <w:rFonts w:cs="B Lotus" w:hint="cs"/>
          <w:b/>
          <w:bCs/>
          <w:sz w:val="22"/>
          <w:rtl/>
          <w:lang w:bidi="fa-IR"/>
        </w:rPr>
        <w:t>2. استاد مدیریت ورزشی</w:t>
      </w:r>
      <w:r w:rsidRPr="00693744">
        <w:rPr>
          <w:rFonts w:cs="B Lotus"/>
          <w:b/>
          <w:bCs/>
          <w:sz w:val="22"/>
          <w:lang w:bidi="fa-IR"/>
        </w:rPr>
        <w:t>*</w:t>
      </w:r>
      <w:r w:rsidRPr="00693744">
        <w:rPr>
          <w:rFonts w:cs="B Lotus" w:hint="cs"/>
          <w:b/>
          <w:bCs/>
          <w:sz w:val="22"/>
          <w:rtl/>
          <w:lang w:bidi="fa-IR"/>
        </w:rPr>
        <w:t>. دانشکده تربیت بدنی و علوم تندرستی دانشگاه تهران</w:t>
      </w:r>
      <w:r w:rsidRPr="00693744">
        <w:rPr>
          <w:rFonts w:asciiTheme="minorHAnsi" w:hAnsiTheme="minorHAnsi" w:cs="B Lotus" w:hint="cs"/>
          <w:b/>
          <w:bCs/>
          <w:sz w:val="22"/>
          <w:rtl/>
          <w:lang w:bidi="fa-IR"/>
        </w:rPr>
        <w:t>، تهران، ایران</w:t>
      </w:r>
    </w:p>
    <w:p w14:paraId="188005E7" w14:textId="77777777" w:rsidR="00FB052D" w:rsidRPr="00693744" w:rsidRDefault="00FB052D" w:rsidP="00FB052D">
      <w:pPr>
        <w:bidi/>
        <w:jc w:val="center"/>
        <w:rPr>
          <w:rFonts w:asciiTheme="minorHAnsi" w:hAnsiTheme="minorHAnsi" w:cs="B Lotus"/>
          <w:b/>
          <w:bCs/>
          <w:sz w:val="22"/>
          <w:lang w:bidi="fa-IR"/>
        </w:rPr>
      </w:pPr>
      <w:r w:rsidRPr="00693744">
        <w:rPr>
          <w:rFonts w:cs="B Lotus" w:hint="cs"/>
          <w:b/>
          <w:bCs/>
          <w:sz w:val="22"/>
          <w:rtl/>
          <w:lang w:bidi="fa-IR"/>
        </w:rPr>
        <w:t>3. استادیار مدیریت ورزشی. دانشکده تربیت بدنی و علوم تندرستی دانشگاه تهران، تهران، ایران</w:t>
      </w:r>
    </w:p>
    <w:p w14:paraId="026F2C23" w14:textId="77777777" w:rsidR="00FB052D" w:rsidRPr="00543907" w:rsidRDefault="00FB052D" w:rsidP="00FB052D">
      <w:pPr>
        <w:jc w:val="center"/>
        <w:rPr>
          <w:rFonts w:asciiTheme="minorHAnsi" w:hAnsiTheme="minorHAnsi" w:cs="B Lotus"/>
          <w:b/>
          <w:bCs/>
          <w:sz w:val="22"/>
          <w:rtl/>
          <w:lang w:bidi="fa-IR"/>
        </w:rPr>
      </w:pPr>
      <w:hyperlink r:id="rId11" w:history="1">
        <w:r w:rsidRPr="006B3EEA">
          <w:rPr>
            <w:rStyle w:val="affc"/>
            <w:rFonts w:ascii="Calibri" w:hAnsi="Calibri" w:cs="Calibri"/>
            <w:b/>
            <w:bCs/>
            <w:sz w:val="22"/>
            <w:lang w:bidi="fa-IR"/>
          </w:rPr>
          <w:t>s.pishevarfarsh@gmail.com</w:t>
        </w:r>
      </w:hyperlink>
      <w:r>
        <w:rPr>
          <w:rFonts w:ascii="Calibri" w:hAnsi="Calibri" w:cs="Calibri"/>
          <w:b/>
          <w:bCs/>
          <w:sz w:val="22"/>
          <w:lang w:bidi="fa-IR"/>
        </w:rPr>
        <w:t xml:space="preserve"> </w:t>
      </w:r>
      <w:r w:rsidRPr="00E52C87">
        <w:rPr>
          <w:rFonts w:cs="B Lotus"/>
          <w:b/>
          <w:bCs/>
          <w:sz w:val="22"/>
          <w:lang w:bidi="fa-IR"/>
        </w:rPr>
        <w:t>. 09379856118. 0009-0004-0899-9522</w:t>
      </w:r>
    </w:p>
    <w:p w14:paraId="7DFCFD8C" w14:textId="77777777" w:rsidR="00FB052D" w:rsidRDefault="00FB052D" w:rsidP="00FB052D">
      <w:pPr>
        <w:bidi/>
        <w:jc w:val="center"/>
        <w:rPr>
          <w:rFonts w:cs="B Lotus"/>
          <w:b/>
          <w:bCs/>
          <w:sz w:val="22"/>
          <w:rtl/>
          <w:lang w:bidi="fa-IR"/>
        </w:rPr>
      </w:pPr>
      <w:hyperlink r:id="rId12" w:history="1">
        <w:r w:rsidRPr="00E52C87">
          <w:rPr>
            <w:rStyle w:val="affc"/>
            <w:rFonts w:cs="B Lotus"/>
            <w:b/>
            <w:bCs/>
            <w:sz w:val="22"/>
            <w:lang w:bidi="fa-IR"/>
          </w:rPr>
          <w:t>mhamidi@ut.ac.ir</w:t>
        </w:r>
      </w:hyperlink>
      <w:r w:rsidRPr="00E52C87">
        <w:rPr>
          <w:rFonts w:cs="B Lotus"/>
          <w:b/>
          <w:bCs/>
          <w:sz w:val="22"/>
          <w:lang w:bidi="fa-IR"/>
        </w:rPr>
        <w:t xml:space="preserve">. 09125365219. </w:t>
      </w:r>
      <w:r w:rsidRPr="007401EC">
        <w:rPr>
          <w:rFonts w:cs="B Lotus"/>
          <w:b/>
          <w:bCs/>
          <w:sz w:val="22"/>
          <w:lang w:bidi="fa-IR"/>
        </w:rPr>
        <w:t>0000-</w:t>
      </w:r>
      <w:r>
        <w:rPr>
          <w:rFonts w:asciiTheme="minorHAnsi" w:hAnsiTheme="minorHAnsi" w:cs="B Lotus"/>
          <w:b/>
          <w:bCs/>
          <w:sz w:val="22"/>
          <w:lang w:bidi="fa-IR"/>
        </w:rPr>
        <w:t xml:space="preserve"> </w:t>
      </w:r>
      <w:r w:rsidRPr="007401EC">
        <w:rPr>
          <w:rFonts w:cs="B Lotus"/>
          <w:b/>
          <w:bCs/>
          <w:sz w:val="22"/>
          <w:lang w:bidi="fa-IR"/>
        </w:rPr>
        <w:t>0002-0425-8936</w:t>
      </w:r>
      <w:r w:rsidRPr="00E52C87">
        <w:rPr>
          <w:rFonts w:cs="B Lotus" w:hint="cs"/>
          <w:b/>
          <w:bCs/>
          <w:sz w:val="22"/>
          <w:rtl/>
          <w:lang w:bidi="fa-IR"/>
        </w:rPr>
        <w:t xml:space="preserve"> </w:t>
      </w:r>
    </w:p>
    <w:p w14:paraId="168A4C46" w14:textId="77777777" w:rsidR="00FB052D" w:rsidRPr="00FB052D" w:rsidRDefault="00FB052D" w:rsidP="00FB052D">
      <w:pPr>
        <w:bidi/>
        <w:jc w:val="center"/>
        <w:rPr>
          <w:rFonts w:cs="B Lotus"/>
          <w:b/>
          <w:bCs/>
          <w:sz w:val="22"/>
          <w:lang w:bidi="fa-IR"/>
        </w:rPr>
      </w:pPr>
      <w:hyperlink r:id="rId13" w:history="1">
        <w:r w:rsidRPr="00FB052D">
          <w:rPr>
            <w:rStyle w:val="affc"/>
            <w:rFonts w:cs="B Lotus"/>
            <w:b/>
            <w:bCs/>
            <w:sz w:val="22"/>
            <w:lang w:bidi="fa-IR"/>
          </w:rPr>
          <w:t>horajabi@ut.ac.ir</w:t>
        </w:r>
      </w:hyperlink>
      <w:r w:rsidRPr="00FB052D">
        <w:rPr>
          <w:rFonts w:cs="B Lotus"/>
          <w:b/>
          <w:bCs/>
          <w:sz w:val="22"/>
          <w:lang w:bidi="fa-IR"/>
        </w:rPr>
        <w:t>. 09122024517 - 0000-0002-7948-1446</w:t>
      </w:r>
    </w:p>
    <w:p w14:paraId="77D461B2" w14:textId="77777777" w:rsidR="00FB052D" w:rsidRDefault="00FB052D" w:rsidP="00FB052D">
      <w:pPr>
        <w:bidi/>
        <w:jc w:val="center"/>
        <w:rPr>
          <w:rFonts w:cs="B Lotus"/>
          <w:b/>
          <w:bCs/>
          <w:sz w:val="22"/>
          <w:rtl/>
          <w:lang w:bidi="fa-IR"/>
        </w:rPr>
      </w:pPr>
    </w:p>
    <w:p w14:paraId="6EFB0094" w14:textId="77777777" w:rsidR="00533B58" w:rsidRDefault="00533B58" w:rsidP="00533B58">
      <w:pPr>
        <w:bidi/>
        <w:jc w:val="center"/>
        <w:rPr>
          <w:rFonts w:cs="B Lotus"/>
          <w:b/>
          <w:bCs/>
          <w:sz w:val="22"/>
          <w:rtl/>
          <w:lang w:bidi="fa-IR"/>
        </w:rPr>
      </w:pPr>
    </w:p>
    <w:p w14:paraId="1DE900D0" w14:textId="77777777" w:rsidR="00533B58" w:rsidRPr="00E52C87" w:rsidRDefault="00533B58" w:rsidP="00533B58">
      <w:pPr>
        <w:bidi/>
        <w:jc w:val="center"/>
        <w:rPr>
          <w:rFonts w:cs="B Lotus"/>
          <w:b/>
          <w:bCs/>
          <w:sz w:val="22"/>
          <w:lang w:bidi="fa-IR"/>
        </w:rPr>
      </w:pPr>
    </w:p>
    <w:p w14:paraId="25B99AE2" w14:textId="110A8313" w:rsidR="00F6596F" w:rsidRDefault="00F6596F" w:rsidP="00190337">
      <w:pPr>
        <w:bidi/>
        <w:jc w:val="both"/>
        <w:rPr>
          <w:rFonts w:ascii="B Titr" w:hAnsi="B Titr" w:cs="B Titr"/>
          <w:b/>
          <w:bCs/>
          <w:szCs w:val="26"/>
          <w:rtl/>
        </w:rPr>
      </w:pPr>
      <w:r>
        <w:rPr>
          <w:rFonts w:ascii="B Titr" w:hAnsi="B Titr" w:cs="B Titr" w:hint="cs"/>
          <w:b/>
          <w:bCs/>
          <w:szCs w:val="26"/>
          <w:rtl/>
        </w:rPr>
        <w:lastRenderedPageBreak/>
        <w:t>چکیده فارسی</w:t>
      </w:r>
    </w:p>
    <w:p w14:paraId="7A846669" w14:textId="378C8AE7" w:rsidR="00C15462" w:rsidRDefault="009813CA" w:rsidP="00F6596F">
      <w:pPr>
        <w:bidi/>
        <w:jc w:val="both"/>
        <w:rPr>
          <w:rFonts w:cs="B Lotus"/>
          <w:szCs w:val="26"/>
          <w:rtl/>
        </w:rPr>
      </w:pPr>
      <w:r w:rsidRPr="009813CA">
        <w:rPr>
          <w:rFonts w:ascii="Calibri" w:hAnsi="Calibri" w:cs="B Lotus" w:hint="cs"/>
          <w:b/>
          <w:bCs/>
          <w:szCs w:val="26"/>
          <w:rtl/>
          <w:lang w:bidi="fa-IR"/>
        </w:rPr>
        <w:t>مقدمه:</w:t>
      </w:r>
      <w:r>
        <w:rPr>
          <w:rFonts w:ascii="Calibri" w:hAnsi="Calibri" w:cs="Calibri" w:hint="cs"/>
          <w:szCs w:val="26"/>
          <w:rtl/>
          <w:lang w:bidi="fa-IR"/>
        </w:rPr>
        <w:t xml:space="preserve"> </w:t>
      </w:r>
      <w:r w:rsidR="00850A41" w:rsidRPr="00850A41">
        <w:rPr>
          <w:rFonts w:cs="B Lotus"/>
          <w:szCs w:val="26"/>
          <w:rtl/>
        </w:rPr>
        <w:t>با توجه به نقش ح</w:t>
      </w:r>
      <w:r w:rsidR="00850A41" w:rsidRPr="00850A41">
        <w:rPr>
          <w:rFonts w:cs="B Lotus" w:hint="cs"/>
          <w:szCs w:val="26"/>
          <w:rtl/>
        </w:rPr>
        <w:t>ی</w:t>
      </w:r>
      <w:r w:rsidR="00850A41" w:rsidRPr="00850A41">
        <w:rPr>
          <w:rFonts w:cs="B Lotus" w:hint="eastAsia"/>
          <w:szCs w:val="26"/>
          <w:rtl/>
        </w:rPr>
        <w:t>ات</w:t>
      </w:r>
      <w:r w:rsidR="00850A41" w:rsidRPr="00850A41">
        <w:rPr>
          <w:rFonts w:cs="B Lotus" w:hint="cs"/>
          <w:szCs w:val="26"/>
          <w:rtl/>
        </w:rPr>
        <w:t>ی</w:t>
      </w:r>
      <w:r w:rsidR="00850A41" w:rsidRPr="00850A41">
        <w:rPr>
          <w:rFonts w:cs="B Lotus"/>
          <w:szCs w:val="26"/>
          <w:rtl/>
        </w:rPr>
        <w:t xml:space="preserve"> استخرها</w:t>
      </w:r>
      <w:r w:rsidR="00850A41" w:rsidRPr="00850A41">
        <w:rPr>
          <w:rFonts w:cs="B Lotus" w:hint="cs"/>
          <w:szCs w:val="26"/>
          <w:rtl/>
        </w:rPr>
        <w:t>ی</w:t>
      </w:r>
      <w:r w:rsidR="00850A41" w:rsidRPr="00850A41">
        <w:rPr>
          <w:rFonts w:cs="B Lotus"/>
          <w:szCs w:val="26"/>
          <w:rtl/>
        </w:rPr>
        <w:t xml:space="preserve"> ورزش</w:t>
      </w:r>
      <w:r w:rsidR="00850A41" w:rsidRPr="00850A41">
        <w:rPr>
          <w:rFonts w:cs="B Lotus" w:hint="cs"/>
          <w:szCs w:val="26"/>
          <w:rtl/>
        </w:rPr>
        <w:t>ی</w:t>
      </w:r>
      <w:r w:rsidR="00850A41" w:rsidRPr="00850A41">
        <w:rPr>
          <w:rFonts w:cs="B Lotus"/>
          <w:szCs w:val="26"/>
          <w:rtl/>
        </w:rPr>
        <w:t xml:space="preserve"> به عنوان ز</w:t>
      </w:r>
      <w:r w:rsidR="00850A41" w:rsidRPr="00850A41">
        <w:rPr>
          <w:rFonts w:cs="B Lotus" w:hint="cs"/>
          <w:szCs w:val="26"/>
          <w:rtl/>
        </w:rPr>
        <w:t>ی</w:t>
      </w:r>
      <w:r w:rsidR="00850A41" w:rsidRPr="00850A41">
        <w:rPr>
          <w:rFonts w:cs="B Lotus" w:hint="eastAsia"/>
          <w:szCs w:val="26"/>
          <w:rtl/>
        </w:rPr>
        <w:t>رساخت‌ها</w:t>
      </w:r>
      <w:r w:rsidR="00850A41" w:rsidRPr="00850A41">
        <w:rPr>
          <w:rFonts w:cs="B Lotus" w:hint="cs"/>
          <w:szCs w:val="26"/>
          <w:rtl/>
        </w:rPr>
        <w:t>ی</w:t>
      </w:r>
      <w:r w:rsidR="00850A41" w:rsidRPr="00850A41">
        <w:rPr>
          <w:rFonts w:cs="B Lotus"/>
          <w:szCs w:val="26"/>
          <w:rtl/>
        </w:rPr>
        <w:t xml:space="preserve"> کل</w:t>
      </w:r>
      <w:r w:rsidR="00850A41" w:rsidRPr="00850A41">
        <w:rPr>
          <w:rFonts w:cs="B Lotus" w:hint="cs"/>
          <w:szCs w:val="26"/>
          <w:rtl/>
        </w:rPr>
        <w:t>ی</w:t>
      </w:r>
      <w:r w:rsidR="00850A41" w:rsidRPr="00850A41">
        <w:rPr>
          <w:rFonts w:cs="B Lotus" w:hint="eastAsia"/>
          <w:szCs w:val="26"/>
          <w:rtl/>
        </w:rPr>
        <w:t>د</w:t>
      </w:r>
      <w:r w:rsidR="00850A41" w:rsidRPr="00850A41">
        <w:rPr>
          <w:rFonts w:cs="B Lotus" w:hint="cs"/>
          <w:szCs w:val="26"/>
          <w:rtl/>
        </w:rPr>
        <w:t>ی</w:t>
      </w:r>
      <w:r w:rsidR="00850A41" w:rsidRPr="00850A41">
        <w:rPr>
          <w:rFonts w:cs="B Lotus"/>
          <w:szCs w:val="26"/>
          <w:rtl/>
        </w:rPr>
        <w:t xml:space="preserve"> ورزش همگان</w:t>
      </w:r>
      <w:r w:rsidR="00850A41" w:rsidRPr="00850A41">
        <w:rPr>
          <w:rFonts w:cs="B Lotus" w:hint="cs"/>
          <w:szCs w:val="26"/>
          <w:rtl/>
        </w:rPr>
        <w:t>ی</w:t>
      </w:r>
      <w:r w:rsidR="00850A41" w:rsidRPr="00850A41">
        <w:rPr>
          <w:rFonts w:cs="B Lotus"/>
          <w:szCs w:val="26"/>
          <w:rtl/>
        </w:rPr>
        <w:t xml:space="preserve"> و حرفه‌ا</w:t>
      </w:r>
      <w:r w:rsidR="00850A41" w:rsidRPr="00850A41">
        <w:rPr>
          <w:rFonts w:cs="B Lotus" w:hint="cs"/>
          <w:szCs w:val="26"/>
          <w:rtl/>
        </w:rPr>
        <w:t>ی</w:t>
      </w:r>
      <w:r w:rsidR="00850A41" w:rsidRPr="00850A41">
        <w:rPr>
          <w:rFonts w:cs="B Lotus" w:hint="eastAsia"/>
          <w:szCs w:val="26"/>
          <w:rtl/>
        </w:rPr>
        <w:t>،</w:t>
      </w:r>
      <w:r w:rsidR="00850A41" w:rsidRPr="00850A41">
        <w:rPr>
          <w:rFonts w:cs="B Lotus"/>
          <w:szCs w:val="26"/>
          <w:rtl/>
        </w:rPr>
        <w:t xml:space="preserve"> ن</w:t>
      </w:r>
      <w:r w:rsidR="00850A41" w:rsidRPr="00850A41">
        <w:rPr>
          <w:rFonts w:cs="B Lotus" w:hint="cs"/>
          <w:szCs w:val="26"/>
          <w:rtl/>
        </w:rPr>
        <w:t>ی</w:t>
      </w:r>
      <w:r w:rsidR="00850A41" w:rsidRPr="00850A41">
        <w:rPr>
          <w:rFonts w:cs="B Lotus" w:hint="eastAsia"/>
          <w:szCs w:val="26"/>
          <w:rtl/>
        </w:rPr>
        <w:t>از</w:t>
      </w:r>
      <w:r w:rsidR="00850A41" w:rsidRPr="00850A41">
        <w:rPr>
          <w:rFonts w:cs="B Lotus"/>
          <w:szCs w:val="26"/>
          <w:rtl/>
        </w:rPr>
        <w:t xml:space="preserve"> به تدو</w:t>
      </w:r>
      <w:r w:rsidR="00850A41" w:rsidRPr="00850A41">
        <w:rPr>
          <w:rFonts w:cs="B Lotus" w:hint="cs"/>
          <w:szCs w:val="26"/>
          <w:rtl/>
        </w:rPr>
        <w:t>ی</w:t>
      </w:r>
      <w:r w:rsidR="00850A41" w:rsidRPr="00850A41">
        <w:rPr>
          <w:rFonts w:cs="B Lotus" w:hint="eastAsia"/>
          <w:szCs w:val="26"/>
          <w:rtl/>
        </w:rPr>
        <w:t>ن</w:t>
      </w:r>
      <w:r w:rsidR="00850A41" w:rsidRPr="00850A41">
        <w:rPr>
          <w:rFonts w:cs="B Lotus"/>
          <w:szCs w:val="26"/>
          <w:rtl/>
        </w:rPr>
        <w:t xml:space="preserve"> مدل</w:t>
      </w:r>
      <w:r w:rsidR="00850A41" w:rsidRPr="00850A41">
        <w:rPr>
          <w:rFonts w:cs="B Lotus" w:hint="cs"/>
          <w:szCs w:val="26"/>
          <w:rtl/>
        </w:rPr>
        <w:t>ی</w:t>
      </w:r>
      <w:r w:rsidR="00850A41" w:rsidRPr="00850A41">
        <w:rPr>
          <w:rFonts w:cs="B Lotus"/>
          <w:szCs w:val="26"/>
          <w:rtl/>
        </w:rPr>
        <w:t xml:space="preserve"> منطبق با شرا</w:t>
      </w:r>
      <w:r w:rsidR="00850A41" w:rsidRPr="00850A41">
        <w:rPr>
          <w:rFonts w:cs="B Lotus" w:hint="cs"/>
          <w:szCs w:val="26"/>
          <w:rtl/>
        </w:rPr>
        <w:t>ی</w:t>
      </w:r>
      <w:r w:rsidR="00850A41" w:rsidRPr="00850A41">
        <w:rPr>
          <w:rFonts w:cs="B Lotus" w:hint="eastAsia"/>
          <w:szCs w:val="26"/>
          <w:rtl/>
        </w:rPr>
        <w:t>ط</w:t>
      </w:r>
      <w:r w:rsidR="00850A41" w:rsidRPr="00850A41">
        <w:rPr>
          <w:rFonts w:cs="B Lotus"/>
          <w:szCs w:val="26"/>
          <w:rtl/>
        </w:rPr>
        <w:t xml:space="preserve"> فرهنگ</w:t>
      </w:r>
      <w:r w:rsidR="00850A41" w:rsidRPr="00850A41">
        <w:rPr>
          <w:rFonts w:cs="B Lotus" w:hint="cs"/>
          <w:szCs w:val="26"/>
          <w:rtl/>
        </w:rPr>
        <w:t>ی</w:t>
      </w:r>
      <w:r w:rsidR="00850A41" w:rsidRPr="00850A41">
        <w:rPr>
          <w:rFonts w:cs="B Lotus"/>
          <w:szCs w:val="26"/>
          <w:rtl/>
        </w:rPr>
        <w:t xml:space="preserve"> و مد</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hint="eastAsia"/>
          <w:szCs w:val="26"/>
          <w:rtl/>
        </w:rPr>
        <w:t>ت</w:t>
      </w:r>
      <w:r w:rsidR="00850A41" w:rsidRPr="00850A41">
        <w:rPr>
          <w:rFonts w:cs="B Lotus" w:hint="cs"/>
          <w:szCs w:val="26"/>
          <w:rtl/>
        </w:rPr>
        <w:t>ی</w:t>
      </w:r>
      <w:r w:rsidR="00850A41" w:rsidRPr="00850A41">
        <w:rPr>
          <w:rFonts w:cs="B Lotus"/>
          <w:szCs w:val="26"/>
          <w:rtl/>
        </w:rPr>
        <w:t xml:space="preserve"> کشور برا</w:t>
      </w:r>
      <w:r w:rsidR="00850A41" w:rsidRPr="00850A41">
        <w:rPr>
          <w:rFonts w:cs="B Lotus" w:hint="cs"/>
          <w:szCs w:val="26"/>
          <w:rtl/>
        </w:rPr>
        <w:t>ی</w:t>
      </w:r>
      <w:r w:rsidR="00850A41" w:rsidRPr="00850A41">
        <w:rPr>
          <w:rFonts w:cs="B Lotus"/>
          <w:szCs w:val="26"/>
          <w:rtl/>
        </w:rPr>
        <w:t xml:space="preserve"> مد</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hint="eastAsia"/>
          <w:szCs w:val="26"/>
          <w:rtl/>
        </w:rPr>
        <w:t>ت</w:t>
      </w:r>
      <w:r w:rsidR="00850A41" w:rsidRPr="00850A41">
        <w:rPr>
          <w:rFonts w:cs="B Lotus"/>
          <w:szCs w:val="26"/>
          <w:rtl/>
        </w:rPr>
        <w:t xml:space="preserve"> عملکرد ا</w:t>
      </w:r>
      <w:r w:rsidR="00850A41" w:rsidRPr="00850A41">
        <w:rPr>
          <w:rFonts w:cs="B Lotus" w:hint="cs"/>
          <w:szCs w:val="26"/>
          <w:rtl/>
        </w:rPr>
        <w:t>ی</w:t>
      </w:r>
      <w:r w:rsidR="00850A41" w:rsidRPr="00850A41">
        <w:rPr>
          <w:rFonts w:cs="B Lotus" w:hint="eastAsia"/>
          <w:szCs w:val="26"/>
          <w:rtl/>
        </w:rPr>
        <w:t>ن</w:t>
      </w:r>
      <w:r w:rsidR="00850A41" w:rsidRPr="00850A41">
        <w:rPr>
          <w:rFonts w:cs="B Lotus"/>
          <w:szCs w:val="26"/>
          <w:rtl/>
        </w:rPr>
        <w:t xml:space="preserve"> مراکز احساس شد.</w:t>
      </w:r>
    </w:p>
    <w:p w14:paraId="21377B18" w14:textId="4D1CDF87" w:rsidR="00C15462" w:rsidRDefault="00C15462" w:rsidP="00C15462">
      <w:pPr>
        <w:bidi/>
        <w:jc w:val="both"/>
        <w:rPr>
          <w:rFonts w:cs="B Lotus"/>
          <w:szCs w:val="26"/>
          <w:rtl/>
        </w:rPr>
      </w:pPr>
      <w:r w:rsidRPr="00C15462">
        <w:rPr>
          <w:rFonts w:cs="B Lotus" w:hint="cs"/>
          <w:b/>
          <w:bCs/>
          <w:szCs w:val="26"/>
          <w:rtl/>
        </w:rPr>
        <w:t>هدف:</w:t>
      </w:r>
      <w:r w:rsidR="00850A41" w:rsidRPr="00850A41">
        <w:rPr>
          <w:rFonts w:cs="B Lotus"/>
          <w:szCs w:val="26"/>
          <w:rtl/>
        </w:rPr>
        <w:t xml:space="preserve"> پژوهش حاضر با هدف تدو</w:t>
      </w:r>
      <w:r w:rsidR="00850A41" w:rsidRPr="00850A41">
        <w:rPr>
          <w:rFonts w:cs="B Lotus" w:hint="cs"/>
          <w:szCs w:val="26"/>
          <w:rtl/>
        </w:rPr>
        <w:t>ی</w:t>
      </w:r>
      <w:r w:rsidR="00850A41" w:rsidRPr="00850A41">
        <w:rPr>
          <w:rFonts w:cs="B Lotus" w:hint="eastAsia"/>
          <w:szCs w:val="26"/>
          <w:rtl/>
        </w:rPr>
        <w:t>ن</w:t>
      </w:r>
      <w:r w:rsidR="00850A41" w:rsidRPr="00850A41">
        <w:rPr>
          <w:rFonts w:cs="B Lotus"/>
          <w:szCs w:val="26"/>
          <w:rtl/>
        </w:rPr>
        <w:t xml:space="preserve"> مدل</w:t>
      </w:r>
      <w:r w:rsidR="00850A41" w:rsidRPr="00850A41">
        <w:rPr>
          <w:rFonts w:cs="B Lotus" w:hint="cs"/>
          <w:szCs w:val="26"/>
          <w:rtl/>
        </w:rPr>
        <w:t>ی</w:t>
      </w:r>
      <w:r w:rsidR="00850A41" w:rsidRPr="00850A41">
        <w:rPr>
          <w:rFonts w:cs="B Lotus"/>
          <w:szCs w:val="26"/>
          <w:rtl/>
        </w:rPr>
        <w:t xml:space="preserve"> کاربرد</w:t>
      </w:r>
      <w:r w:rsidR="00850A41" w:rsidRPr="00850A41">
        <w:rPr>
          <w:rFonts w:cs="B Lotus" w:hint="cs"/>
          <w:szCs w:val="26"/>
          <w:rtl/>
        </w:rPr>
        <w:t>ی</w:t>
      </w:r>
      <w:r>
        <w:rPr>
          <w:rFonts w:cs="B Lotus" w:hint="cs"/>
          <w:szCs w:val="26"/>
          <w:rtl/>
        </w:rPr>
        <w:t xml:space="preserve"> و بومی</w:t>
      </w:r>
      <w:r w:rsidR="00850A41" w:rsidRPr="00850A41">
        <w:rPr>
          <w:rFonts w:cs="B Lotus"/>
          <w:szCs w:val="26"/>
          <w:rtl/>
        </w:rPr>
        <w:t xml:space="preserve"> برا</w:t>
      </w:r>
      <w:r w:rsidR="00850A41" w:rsidRPr="00850A41">
        <w:rPr>
          <w:rFonts w:cs="B Lotus" w:hint="cs"/>
          <w:szCs w:val="26"/>
          <w:rtl/>
        </w:rPr>
        <w:t>ی</w:t>
      </w:r>
      <w:r w:rsidR="00850A41" w:rsidRPr="00850A41">
        <w:rPr>
          <w:rFonts w:cs="B Lotus"/>
          <w:szCs w:val="26"/>
          <w:rtl/>
        </w:rPr>
        <w:t xml:space="preserve"> مد</w:t>
      </w:r>
      <w:r w:rsidR="00850A41" w:rsidRPr="00850A41">
        <w:rPr>
          <w:rFonts w:cs="B Lotus" w:hint="cs"/>
          <w:szCs w:val="26"/>
          <w:rtl/>
        </w:rPr>
        <w:t>ی</w:t>
      </w:r>
      <w:r w:rsidR="00850A41" w:rsidRPr="00850A41">
        <w:rPr>
          <w:rFonts w:cs="B Lotus"/>
          <w:szCs w:val="26"/>
          <w:rtl/>
        </w:rPr>
        <w:t>ر</w:t>
      </w:r>
      <w:r w:rsidR="00850A41" w:rsidRPr="00850A41">
        <w:rPr>
          <w:rFonts w:cs="B Lotus" w:hint="cs"/>
          <w:szCs w:val="26"/>
          <w:rtl/>
        </w:rPr>
        <w:t>ی</w:t>
      </w:r>
      <w:r w:rsidR="00850A41" w:rsidRPr="00850A41">
        <w:rPr>
          <w:rFonts w:cs="B Lotus" w:hint="eastAsia"/>
          <w:szCs w:val="26"/>
          <w:rtl/>
        </w:rPr>
        <w:t>ت</w:t>
      </w:r>
      <w:r w:rsidR="00850A41" w:rsidRPr="00850A41">
        <w:rPr>
          <w:rFonts w:cs="B Lotus"/>
          <w:szCs w:val="26"/>
          <w:rtl/>
        </w:rPr>
        <w:t xml:space="preserve"> عملکرد استخرها</w:t>
      </w:r>
      <w:r w:rsidR="00850A41" w:rsidRPr="00850A41">
        <w:rPr>
          <w:rFonts w:cs="B Lotus" w:hint="cs"/>
          <w:szCs w:val="26"/>
          <w:rtl/>
        </w:rPr>
        <w:t>ی</w:t>
      </w:r>
      <w:r w:rsidR="00850A41" w:rsidRPr="00850A41">
        <w:rPr>
          <w:rFonts w:cs="B Lotus"/>
          <w:szCs w:val="26"/>
          <w:rtl/>
        </w:rPr>
        <w:t xml:space="preserve"> ورزش</w:t>
      </w:r>
      <w:r w:rsidR="00850A41" w:rsidRPr="00850A41">
        <w:rPr>
          <w:rFonts w:cs="B Lotus" w:hint="cs"/>
          <w:szCs w:val="26"/>
          <w:rtl/>
        </w:rPr>
        <w:t>ی</w:t>
      </w:r>
      <w:r w:rsidR="00850A41" w:rsidRPr="00850A41">
        <w:rPr>
          <w:rFonts w:cs="B Lotus"/>
          <w:szCs w:val="26"/>
          <w:rtl/>
        </w:rPr>
        <w:t xml:space="preserve"> ا</w:t>
      </w:r>
      <w:r w:rsidR="00850A41" w:rsidRPr="00850A41">
        <w:rPr>
          <w:rFonts w:cs="B Lotus" w:hint="cs"/>
          <w:szCs w:val="26"/>
          <w:rtl/>
        </w:rPr>
        <w:t>ی</w:t>
      </w:r>
      <w:r w:rsidR="00850A41" w:rsidRPr="00850A41">
        <w:rPr>
          <w:rFonts w:cs="B Lotus" w:hint="eastAsia"/>
          <w:szCs w:val="26"/>
          <w:rtl/>
        </w:rPr>
        <w:t>ران</w:t>
      </w:r>
      <w:r w:rsidR="00850A41" w:rsidRPr="00850A41">
        <w:rPr>
          <w:rFonts w:cs="B Lotus"/>
          <w:szCs w:val="26"/>
          <w:rtl/>
        </w:rPr>
        <w:t xml:space="preserve"> انجام شد</w:t>
      </w:r>
      <w:r w:rsidR="00AC72EE">
        <w:rPr>
          <w:rFonts w:cs="B Lotus" w:hint="cs"/>
          <w:szCs w:val="26"/>
          <w:rtl/>
        </w:rPr>
        <w:t>.</w:t>
      </w:r>
      <w:r w:rsidR="00850A41" w:rsidRPr="00850A41">
        <w:rPr>
          <w:rFonts w:cs="B Lotus"/>
          <w:szCs w:val="26"/>
          <w:rtl/>
        </w:rPr>
        <w:t xml:space="preserve"> </w:t>
      </w:r>
    </w:p>
    <w:p w14:paraId="5EF83BDE" w14:textId="2CA4CD66" w:rsidR="00C15462" w:rsidRDefault="00C15462" w:rsidP="00C15462">
      <w:pPr>
        <w:bidi/>
        <w:jc w:val="both"/>
        <w:rPr>
          <w:rFonts w:cs="B Lotus"/>
          <w:szCs w:val="26"/>
          <w:rtl/>
        </w:rPr>
      </w:pPr>
      <w:r w:rsidRPr="00C15462">
        <w:rPr>
          <w:rFonts w:cs="B Lotus" w:hint="cs"/>
          <w:b/>
          <w:bCs/>
          <w:szCs w:val="26"/>
          <w:rtl/>
        </w:rPr>
        <w:t>روش:</w:t>
      </w:r>
      <w:r>
        <w:rPr>
          <w:rFonts w:cs="B Lotus" w:hint="cs"/>
          <w:szCs w:val="26"/>
          <w:rtl/>
        </w:rPr>
        <w:t xml:space="preserve"> </w:t>
      </w:r>
      <w:r w:rsidR="00850A41" w:rsidRPr="00850A41">
        <w:rPr>
          <w:rFonts w:cs="B Lotus"/>
          <w:szCs w:val="26"/>
          <w:rtl/>
        </w:rPr>
        <w:t>ا</w:t>
      </w:r>
      <w:r w:rsidR="00850A41" w:rsidRPr="00850A41">
        <w:rPr>
          <w:rFonts w:cs="B Lotus" w:hint="cs"/>
          <w:szCs w:val="26"/>
          <w:rtl/>
        </w:rPr>
        <w:t>ی</w:t>
      </w:r>
      <w:r w:rsidR="00850A41" w:rsidRPr="00850A41">
        <w:rPr>
          <w:rFonts w:cs="B Lotus" w:hint="eastAsia"/>
          <w:szCs w:val="26"/>
          <w:rtl/>
        </w:rPr>
        <w:t>ن</w:t>
      </w:r>
      <w:r w:rsidR="00850A41" w:rsidRPr="00850A41">
        <w:rPr>
          <w:rFonts w:cs="B Lotus"/>
          <w:szCs w:val="26"/>
          <w:rtl/>
        </w:rPr>
        <w:t xml:space="preserve"> تحق</w:t>
      </w:r>
      <w:r w:rsidR="00850A41" w:rsidRPr="00850A41">
        <w:rPr>
          <w:rFonts w:cs="B Lotus" w:hint="cs"/>
          <w:szCs w:val="26"/>
          <w:rtl/>
        </w:rPr>
        <w:t>ی</w:t>
      </w:r>
      <w:r w:rsidR="00850A41" w:rsidRPr="00850A41">
        <w:rPr>
          <w:rFonts w:cs="B Lotus" w:hint="eastAsia"/>
          <w:szCs w:val="26"/>
          <w:rtl/>
        </w:rPr>
        <w:t>ق</w:t>
      </w:r>
      <w:r w:rsidR="00850A41" w:rsidRPr="00850A41">
        <w:rPr>
          <w:rFonts w:cs="B Lotus"/>
          <w:szCs w:val="26"/>
          <w:rtl/>
        </w:rPr>
        <w:t xml:space="preserve"> با رو</w:t>
      </w:r>
      <w:r w:rsidR="00850A41" w:rsidRPr="00850A41">
        <w:rPr>
          <w:rFonts w:cs="B Lotus" w:hint="cs"/>
          <w:szCs w:val="26"/>
          <w:rtl/>
        </w:rPr>
        <w:t>ی</w:t>
      </w:r>
      <w:r w:rsidR="00850A41" w:rsidRPr="00850A41">
        <w:rPr>
          <w:rFonts w:cs="B Lotus" w:hint="eastAsia"/>
          <w:szCs w:val="26"/>
          <w:rtl/>
        </w:rPr>
        <w:t>کرد</w:t>
      </w:r>
      <w:r w:rsidR="00850A41" w:rsidRPr="00850A41">
        <w:rPr>
          <w:rFonts w:cs="B Lotus"/>
          <w:szCs w:val="26"/>
          <w:rtl/>
        </w:rPr>
        <w:t xml:space="preserve"> ک</w:t>
      </w:r>
      <w:r w:rsidR="00850A41" w:rsidRPr="00850A41">
        <w:rPr>
          <w:rFonts w:cs="B Lotus" w:hint="cs"/>
          <w:szCs w:val="26"/>
          <w:rtl/>
        </w:rPr>
        <w:t>ی</w:t>
      </w:r>
      <w:r w:rsidR="00850A41" w:rsidRPr="00850A41">
        <w:rPr>
          <w:rFonts w:cs="B Lotus" w:hint="eastAsia"/>
          <w:szCs w:val="26"/>
          <w:rtl/>
        </w:rPr>
        <w:t>ف</w:t>
      </w:r>
      <w:r w:rsidR="00850A41" w:rsidRPr="00850A41">
        <w:rPr>
          <w:rFonts w:cs="B Lotus" w:hint="cs"/>
          <w:szCs w:val="26"/>
          <w:rtl/>
        </w:rPr>
        <w:t>ی</w:t>
      </w:r>
      <w:r w:rsidR="00850A41" w:rsidRPr="00850A41">
        <w:rPr>
          <w:rFonts w:cs="B Lotus"/>
          <w:szCs w:val="26"/>
          <w:rtl/>
        </w:rPr>
        <w:t xml:space="preserve"> و روش تحل</w:t>
      </w:r>
      <w:r w:rsidR="00850A41" w:rsidRPr="00850A41">
        <w:rPr>
          <w:rFonts w:cs="B Lotus" w:hint="cs"/>
          <w:szCs w:val="26"/>
          <w:rtl/>
        </w:rPr>
        <w:t>ی</w:t>
      </w:r>
      <w:r w:rsidR="00850A41" w:rsidRPr="00850A41">
        <w:rPr>
          <w:rFonts w:cs="B Lotus" w:hint="eastAsia"/>
          <w:szCs w:val="26"/>
          <w:rtl/>
        </w:rPr>
        <w:t>ل</w:t>
      </w:r>
      <w:r w:rsidR="00850A41" w:rsidRPr="00850A41">
        <w:rPr>
          <w:rFonts w:cs="B Lotus"/>
          <w:szCs w:val="26"/>
          <w:rtl/>
        </w:rPr>
        <w:t xml:space="preserve"> مضمون صورت گرفت. داده‌ها از طر</w:t>
      </w:r>
      <w:r w:rsidR="00850A41" w:rsidRPr="00850A41">
        <w:rPr>
          <w:rFonts w:cs="B Lotus" w:hint="cs"/>
          <w:szCs w:val="26"/>
          <w:rtl/>
        </w:rPr>
        <w:t>ی</w:t>
      </w:r>
      <w:r w:rsidR="00850A41" w:rsidRPr="00850A41">
        <w:rPr>
          <w:rFonts w:cs="B Lotus" w:hint="eastAsia"/>
          <w:szCs w:val="26"/>
          <w:rtl/>
        </w:rPr>
        <w:t>ق</w:t>
      </w:r>
      <w:r w:rsidR="00850A41" w:rsidRPr="00850A41">
        <w:rPr>
          <w:rFonts w:cs="B Lotus"/>
          <w:szCs w:val="26"/>
          <w:rtl/>
        </w:rPr>
        <w:t xml:space="preserve"> مصاحبه‌ها</w:t>
      </w:r>
      <w:r w:rsidR="00850A41" w:rsidRPr="00850A41">
        <w:rPr>
          <w:rFonts w:cs="B Lotus" w:hint="cs"/>
          <w:szCs w:val="26"/>
          <w:rtl/>
        </w:rPr>
        <w:t>ی</w:t>
      </w:r>
      <w:r w:rsidR="00850A41" w:rsidRPr="00850A41">
        <w:rPr>
          <w:rFonts w:cs="B Lotus"/>
          <w:szCs w:val="26"/>
          <w:rtl/>
        </w:rPr>
        <w:t xml:space="preserve"> ن</w:t>
      </w:r>
      <w:r w:rsidR="00850A41" w:rsidRPr="00850A41">
        <w:rPr>
          <w:rFonts w:cs="B Lotus" w:hint="cs"/>
          <w:szCs w:val="26"/>
          <w:rtl/>
        </w:rPr>
        <w:t>ی</w:t>
      </w:r>
      <w:r w:rsidR="00850A41" w:rsidRPr="00850A41">
        <w:rPr>
          <w:rFonts w:cs="B Lotus" w:hint="eastAsia"/>
          <w:szCs w:val="26"/>
          <w:rtl/>
        </w:rPr>
        <w:t>مه‌ساختار</w:t>
      </w:r>
      <w:r w:rsidR="00850A41" w:rsidRPr="00850A41">
        <w:rPr>
          <w:rFonts w:cs="B Lotus" w:hint="cs"/>
          <w:szCs w:val="26"/>
          <w:rtl/>
        </w:rPr>
        <w:t>ی</w:t>
      </w:r>
      <w:r w:rsidR="00850A41" w:rsidRPr="00850A41">
        <w:rPr>
          <w:rFonts w:cs="B Lotus" w:hint="eastAsia"/>
          <w:szCs w:val="26"/>
          <w:rtl/>
        </w:rPr>
        <w:t>افته</w:t>
      </w:r>
      <w:r w:rsidR="00850A41" w:rsidRPr="00850A41">
        <w:rPr>
          <w:rFonts w:cs="B Lotus"/>
          <w:szCs w:val="26"/>
          <w:rtl/>
        </w:rPr>
        <w:t xml:space="preserve"> با </w:t>
      </w:r>
      <w:r w:rsidR="00850A41" w:rsidRPr="00850A41">
        <w:rPr>
          <w:rFonts w:cs="B Lotus"/>
          <w:szCs w:val="26"/>
          <w:rtl/>
          <w:lang w:bidi="fa-IR"/>
        </w:rPr>
        <w:t>۱۶</w:t>
      </w:r>
      <w:r w:rsidR="00850A41" w:rsidRPr="00850A41">
        <w:rPr>
          <w:rFonts w:cs="B Lotus"/>
          <w:szCs w:val="26"/>
          <w:rtl/>
        </w:rPr>
        <w:t xml:space="preserve"> نفر از خبرگان مد</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hint="eastAsia"/>
          <w:szCs w:val="26"/>
          <w:rtl/>
        </w:rPr>
        <w:t>ت</w:t>
      </w:r>
      <w:r w:rsidR="00850A41" w:rsidRPr="00850A41">
        <w:rPr>
          <w:rFonts w:cs="B Lotus"/>
          <w:szCs w:val="26"/>
          <w:rtl/>
        </w:rPr>
        <w:t xml:space="preserve"> عملکرد، متول</w:t>
      </w:r>
      <w:r w:rsidR="00850A41" w:rsidRPr="00850A41">
        <w:rPr>
          <w:rFonts w:cs="B Lotus" w:hint="cs"/>
          <w:szCs w:val="26"/>
          <w:rtl/>
        </w:rPr>
        <w:t>ی</w:t>
      </w:r>
      <w:r w:rsidR="00850A41" w:rsidRPr="00850A41">
        <w:rPr>
          <w:rFonts w:cs="B Lotus" w:hint="eastAsia"/>
          <w:szCs w:val="26"/>
          <w:rtl/>
        </w:rPr>
        <w:t>ان</w:t>
      </w:r>
      <w:r w:rsidR="00850A41" w:rsidRPr="00850A41">
        <w:rPr>
          <w:rFonts w:cs="B Lotus"/>
          <w:szCs w:val="26"/>
          <w:rtl/>
        </w:rPr>
        <w:t xml:space="preserve"> فدراس</w:t>
      </w:r>
      <w:r w:rsidR="00850A41" w:rsidRPr="00850A41">
        <w:rPr>
          <w:rFonts w:cs="B Lotus" w:hint="cs"/>
          <w:szCs w:val="26"/>
          <w:rtl/>
        </w:rPr>
        <w:t>ی</w:t>
      </w:r>
      <w:r w:rsidR="00850A41" w:rsidRPr="00850A41">
        <w:rPr>
          <w:rFonts w:cs="B Lotus" w:hint="eastAsia"/>
          <w:szCs w:val="26"/>
          <w:rtl/>
        </w:rPr>
        <w:t>ون</w:t>
      </w:r>
      <w:r w:rsidR="00850A41" w:rsidRPr="00850A41">
        <w:rPr>
          <w:rFonts w:cs="B Lotus"/>
          <w:szCs w:val="26"/>
          <w:rtl/>
        </w:rPr>
        <w:t xml:space="preserve"> ورزش‌ها</w:t>
      </w:r>
      <w:r w:rsidR="00850A41" w:rsidRPr="00850A41">
        <w:rPr>
          <w:rFonts w:cs="B Lotus" w:hint="cs"/>
          <w:szCs w:val="26"/>
          <w:rtl/>
        </w:rPr>
        <w:t>ی</w:t>
      </w:r>
      <w:r w:rsidR="00850A41" w:rsidRPr="00850A41">
        <w:rPr>
          <w:rFonts w:cs="B Lotus"/>
          <w:szCs w:val="26"/>
          <w:rtl/>
        </w:rPr>
        <w:t xml:space="preserve"> آب</w:t>
      </w:r>
      <w:r w:rsidR="00850A41" w:rsidRPr="00850A41">
        <w:rPr>
          <w:rFonts w:cs="B Lotus" w:hint="cs"/>
          <w:szCs w:val="26"/>
          <w:rtl/>
        </w:rPr>
        <w:t>ی</w:t>
      </w:r>
      <w:r w:rsidR="00850A41" w:rsidRPr="00850A41">
        <w:rPr>
          <w:rFonts w:cs="B Lotus"/>
          <w:szCs w:val="26"/>
          <w:rtl/>
        </w:rPr>
        <w:t xml:space="preserve"> و مد</w:t>
      </w:r>
      <w:r w:rsidR="00850A41" w:rsidRPr="00850A41">
        <w:rPr>
          <w:rFonts w:cs="B Lotus" w:hint="cs"/>
          <w:szCs w:val="26"/>
          <w:rtl/>
        </w:rPr>
        <w:t>ی</w:t>
      </w:r>
      <w:r w:rsidR="00850A41" w:rsidRPr="00850A41">
        <w:rPr>
          <w:rFonts w:cs="B Lotus" w:hint="eastAsia"/>
          <w:szCs w:val="26"/>
          <w:rtl/>
        </w:rPr>
        <w:t>ران</w:t>
      </w:r>
      <w:r w:rsidR="00850A41" w:rsidRPr="00850A41">
        <w:rPr>
          <w:rFonts w:cs="B Lotus"/>
          <w:szCs w:val="26"/>
          <w:rtl/>
        </w:rPr>
        <w:t xml:space="preserve"> استخرها، تا رس</w:t>
      </w:r>
      <w:r w:rsidR="00850A41" w:rsidRPr="00850A41">
        <w:rPr>
          <w:rFonts w:cs="B Lotus" w:hint="cs"/>
          <w:szCs w:val="26"/>
          <w:rtl/>
        </w:rPr>
        <w:t>ی</w:t>
      </w:r>
      <w:r w:rsidR="00850A41" w:rsidRPr="00850A41">
        <w:rPr>
          <w:rFonts w:cs="B Lotus" w:hint="eastAsia"/>
          <w:szCs w:val="26"/>
          <w:rtl/>
        </w:rPr>
        <w:t>دن</w:t>
      </w:r>
      <w:r w:rsidR="00850A41" w:rsidRPr="00850A41">
        <w:rPr>
          <w:rFonts w:cs="B Lotus"/>
          <w:szCs w:val="26"/>
          <w:rtl/>
        </w:rPr>
        <w:t xml:space="preserve"> به اشباع نظر</w:t>
      </w:r>
      <w:r w:rsidR="00850A41" w:rsidRPr="00850A41">
        <w:rPr>
          <w:rFonts w:cs="B Lotus" w:hint="cs"/>
          <w:szCs w:val="26"/>
          <w:rtl/>
        </w:rPr>
        <w:t>ی</w:t>
      </w:r>
      <w:r w:rsidR="00850A41" w:rsidRPr="00850A41">
        <w:rPr>
          <w:rFonts w:cs="B Lotus"/>
          <w:szCs w:val="26"/>
          <w:rtl/>
        </w:rPr>
        <w:t xml:space="preserve"> جمع‌آ</w:t>
      </w:r>
      <w:r w:rsidR="00850A41" w:rsidRPr="00850A41">
        <w:rPr>
          <w:rFonts w:cs="B Lotus" w:hint="eastAsia"/>
          <w:szCs w:val="26"/>
          <w:rtl/>
        </w:rPr>
        <w:t>ور</w:t>
      </w:r>
      <w:r w:rsidR="00850A41" w:rsidRPr="00850A41">
        <w:rPr>
          <w:rFonts w:cs="B Lotus" w:hint="cs"/>
          <w:szCs w:val="26"/>
          <w:rtl/>
        </w:rPr>
        <w:t>ی</w:t>
      </w:r>
      <w:r w:rsidR="00850A41" w:rsidRPr="00850A41">
        <w:rPr>
          <w:rFonts w:cs="B Lotus"/>
          <w:szCs w:val="26"/>
          <w:rtl/>
        </w:rPr>
        <w:t xml:space="preserve"> و با استفاده از نرم‌افزار</w:t>
      </w:r>
      <w:r w:rsidR="00850A41" w:rsidRPr="00850A41">
        <w:rPr>
          <w:rFonts w:cs="B Lotus"/>
          <w:szCs w:val="26"/>
        </w:rPr>
        <w:t xml:space="preserve"> MAXQDA </w:t>
      </w:r>
      <w:r w:rsidR="00850A41" w:rsidRPr="00850A41">
        <w:rPr>
          <w:rFonts w:cs="B Lotus"/>
          <w:szCs w:val="26"/>
          <w:rtl/>
        </w:rPr>
        <w:t>در سه مرحله کدگذار</w:t>
      </w:r>
      <w:r w:rsidR="00850A41" w:rsidRPr="00850A41">
        <w:rPr>
          <w:rFonts w:cs="B Lotus" w:hint="cs"/>
          <w:szCs w:val="26"/>
          <w:rtl/>
        </w:rPr>
        <w:t>ی</w:t>
      </w:r>
      <w:r w:rsidR="00850A41" w:rsidRPr="00850A41">
        <w:rPr>
          <w:rFonts w:cs="B Lotus"/>
          <w:szCs w:val="26"/>
          <w:rtl/>
        </w:rPr>
        <w:t xml:space="preserve"> توص</w:t>
      </w:r>
      <w:r w:rsidR="00850A41" w:rsidRPr="00850A41">
        <w:rPr>
          <w:rFonts w:cs="B Lotus" w:hint="cs"/>
          <w:szCs w:val="26"/>
          <w:rtl/>
        </w:rPr>
        <w:t>ی</w:t>
      </w:r>
      <w:r w:rsidR="00850A41" w:rsidRPr="00850A41">
        <w:rPr>
          <w:rFonts w:cs="B Lotus" w:hint="eastAsia"/>
          <w:szCs w:val="26"/>
          <w:rtl/>
        </w:rPr>
        <w:t>ف</w:t>
      </w:r>
      <w:r w:rsidR="00850A41" w:rsidRPr="00850A41">
        <w:rPr>
          <w:rFonts w:cs="B Lotus" w:hint="cs"/>
          <w:szCs w:val="26"/>
          <w:rtl/>
        </w:rPr>
        <w:t>ی</w:t>
      </w:r>
      <w:r w:rsidR="00850A41" w:rsidRPr="00850A41">
        <w:rPr>
          <w:rFonts w:cs="B Lotus" w:hint="eastAsia"/>
          <w:szCs w:val="26"/>
          <w:rtl/>
        </w:rPr>
        <w:t>،</w:t>
      </w:r>
      <w:r w:rsidR="00850A41" w:rsidRPr="00850A41">
        <w:rPr>
          <w:rFonts w:cs="B Lotus"/>
          <w:szCs w:val="26"/>
          <w:rtl/>
        </w:rPr>
        <w:t xml:space="preserve"> تفس</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szCs w:val="26"/>
          <w:rtl/>
        </w:rPr>
        <w:t xml:space="preserve"> و </w:t>
      </w:r>
      <w:r w:rsidR="00850A41" w:rsidRPr="00850A41">
        <w:rPr>
          <w:rFonts w:cs="B Lotus" w:hint="cs"/>
          <w:szCs w:val="26"/>
          <w:rtl/>
        </w:rPr>
        <w:t>ی</w:t>
      </w:r>
      <w:r w:rsidR="00850A41" w:rsidRPr="00850A41">
        <w:rPr>
          <w:rFonts w:cs="B Lotus" w:hint="eastAsia"/>
          <w:szCs w:val="26"/>
          <w:rtl/>
        </w:rPr>
        <w:t>کپارچه‌ساز</w:t>
      </w:r>
      <w:r w:rsidR="00850A41" w:rsidRPr="00850A41">
        <w:rPr>
          <w:rFonts w:cs="B Lotus" w:hint="cs"/>
          <w:szCs w:val="26"/>
          <w:rtl/>
        </w:rPr>
        <w:t>ی</w:t>
      </w:r>
      <w:r w:rsidR="00850A41" w:rsidRPr="00850A41">
        <w:rPr>
          <w:rFonts w:cs="B Lotus"/>
          <w:szCs w:val="26"/>
          <w:rtl/>
        </w:rPr>
        <w:t xml:space="preserve"> تحل</w:t>
      </w:r>
      <w:r w:rsidR="00850A41" w:rsidRPr="00850A41">
        <w:rPr>
          <w:rFonts w:cs="B Lotus" w:hint="cs"/>
          <w:szCs w:val="26"/>
          <w:rtl/>
        </w:rPr>
        <w:t>ی</w:t>
      </w:r>
      <w:r w:rsidR="00850A41" w:rsidRPr="00850A41">
        <w:rPr>
          <w:rFonts w:cs="B Lotus" w:hint="eastAsia"/>
          <w:szCs w:val="26"/>
          <w:rtl/>
        </w:rPr>
        <w:t>ل</w:t>
      </w:r>
      <w:r w:rsidR="00AC72EE">
        <w:rPr>
          <w:rFonts w:cs="B Lotus" w:hint="cs"/>
          <w:szCs w:val="26"/>
          <w:rtl/>
        </w:rPr>
        <w:t xml:space="preserve"> </w:t>
      </w:r>
      <w:r>
        <w:rPr>
          <w:rFonts w:cs="B Lotus" w:hint="cs"/>
          <w:szCs w:val="26"/>
          <w:rtl/>
        </w:rPr>
        <w:t>و با تشکیل گروه کانونی وزن دهی و نهایی شد.</w:t>
      </w:r>
    </w:p>
    <w:p w14:paraId="4C3EB7D8" w14:textId="620B5191" w:rsidR="00C15462" w:rsidRDefault="00C15462" w:rsidP="00C15462">
      <w:pPr>
        <w:bidi/>
        <w:jc w:val="both"/>
        <w:rPr>
          <w:rFonts w:cs="B Lotus"/>
          <w:szCs w:val="26"/>
          <w:rtl/>
          <w:lang w:bidi="fa-IR"/>
        </w:rPr>
      </w:pPr>
      <w:r w:rsidRPr="00C15462">
        <w:rPr>
          <w:rFonts w:cs="B Lotus" w:hint="cs"/>
          <w:b/>
          <w:bCs/>
          <w:szCs w:val="26"/>
          <w:rtl/>
        </w:rPr>
        <w:t>یافته‌ها:</w:t>
      </w:r>
      <w:r w:rsidR="00850A41" w:rsidRPr="00850A41">
        <w:rPr>
          <w:rFonts w:cs="B Lotus"/>
          <w:szCs w:val="26"/>
          <w:rtl/>
        </w:rPr>
        <w:t xml:space="preserve"> در ا</w:t>
      </w:r>
      <w:r w:rsidR="00850A41" w:rsidRPr="00850A41">
        <w:rPr>
          <w:rFonts w:cs="B Lotus" w:hint="cs"/>
          <w:szCs w:val="26"/>
          <w:rtl/>
        </w:rPr>
        <w:t>ی</w:t>
      </w:r>
      <w:r w:rsidR="00850A41" w:rsidRPr="00850A41">
        <w:rPr>
          <w:rFonts w:cs="B Lotus" w:hint="eastAsia"/>
          <w:szCs w:val="26"/>
          <w:rtl/>
        </w:rPr>
        <w:t>ن</w:t>
      </w:r>
      <w:r w:rsidR="00850A41" w:rsidRPr="00850A41">
        <w:rPr>
          <w:rFonts w:cs="B Lotus"/>
          <w:szCs w:val="26"/>
          <w:rtl/>
        </w:rPr>
        <w:t xml:space="preserve"> فرآ</w:t>
      </w:r>
      <w:r w:rsidR="00850A41" w:rsidRPr="00850A41">
        <w:rPr>
          <w:rFonts w:cs="B Lotus" w:hint="cs"/>
          <w:szCs w:val="26"/>
          <w:rtl/>
        </w:rPr>
        <w:t>ی</w:t>
      </w:r>
      <w:r w:rsidR="00850A41" w:rsidRPr="00850A41">
        <w:rPr>
          <w:rFonts w:cs="B Lotus" w:hint="eastAsia"/>
          <w:szCs w:val="26"/>
          <w:rtl/>
        </w:rPr>
        <w:t>ند،</w:t>
      </w:r>
      <w:r w:rsidR="00850A41" w:rsidRPr="00850A41">
        <w:rPr>
          <w:rFonts w:cs="B Lotus"/>
          <w:szCs w:val="26"/>
          <w:rtl/>
        </w:rPr>
        <w:t xml:space="preserve"> </w:t>
      </w:r>
      <w:r w:rsidR="00850A41" w:rsidRPr="00850A41">
        <w:rPr>
          <w:rFonts w:cs="B Lotus"/>
          <w:szCs w:val="26"/>
          <w:rtl/>
          <w:lang w:bidi="fa-IR"/>
        </w:rPr>
        <w:t>۵۱۱</w:t>
      </w:r>
      <w:r w:rsidR="00850A41" w:rsidRPr="00850A41">
        <w:rPr>
          <w:rFonts w:cs="B Lotus"/>
          <w:szCs w:val="26"/>
          <w:rtl/>
        </w:rPr>
        <w:t xml:space="preserve"> کد اول</w:t>
      </w:r>
      <w:r w:rsidR="00850A41" w:rsidRPr="00850A41">
        <w:rPr>
          <w:rFonts w:cs="B Lotus" w:hint="cs"/>
          <w:szCs w:val="26"/>
          <w:rtl/>
        </w:rPr>
        <w:t>ی</w:t>
      </w:r>
      <w:r w:rsidR="00850A41" w:rsidRPr="00850A41">
        <w:rPr>
          <w:rFonts w:cs="B Lotus" w:hint="eastAsia"/>
          <w:szCs w:val="26"/>
          <w:rtl/>
        </w:rPr>
        <w:t>ه،</w:t>
      </w:r>
      <w:r w:rsidR="00850A41" w:rsidRPr="00850A41">
        <w:rPr>
          <w:rFonts w:cs="B Lotus"/>
          <w:szCs w:val="26"/>
          <w:rtl/>
        </w:rPr>
        <w:t xml:space="preserve"> </w:t>
      </w:r>
      <w:r w:rsidR="00850A41" w:rsidRPr="00850A41">
        <w:rPr>
          <w:rFonts w:cs="B Lotus"/>
          <w:szCs w:val="26"/>
          <w:rtl/>
          <w:lang w:bidi="fa-IR"/>
        </w:rPr>
        <w:t>۸۲</w:t>
      </w:r>
      <w:r w:rsidR="00850A41" w:rsidRPr="00850A41">
        <w:rPr>
          <w:rFonts w:cs="B Lotus"/>
          <w:szCs w:val="26"/>
          <w:rtl/>
        </w:rPr>
        <w:t xml:space="preserve"> مضمون توص</w:t>
      </w:r>
      <w:r w:rsidR="00850A41" w:rsidRPr="00850A41">
        <w:rPr>
          <w:rFonts w:cs="B Lotus" w:hint="cs"/>
          <w:szCs w:val="26"/>
          <w:rtl/>
        </w:rPr>
        <w:t>ی</w:t>
      </w:r>
      <w:r w:rsidR="00850A41" w:rsidRPr="00850A41">
        <w:rPr>
          <w:rFonts w:cs="B Lotus" w:hint="eastAsia"/>
          <w:szCs w:val="26"/>
          <w:rtl/>
        </w:rPr>
        <w:t>ف</w:t>
      </w:r>
      <w:r w:rsidR="00850A41" w:rsidRPr="00850A41">
        <w:rPr>
          <w:rFonts w:cs="B Lotus" w:hint="cs"/>
          <w:szCs w:val="26"/>
          <w:rtl/>
        </w:rPr>
        <w:t>ی</w:t>
      </w:r>
      <w:r w:rsidR="00850A41" w:rsidRPr="00850A41">
        <w:rPr>
          <w:rFonts w:cs="B Lotus"/>
          <w:szCs w:val="26"/>
          <w:rtl/>
        </w:rPr>
        <w:t xml:space="preserve"> و </w:t>
      </w:r>
      <w:r w:rsidR="00850A41" w:rsidRPr="00850A41">
        <w:rPr>
          <w:rFonts w:cs="B Lotus"/>
          <w:szCs w:val="26"/>
          <w:rtl/>
          <w:lang w:bidi="fa-IR"/>
        </w:rPr>
        <w:t>۱۴</w:t>
      </w:r>
      <w:r w:rsidR="00850A41" w:rsidRPr="00850A41">
        <w:rPr>
          <w:rFonts w:cs="B Lotus"/>
          <w:szCs w:val="26"/>
          <w:rtl/>
        </w:rPr>
        <w:t xml:space="preserve"> مضمون تفس</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szCs w:val="26"/>
          <w:rtl/>
        </w:rPr>
        <w:t xml:space="preserve"> استخراج گرد</w:t>
      </w:r>
      <w:r w:rsidR="00850A41" w:rsidRPr="00850A41">
        <w:rPr>
          <w:rFonts w:cs="B Lotus" w:hint="cs"/>
          <w:szCs w:val="26"/>
          <w:rtl/>
        </w:rPr>
        <w:t>ی</w:t>
      </w:r>
      <w:r w:rsidR="00850A41" w:rsidRPr="00850A41">
        <w:rPr>
          <w:rFonts w:cs="B Lotus" w:hint="eastAsia"/>
          <w:szCs w:val="26"/>
          <w:rtl/>
        </w:rPr>
        <w:t>د</w:t>
      </w:r>
      <w:r w:rsidR="00850A41" w:rsidRPr="00850A41">
        <w:rPr>
          <w:rFonts w:cs="B Lotus"/>
          <w:szCs w:val="26"/>
          <w:rtl/>
        </w:rPr>
        <w:t>. برا</w:t>
      </w:r>
      <w:r w:rsidR="00850A41" w:rsidRPr="00850A41">
        <w:rPr>
          <w:rFonts w:cs="B Lotus" w:hint="cs"/>
          <w:szCs w:val="26"/>
          <w:rtl/>
        </w:rPr>
        <w:t>ی</w:t>
      </w:r>
      <w:r w:rsidR="00850A41" w:rsidRPr="00850A41">
        <w:rPr>
          <w:rFonts w:cs="B Lotus"/>
          <w:szCs w:val="26"/>
          <w:rtl/>
        </w:rPr>
        <w:t xml:space="preserve"> تع</w:t>
      </w:r>
      <w:r w:rsidR="00850A41" w:rsidRPr="00850A41">
        <w:rPr>
          <w:rFonts w:cs="B Lotus" w:hint="cs"/>
          <w:szCs w:val="26"/>
          <w:rtl/>
        </w:rPr>
        <w:t>یی</w:t>
      </w:r>
      <w:r w:rsidR="00850A41" w:rsidRPr="00850A41">
        <w:rPr>
          <w:rFonts w:cs="B Lotus" w:hint="eastAsia"/>
          <w:szCs w:val="26"/>
          <w:rtl/>
        </w:rPr>
        <w:t>ن</w:t>
      </w:r>
      <w:r w:rsidR="00850A41" w:rsidRPr="00850A41">
        <w:rPr>
          <w:rFonts w:cs="B Lotus"/>
          <w:szCs w:val="26"/>
          <w:rtl/>
        </w:rPr>
        <w:t xml:space="preserve"> وزن مؤلفه‌ها و نها</w:t>
      </w:r>
      <w:r w:rsidR="00850A41" w:rsidRPr="00850A41">
        <w:rPr>
          <w:rFonts w:cs="B Lotus" w:hint="cs"/>
          <w:szCs w:val="26"/>
          <w:rtl/>
        </w:rPr>
        <w:t>یی‌</w:t>
      </w:r>
      <w:r w:rsidR="00850A41" w:rsidRPr="00850A41">
        <w:rPr>
          <w:rFonts w:cs="B Lotus" w:hint="eastAsia"/>
          <w:szCs w:val="26"/>
          <w:rtl/>
        </w:rPr>
        <w:t>ساز</w:t>
      </w:r>
      <w:r w:rsidR="00850A41" w:rsidRPr="00850A41">
        <w:rPr>
          <w:rFonts w:cs="B Lotus" w:hint="cs"/>
          <w:szCs w:val="26"/>
          <w:rtl/>
        </w:rPr>
        <w:t>ی</w:t>
      </w:r>
      <w:r w:rsidR="00850A41" w:rsidRPr="00850A41">
        <w:rPr>
          <w:rFonts w:cs="B Lotus"/>
          <w:szCs w:val="26"/>
          <w:rtl/>
        </w:rPr>
        <w:t xml:space="preserve"> مدل، از تکن</w:t>
      </w:r>
      <w:r w:rsidR="00850A41" w:rsidRPr="00850A41">
        <w:rPr>
          <w:rFonts w:cs="B Lotus" w:hint="cs"/>
          <w:szCs w:val="26"/>
          <w:rtl/>
        </w:rPr>
        <w:t>ی</w:t>
      </w:r>
      <w:r w:rsidR="00850A41" w:rsidRPr="00850A41">
        <w:rPr>
          <w:rFonts w:cs="B Lotus" w:hint="eastAsia"/>
          <w:szCs w:val="26"/>
          <w:rtl/>
        </w:rPr>
        <w:t>ک</w:t>
      </w:r>
      <w:r w:rsidR="00850A41" w:rsidRPr="00850A41">
        <w:rPr>
          <w:rFonts w:cs="B Lotus"/>
          <w:szCs w:val="26"/>
          <w:rtl/>
        </w:rPr>
        <w:t xml:space="preserve"> گروه کانون</w:t>
      </w:r>
      <w:r w:rsidR="00850A41" w:rsidRPr="00850A41">
        <w:rPr>
          <w:rFonts w:cs="B Lotus" w:hint="cs"/>
          <w:szCs w:val="26"/>
          <w:rtl/>
        </w:rPr>
        <w:t>ی</w:t>
      </w:r>
      <w:r w:rsidR="00850A41" w:rsidRPr="00850A41">
        <w:rPr>
          <w:rFonts w:cs="B Lotus"/>
          <w:szCs w:val="26"/>
          <w:rtl/>
        </w:rPr>
        <w:t xml:space="preserve"> استفاده و وزن ک</w:t>
      </w:r>
      <w:r w:rsidR="00850A41" w:rsidRPr="00850A41">
        <w:rPr>
          <w:rFonts w:cs="B Lotus" w:hint="eastAsia"/>
          <w:szCs w:val="26"/>
          <w:rtl/>
        </w:rPr>
        <w:t>ل</w:t>
      </w:r>
      <w:r w:rsidR="00850A41" w:rsidRPr="00850A41">
        <w:rPr>
          <w:rFonts w:cs="B Lotus"/>
          <w:szCs w:val="26"/>
          <w:rtl/>
        </w:rPr>
        <w:t xml:space="preserve"> مدل برابر با </w:t>
      </w:r>
      <w:r w:rsidR="00850A41" w:rsidRPr="00850A41">
        <w:rPr>
          <w:rFonts w:cs="B Lotus"/>
          <w:szCs w:val="26"/>
          <w:rtl/>
          <w:lang w:bidi="fa-IR"/>
        </w:rPr>
        <w:t>۱۰۰۰</w:t>
      </w:r>
      <w:r w:rsidR="00850A41" w:rsidRPr="00850A41">
        <w:rPr>
          <w:rFonts w:cs="B Lotus"/>
          <w:szCs w:val="26"/>
          <w:rtl/>
        </w:rPr>
        <w:t xml:space="preserve"> در نظر گرفته شد. مدل نها</w:t>
      </w:r>
      <w:r w:rsidR="00850A41" w:rsidRPr="00850A41">
        <w:rPr>
          <w:rFonts w:cs="B Lotus" w:hint="cs"/>
          <w:szCs w:val="26"/>
          <w:rtl/>
        </w:rPr>
        <w:t>یی</w:t>
      </w:r>
      <w:r w:rsidR="00850A41" w:rsidRPr="00850A41">
        <w:rPr>
          <w:rFonts w:cs="B Lotus"/>
          <w:szCs w:val="26"/>
          <w:rtl/>
        </w:rPr>
        <w:t xml:space="preserve"> شامل چهار مؤلفه اصل</w:t>
      </w:r>
      <w:r w:rsidR="00850A41" w:rsidRPr="00850A41">
        <w:rPr>
          <w:rFonts w:cs="B Lotus" w:hint="cs"/>
          <w:szCs w:val="26"/>
          <w:rtl/>
        </w:rPr>
        <w:t>ی</w:t>
      </w:r>
      <w:r w:rsidR="00850A41" w:rsidRPr="00850A41">
        <w:rPr>
          <w:rFonts w:cs="B Lotus"/>
          <w:szCs w:val="26"/>
          <w:rtl/>
        </w:rPr>
        <w:t xml:space="preserve"> است: ز</w:t>
      </w:r>
      <w:r w:rsidR="00850A41" w:rsidRPr="00850A41">
        <w:rPr>
          <w:rFonts w:cs="B Lotus" w:hint="cs"/>
          <w:szCs w:val="26"/>
          <w:rtl/>
        </w:rPr>
        <w:t>ی</w:t>
      </w:r>
      <w:r w:rsidR="00850A41" w:rsidRPr="00850A41">
        <w:rPr>
          <w:rFonts w:cs="B Lotus" w:hint="eastAsia"/>
          <w:szCs w:val="26"/>
          <w:rtl/>
        </w:rPr>
        <w:t>رساخت‌ها</w:t>
      </w:r>
      <w:r w:rsidR="00850A41" w:rsidRPr="00850A41">
        <w:rPr>
          <w:rFonts w:cs="B Lotus"/>
          <w:szCs w:val="26"/>
          <w:rtl/>
        </w:rPr>
        <w:t xml:space="preserve"> و استانداردها (وزن </w:t>
      </w:r>
      <w:r w:rsidR="00850A41" w:rsidRPr="00850A41">
        <w:rPr>
          <w:rFonts w:cs="B Lotus"/>
          <w:szCs w:val="26"/>
          <w:rtl/>
          <w:lang w:bidi="fa-IR"/>
        </w:rPr>
        <w:t>۳۸۰)</w:t>
      </w:r>
      <w:r w:rsidR="00850A41" w:rsidRPr="00850A41">
        <w:rPr>
          <w:rFonts w:cs="B Lotus"/>
          <w:szCs w:val="26"/>
          <w:rtl/>
        </w:rPr>
        <w:t>، مد</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hint="eastAsia"/>
          <w:szCs w:val="26"/>
          <w:rtl/>
        </w:rPr>
        <w:t>ت</w:t>
      </w:r>
      <w:r w:rsidR="00850A41" w:rsidRPr="00850A41">
        <w:rPr>
          <w:rFonts w:cs="B Lotus"/>
          <w:szCs w:val="26"/>
          <w:rtl/>
        </w:rPr>
        <w:t xml:space="preserve"> و پشت</w:t>
      </w:r>
      <w:r w:rsidR="00850A41" w:rsidRPr="00850A41">
        <w:rPr>
          <w:rFonts w:cs="B Lotus" w:hint="cs"/>
          <w:szCs w:val="26"/>
          <w:rtl/>
        </w:rPr>
        <w:t>ی</w:t>
      </w:r>
      <w:r w:rsidR="00850A41" w:rsidRPr="00850A41">
        <w:rPr>
          <w:rFonts w:cs="B Lotus" w:hint="eastAsia"/>
          <w:szCs w:val="26"/>
          <w:rtl/>
        </w:rPr>
        <w:t>بان</w:t>
      </w:r>
      <w:r w:rsidR="00850A41" w:rsidRPr="00850A41">
        <w:rPr>
          <w:rFonts w:cs="B Lotus" w:hint="cs"/>
          <w:szCs w:val="26"/>
          <w:rtl/>
        </w:rPr>
        <w:t>ی</w:t>
      </w:r>
      <w:r w:rsidR="00850A41" w:rsidRPr="00850A41">
        <w:rPr>
          <w:rFonts w:cs="B Lotus"/>
          <w:szCs w:val="26"/>
          <w:rtl/>
        </w:rPr>
        <w:t xml:space="preserve"> منابع (وزن </w:t>
      </w:r>
      <w:r w:rsidR="00850A41" w:rsidRPr="00850A41">
        <w:rPr>
          <w:rFonts w:cs="B Lotus"/>
          <w:szCs w:val="26"/>
          <w:rtl/>
          <w:lang w:bidi="fa-IR"/>
        </w:rPr>
        <w:t>۲۵۰)</w:t>
      </w:r>
      <w:r w:rsidR="00850A41" w:rsidRPr="00850A41">
        <w:rPr>
          <w:rFonts w:cs="B Lotus"/>
          <w:szCs w:val="26"/>
          <w:rtl/>
        </w:rPr>
        <w:t>، فرآ</w:t>
      </w:r>
      <w:r w:rsidR="00850A41" w:rsidRPr="00850A41">
        <w:rPr>
          <w:rFonts w:cs="B Lotus" w:hint="cs"/>
          <w:szCs w:val="26"/>
          <w:rtl/>
        </w:rPr>
        <w:t>ی</w:t>
      </w:r>
      <w:r w:rsidR="00850A41" w:rsidRPr="00850A41">
        <w:rPr>
          <w:rFonts w:cs="B Lotus" w:hint="eastAsia"/>
          <w:szCs w:val="26"/>
          <w:rtl/>
        </w:rPr>
        <w:t>ندها</w:t>
      </w:r>
      <w:r w:rsidR="00850A41" w:rsidRPr="00850A41">
        <w:rPr>
          <w:rFonts w:cs="B Lotus" w:hint="cs"/>
          <w:szCs w:val="26"/>
          <w:rtl/>
        </w:rPr>
        <w:t>ی</w:t>
      </w:r>
      <w:r w:rsidR="00850A41" w:rsidRPr="00850A41">
        <w:rPr>
          <w:rFonts w:cs="B Lotus"/>
          <w:szCs w:val="26"/>
          <w:rtl/>
        </w:rPr>
        <w:t xml:space="preserve"> خدمات</w:t>
      </w:r>
      <w:r w:rsidR="00850A41" w:rsidRPr="00850A41">
        <w:rPr>
          <w:rFonts w:cs="B Lotus" w:hint="cs"/>
          <w:szCs w:val="26"/>
          <w:rtl/>
        </w:rPr>
        <w:t>ی</w:t>
      </w:r>
      <w:r w:rsidR="00850A41" w:rsidRPr="00850A41">
        <w:rPr>
          <w:rFonts w:cs="B Lotus"/>
          <w:szCs w:val="26"/>
          <w:rtl/>
        </w:rPr>
        <w:t xml:space="preserve"> و تجربه مشتر</w:t>
      </w:r>
      <w:r w:rsidR="00850A41" w:rsidRPr="00850A41">
        <w:rPr>
          <w:rFonts w:cs="B Lotus" w:hint="cs"/>
          <w:szCs w:val="26"/>
          <w:rtl/>
        </w:rPr>
        <w:t>ی</w:t>
      </w:r>
      <w:r w:rsidR="00850A41" w:rsidRPr="00850A41">
        <w:rPr>
          <w:rFonts w:cs="B Lotus"/>
          <w:szCs w:val="26"/>
          <w:rtl/>
        </w:rPr>
        <w:t xml:space="preserve"> (وزن </w:t>
      </w:r>
      <w:r w:rsidR="00850A41" w:rsidRPr="00850A41">
        <w:rPr>
          <w:rFonts w:cs="B Lotus"/>
          <w:szCs w:val="26"/>
          <w:rtl/>
          <w:lang w:bidi="fa-IR"/>
        </w:rPr>
        <w:t xml:space="preserve">۲۵۰) </w:t>
      </w:r>
      <w:r w:rsidR="00850A41" w:rsidRPr="00850A41">
        <w:rPr>
          <w:rFonts w:cs="B Lotus"/>
          <w:szCs w:val="26"/>
          <w:rtl/>
        </w:rPr>
        <w:t>و بازار</w:t>
      </w:r>
      <w:r w:rsidR="00850A41" w:rsidRPr="00850A41">
        <w:rPr>
          <w:rFonts w:cs="B Lotus" w:hint="cs"/>
          <w:szCs w:val="26"/>
          <w:rtl/>
        </w:rPr>
        <w:t>ی</w:t>
      </w:r>
      <w:r w:rsidR="00850A41" w:rsidRPr="00850A41">
        <w:rPr>
          <w:rFonts w:cs="B Lotus" w:hint="eastAsia"/>
          <w:szCs w:val="26"/>
          <w:rtl/>
        </w:rPr>
        <w:t>اب</w:t>
      </w:r>
      <w:r w:rsidR="00850A41" w:rsidRPr="00850A41">
        <w:rPr>
          <w:rFonts w:cs="B Lotus" w:hint="cs"/>
          <w:szCs w:val="26"/>
          <w:rtl/>
        </w:rPr>
        <w:t>ی</w:t>
      </w:r>
      <w:r w:rsidR="00850A41" w:rsidRPr="00850A41">
        <w:rPr>
          <w:rFonts w:cs="B Lotus"/>
          <w:szCs w:val="26"/>
          <w:rtl/>
        </w:rPr>
        <w:t xml:space="preserve"> و رقابت‌پذ</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szCs w:val="26"/>
          <w:rtl/>
        </w:rPr>
        <w:t xml:space="preserve"> (وزن </w:t>
      </w:r>
      <w:r w:rsidR="00850A41" w:rsidRPr="00850A41">
        <w:rPr>
          <w:rFonts w:cs="B Lotus"/>
          <w:szCs w:val="26"/>
          <w:rtl/>
          <w:lang w:bidi="fa-IR"/>
        </w:rPr>
        <w:t xml:space="preserve">۱۲۰). </w:t>
      </w:r>
    </w:p>
    <w:p w14:paraId="3CDD2937" w14:textId="7AF0B4FF" w:rsidR="00850A41" w:rsidRDefault="00C15462" w:rsidP="00C15462">
      <w:pPr>
        <w:bidi/>
        <w:jc w:val="both"/>
        <w:rPr>
          <w:rFonts w:cs="B Lotus"/>
          <w:szCs w:val="26"/>
          <w:rtl/>
        </w:rPr>
      </w:pPr>
      <w:r w:rsidRPr="00C15462">
        <w:rPr>
          <w:rFonts w:cs="B Lotus" w:hint="cs"/>
          <w:b/>
          <w:bCs/>
          <w:szCs w:val="26"/>
          <w:rtl/>
          <w:lang w:bidi="fa-IR"/>
        </w:rPr>
        <w:t>نتیجه گیری:</w:t>
      </w:r>
      <w:r>
        <w:rPr>
          <w:rFonts w:cs="B Lotus" w:hint="cs"/>
          <w:szCs w:val="26"/>
          <w:rtl/>
          <w:lang w:bidi="fa-IR"/>
        </w:rPr>
        <w:t xml:space="preserve"> </w:t>
      </w:r>
      <w:r w:rsidR="00850A41" w:rsidRPr="00850A41">
        <w:rPr>
          <w:rFonts w:cs="B Lotus"/>
          <w:szCs w:val="26"/>
          <w:rtl/>
        </w:rPr>
        <w:t>نتا</w:t>
      </w:r>
      <w:r w:rsidR="00850A41" w:rsidRPr="00850A41">
        <w:rPr>
          <w:rFonts w:cs="B Lotus" w:hint="cs"/>
          <w:szCs w:val="26"/>
          <w:rtl/>
        </w:rPr>
        <w:t>ی</w:t>
      </w:r>
      <w:r w:rsidR="00850A41" w:rsidRPr="00850A41">
        <w:rPr>
          <w:rFonts w:cs="B Lotus" w:hint="eastAsia"/>
          <w:szCs w:val="26"/>
          <w:rtl/>
        </w:rPr>
        <w:t>ج</w:t>
      </w:r>
      <w:r w:rsidR="00850A41" w:rsidRPr="00850A41">
        <w:rPr>
          <w:rFonts w:cs="B Lotus"/>
          <w:szCs w:val="26"/>
          <w:rtl/>
        </w:rPr>
        <w:t xml:space="preserve"> نشان داد توجه به ز</w:t>
      </w:r>
      <w:r w:rsidR="00850A41" w:rsidRPr="00850A41">
        <w:rPr>
          <w:rFonts w:cs="B Lotus" w:hint="cs"/>
          <w:szCs w:val="26"/>
          <w:rtl/>
        </w:rPr>
        <w:t>ی</w:t>
      </w:r>
      <w:r w:rsidR="00850A41" w:rsidRPr="00850A41">
        <w:rPr>
          <w:rFonts w:cs="B Lotus" w:hint="eastAsia"/>
          <w:szCs w:val="26"/>
          <w:rtl/>
        </w:rPr>
        <w:t>رساخت‌ها</w:t>
      </w:r>
      <w:r w:rsidR="00850A41" w:rsidRPr="00850A41">
        <w:rPr>
          <w:rFonts w:cs="B Lotus" w:hint="cs"/>
          <w:szCs w:val="26"/>
          <w:rtl/>
        </w:rPr>
        <w:t>ی</w:t>
      </w:r>
      <w:r w:rsidR="00850A41" w:rsidRPr="00850A41">
        <w:rPr>
          <w:rFonts w:cs="B Lotus"/>
          <w:szCs w:val="26"/>
          <w:rtl/>
        </w:rPr>
        <w:t xml:space="preserve"> ا</w:t>
      </w:r>
      <w:r w:rsidR="00850A41" w:rsidRPr="00850A41">
        <w:rPr>
          <w:rFonts w:cs="B Lotus" w:hint="cs"/>
          <w:szCs w:val="26"/>
          <w:rtl/>
        </w:rPr>
        <w:t>ی</w:t>
      </w:r>
      <w:r w:rsidR="00850A41" w:rsidRPr="00850A41">
        <w:rPr>
          <w:rFonts w:cs="B Lotus" w:hint="eastAsia"/>
          <w:szCs w:val="26"/>
          <w:rtl/>
        </w:rPr>
        <w:t>من</w:t>
      </w:r>
      <w:r w:rsidR="00850A41" w:rsidRPr="00850A41">
        <w:rPr>
          <w:rFonts w:cs="B Lotus" w:hint="cs"/>
          <w:szCs w:val="26"/>
          <w:rtl/>
        </w:rPr>
        <w:t>ی</w:t>
      </w:r>
      <w:r w:rsidR="00850A41" w:rsidRPr="00850A41">
        <w:rPr>
          <w:rFonts w:cs="B Lotus" w:hint="eastAsia"/>
          <w:szCs w:val="26"/>
          <w:rtl/>
        </w:rPr>
        <w:t>،</w:t>
      </w:r>
      <w:r w:rsidR="00850A41" w:rsidRPr="00850A41">
        <w:rPr>
          <w:rFonts w:cs="B Lotus"/>
          <w:szCs w:val="26"/>
          <w:rtl/>
        </w:rPr>
        <w:t xml:space="preserve"> مد</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hint="eastAsia"/>
          <w:szCs w:val="26"/>
          <w:rtl/>
        </w:rPr>
        <w:t>ت</w:t>
      </w:r>
      <w:r w:rsidR="00850A41" w:rsidRPr="00850A41">
        <w:rPr>
          <w:rFonts w:cs="B Lotus"/>
          <w:szCs w:val="26"/>
          <w:rtl/>
        </w:rPr>
        <w:t xml:space="preserve"> منابع انسان</w:t>
      </w:r>
      <w:r w:rsidR="00850A41" w:rsidRPr="00850A41">
        <w:rPr>
          <w:rFonts w:cs="B Lotus" w:hint="cs"/>
          <w:szCs w:val="26"/>
          <w:rtl/>
        </w:rPr>
        <w:t>ی</w:t>
      </w:r>
      <w:r w:rsidR="00850A41" w:rsidRPr="00850A41">
        <w:rPr>
          <w:rFonts w:cs="B Lotus" w:hint="eastAsia"/>
          <w:szCs w:val="26"/>
          <w:rtl/>
        </w:rPr>
        <w:t>،</w:t>
      </w:r>
      <w:r w:rsidR="00850A41" w:rsidRPr="00850A41">
        <w:rPr>
          <w:rFonts w:cs="B Lotus"/>
          <w:szCs w:val="26"/>
          <w:rtl/>
        </w:rPr>
        <w:t xml:space="preserve"> بهداشت، بازار</w:t>
      </w:r>
      <w:r w:rsidR="00850A41" w:rsidRPr="00850A41">
        <w:rPr>
          <w:rFonts w:cs="B Lotus" w:hint="cs"/>
          <w:szCs w:val="26"/>
          <w:rtl/>
        </w:rPr>
        <w:t>ی</w:t>
      </w:r>
      <w:r w:rsidR="00850A41" w:rsidRPr="00850A41">
        <w:rPr>
          <w:rFonts w:cs="B Lotus" w:hint="eastAsia"/>
          <w:szCs w:val="26"/>
          <w:rtl/>
        </w:rPr>
        <w:t>اب</w:t>
      </w:r>
      <w:r w:rsidR="00850A41" w:rsidRPr="00850A41">
        <w:rPr>
          <w:rFonts w:cs="B Lotus" w:hint="cs"/>
          <w:szCs w:val="26"/>
          <w:rtl/>
        </w:rPr>
        <w:t>ی</w:t>
      </w:r>
      <w:r w:rsidR="00850A41" w:rsidRPr="00850A41">
        <w:rPr>
          <w:rFonts w:cs="B Lotus"/>
          <w:szCs w:val="26"/>
          <w:rtl/>
        </w:rPr>
        <w:t xml:space="preserve"> و بهبود تجربه مشتر</w:t>
      </w:r>
      <w:r w:rsidR="00850A41" w:rsidRPr="00850A41">
        <w:rPr>
          <w:rFonts w:cs="B Lotus" w:hint="cs"/>
          <w:szCs w:val="26"/>
          <w:rtl/>
        </w:rPr>
        <w:t>ی</w:t>
      </w:r>
      <w:r w:rsidR="00850A41" w:rsidRPr="00850A41">
        <w:rPr>
          <w:rFonts w:cs="B Lotus"/>
          <w:szCs w:val="26"/>
          <w:rtl/>
        </w:rPr>
        <w:t xml:space="preserve"> از عوامل کل</w:t>
      </w:r>
      <w:r w:rsidR="00850A41" w:rsidRPr="00850A41">
        <w:rPr>
          <w:rFonts w:cs="B Lotus" w:hint="cs"/>
          <w:szCs w:val="26"/>
          <w:rtl/>
        </w:rPr>
        <w:t>ی</w:t>
      </w:r>
      <w:r w:rsidR="00850A41" w:rsidRPr="00850A41">
        <w:rPr>
          <w:rFonts w:cs="B Lotus" w:hint="eastAsia"/>
          <w:szCs w:val="26"/>
          <w:rtl/>
        </w:rPr>
        <w:t>د</w:t>
      </w:r>
      <w:r w:rsidR="00850A41" w:rsidRPr="00850A41">
        <w:rPr>
          <w:rFonts w:cs="B Lotus" w:hint="cs"/>
          <w:szCs w:val="26"/>
          <w:rtl/>
        </w:rPr>
        <w:t>ی</w:t>
      </w:r>
      <w:r w:rsidR="00850A41" w:rsidRPr="00850A41">
        <w:rPr>
          <w:rFonts w:cs="B Lotus"/>
          <w:szCs w:val="26"/>
          <w:rtl/>
        </w:rPr>
        <w:t xml:space="preserve"> ارتقاء عملکرد استخره</w:t>
      </w:r>
      <w:r w:rsidR="00AC72EE">
        <w:rPr>
          <w:rFonts w:cs="B Lotus" w:hint="cs"/>
          <w:szCs w:val="26"/>
          <w:rtl/>
        </w:rPr>
        <w:t>ا</w:t>
      </w:r>
      <w:r w:rsidR="00850A41" w:rsidRPr="00850A41">
        <w:rPr>
          <w:rFonts w:cs="B Lotus"/>
          <w:szCs w:val="26"/>
          <w:rtl/>
        </w:rPr>
        <w:t xml:space="preserve"> محسوب م</w:t>
      </w:r>
      <w:r w:rsidR="00850A41" w:rsidRPr="00850A41">
        <w:rPr>
          <w:rFonts w:cs="B Lotus" w:hint="cs"/>
          <w:szCs w:val="26"/>
          <w:rtl/>
        </w:rPr>
        <w:t>ی‌</w:t>
      </w:r>
      <w:r w:rsidR="00850A41" w:rsidRPr="00850A41">
        <w:rPr>
          <w:rFonts w:cs="B Lotus" w:hint="eastAsia"/>
          <w:szCs w:val="26"/>
          <w:rtl/>
        </w:rPr>
        <w:t>شوند</w:t>
      </w:r>
      <w:r w:rsidR="00850A41" w:rsidRPr="00850A41">
        <w:rPr>
          <w:rFonts w:cs="B Lotus"/>
          <w:szCs w:val="26"/>
          <w:rtl/>
        </w:rPr>
        <w:t>. مدل پ</w:t>
      </w:r>
      <w:r w:rsidR="00850A41" w:rsidRPr="00850A41">
        <w:rPr>
          <w:rFonts w:cs="B Lotus" w:hint="cs"/>
          <w:szCs w:val="26"/>
          <w:rtl/>
        </w:rPr>
        <w:t>ی</w:t>
      </w:r>
      <w:r w:rsidR="00850A41" w:rsidRPr="00850A41">
        <w:rPr>
          <w:rFonts w:cs="B Lotus" w:hint="eastAsia"/>
          <w:szCs w:val="26"/>
          <w:rtl/>
        </w:rPr>
        <w:t>شنهاد</w:t>
      </w:r>
      <w:r w:rsidR="00850A41" w:rsidRPr="00850A41">
        <w:rPr>
          <w:rFonts w:cs="B Lotus" w:hint="cs"/>
          <w:szCs w:val="26"/>
          <w:rtl/>
        </w:rPr>
        <w:t>ی</w:t>
      </w:r>
      <w:r w:rsidR="00850A41" w:rsidRPr="00850A41">
        <w:rPr>
          <w:rFonts w:cs="B Lotus"/>
          <w:szCs w:val="26"/>
          <w:rtl/>
        </w:rPr>
        <w:t xml:space="preserve"> با در نظر گرفتن ابعاد فن</w:t>
      </w:r>
      <w:r w:rsidR="00850A41" w:rsidRPr="00850A41">
        <w:rPr>
          <w:rFonts w:cs="B Lotus" w:hint="cs"/>
          <w:szCs w:val="26"/>
          <w:rtl/>
        </w:rPr>
        <w:t>ی</w:t>
      </w:r>
      <w:r w:rsidR="00850A41" w:rsidRPr="00850A41">
        <w:rPr>
          <w:rFonts w:cs="B Lotus" w:hint="eastAsia"/>
          <w:szCs w:val="26"/>
          <w:rtl/>
        </w:rPr>
        <w:t>،</w:t>
      </w:r>
      <w:r w:rsidR="00850A41" w:rsidRPr="00850A41">
        <w:rPr>
          <w:rFonts w:cs="B Lotus"/>
          <w:szCs w:val="26"/>
          <w:rtl/>
        </w:rPr>
        <w:t xml:space="preserve"> انسان</w:t>
      </w:r>
      <w:r w:rsidR="00850A41" w:rsidRPr="00850A41">
        <w:rPr>
          <w:rFonts w:cs="B Lotus" w:hint="cs"/>
          <w:szCs w:val="26"/>
          <w:rtl/>
        </w:rPr>
        <w:t>ی</w:t>
      </w:r>
      <w:r w:rsidR="00850A41" w:rsidRPr="00850A41">
        <w:rPr>
          <w:rFonts w:cs="B Lotus" w:hint="eastAsia"/>
          <w:szCs w:val="26"/>
          <w:rtl/>
        </w:rPr>
        <w:t>،</w:t>
      </w:r>
      <w:r w:rsidR="00850A41" w:rsidRPr="00850A41">
        <w:rPr>
          <w:rFonts w:cs="B Lotus"/>
          <w:szCs w:val="26"/>
          <w:rtl/>
        </w:rPr>
        <w:t xml:space="preserve"> خدمات</w:t>
      </w:r>
      <w:r w:rsidR="00850A41" w:rsidRPr="00850A41">
        <w:rPr>
          <w:rFonts w:cs="B Lotus" w:hint="cs"/>
          <w:szCs w:val="26"/>
          <w:rtl/>
        </w:rPr>
        <w:t>ی</w:t>
      </w:r>
      <w:r w:rsidR="00850A41" w:rsidRPr="00850A41">
        <w:rPr>
          <w:rFonts w:cs="B Lotus"/>
          <w:szCs w:val="26"/>
          <w:rtl/>
        </w:rPr>
        <w:t xml:space="preserve"> و فرهنگ</w:t>
      </w:r>
      <w:r w:rsidR="00850A41" w:rsidRPr="00850A41">
        <w:rPr>
          <w:rFonts w:cs="B Lotus" w:hint="cs"/>
          <w:szCs w:val="26"/>
          <w:rtl/>
        </w:rPr>
        <w:t>ی</w:t>
      </w:r>
      <w:r w:rsidR="00850A41" w:rsidRPr="00850A41">
        <w:rPr>
          <w:rFonts w:cs="B Lotus" w:hint="eastAsia"/>
          <w:szCs w:val="26"/>
          <w:rtl/>
        </w:rPr>
        <w:t>،</w:t>
      </w:r>
      <w:r w:rsidR="00850A41" w:rsidRPr="00850A41">
        <w:rPr>
          <w:rFonts w:cs="B Lotus"/>
          <w:szCs w:val="26"/>
          <w:rtl/>
        </w:rPr>
        <w:t xml:space="preserve"> از قابل</w:t>
      </w:r>
      <w:r w:rsidR="00850A41" w:rsidRPr="00850A41">
        <w:rPr>
          <w:rFonts w:cs="B Lotus" w:hint="cs"/>
          <w:szCs w:val="26"/>
          <w:rtl/>
        </w:rPr>
        <w:t>ی</w:t>
      </w:r>
      <w:r w:rsidR="00850A41" w:rsidRPr="00850A41">
        <w:rPr>
          <w:rFonts w:cs="B Lotus" w:hint="eastAsia"/>
          <w:szCs w:val="26"/>
          <w:rtl/>
        </w:rPr>
        <w:t>ت</w:t>
      </w:r>
      <w:r w:rsidR="00850A41" w:rsidRPr="00850A41">
        <w:rPr>
          <w:rFonts w:cs="B Lotus"/>
          <w:szCs w:val="26"/>
          <w:rtl/>
        </w:rPr>
        <w:t xml:space="preserve"> پ</w:t>
      </w:r>
      <w:r w:rsidR="00850A41" w:rsidRPr="00850A41">
        <w:rPr>
          <w:rFonts w:cs="B Lotus" w:hint="cs"/>
          <w:szCs w:val="26"/>
          <w:rtl/>
        </w:rPr>
        <w:t>ی</w:t>
      </w:r>
      <w:r w:rsidR="00850A41" w:rsidRPr="00850A41">
        <w:rPr>
          <w:rFonts w:cs="B Lotus" w:hint="eastAsia"/>
          <w:szCs w:val="26"/>
          <w:rtl/>
        </w:rPr>
        <w:t>اده‌ساز</w:t>
      </w:r>
      <w:r w:rsidR="00850A41" w:rsidRPr="00850A41">
        <w:rPr>
          <w:rFonts w:cs="B Lotus" w:hint="cs"/>
          <w:szCs w:val="26"/>
          <w:rtl/>
        </w:rPr>
        <w:t>ی</w:t>
      </w:r>
      <w:r w:rsidR="00850A41" w:rsidRPr="00850A41">
        <w:rPr>
          <w:rFonts w:cs="B Lotus"/>
          <w:szCs w:val="26"/>
          <w:rtl/>
        </w:rPr>
        <w:t xml:space="preserve"> در شرا</w:t>
      </w:r>
      <w:r w:rsidR="00850A41" w:rsidRPr="00850A41">
        <w:rPr>
          <w:rFonts w:cs="B Lotus" w:hint="cs"/>
          <w:szCs w:val="26"/>
          <w:rtl/>
        </w:rPr>
        <w:t>ی</w:t>
      </w:r>
      <w:r w:rsidR="00850A41" w:rsidRPr="00850A41">
        <w:rPr>
          <w:rFonts w:cs="B Lotus" w:hint="eastAsia"/>
          <w:szCs w:val="26"/>
          <w:rtl/>
        </w:rPr>
        <w:t>ط</w:t>
      </w:r>
      <w:r w:rsidR="00850A41" w:rsidRPr="00850A41">
        <w:rPr>
          <w:rFonts w:cs="B Lotus"/>
          <w:szCs w:val="26"/>
          <w:rtl/>
        </w:rPr>
        <w:t xml:space="preserve"> متنوع استخرها</w:t>
      </w:r>
      <w:r w:rsidR="00850A41" w:rsidRPr="00850A41">
        <w:rPr>
          <w:rFonts w:cs="B Lotus" w:hint="cs"/>
          <w:szCs w:val="26"/>
          <w:rtl/>
        </w:rPr>
        <w:t>ی</w:t>
      </w:r>
      <w:r w:rsidR="00850A41" w:rsidRPr="00850A41">
        <w:rPr>
          <w:rFonts w:cs="B Lotus"/>
          <w:szCs w:val="26"/>
          <w:rtl/>
        </w:rPr>
        <w:t xml:space="preserve"> کشور برخوردار است و م</w:t>
      </w:r>
      <w:r w:rsidR="00850A41" w:rsidRPr="00850A41">
        <w:rPr>
          <w:rFonts w:cs="B Lotus" w:hint="cs"/>
          <w:szCs w:val="26"/>
          <w:rtl/>
        </w:rPr>
        <w:t>ی‌</w:t>
      </w:r>
      <w:r w:rsidR="00850A41" w:rsidRPr="00850A41">
        <w:rPr>
          <w:rFonts w:cs="B Lotus" w:hint="eastAsia"/>
          <w:szCs w:val="26"/>
          <w:rtl/>
        </w:rPr>
        <w:t>تواند</w:t>
      </w:r>
      <w:r w:rsidR="00850A41" w:rsidRPr="00850A41">
        <w:rPr>
          <w:rFonts w:cs="B Lotus"/>
          <w:szCs w:val="26"/>
          <w:rtl/>
        </w:rPr>
        <w:t xml:space="preserve"> به عنوان ابزار</w:t>
      </w:r>
      <w:r w:rsidR="00850A41" w:rsidRPr="00850A41">
        <w:rPr>
          <w:rFonts w:cs="B Lotus" w:hint="cs"/>
          <w:szCs w:val="26"/>
          <w:rtl/>
        </w:rPr>
        <w:t>ی</w:t>
      </w:r>
      <w:r w:rsidR="00850A41" w:rsidRPr="00850A41">
        <w:rPr>
          <w:rFonts w:cs="B Lotus"/>
          <w:szCs w:val="26"/>
          <w:rtl/>
        </w:rPr>
        <w:t xml:space="preserve"> قابل اندازه‌ گ</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szCs w:val="26"/>
          <w:rtl/>
        </w:rPr>
        <w:t xml:space="preserve"> جهت تسه</w:t>
      </w:r>
      <w:r w:rsidR="00850A41" w:rsidRPr="00850A41">
        <w:rPr>
          <w:rFonts w:cs="B Lotus" w:hint="cs"/>
          <w:szCs w:val="26"/>
          <w:rtl/>
        </w:rPr>
        <w:t>ی</w:t>
      </w:r>
      <w:r w:rsidR="00850A41" w:rsidRPr="00850A41">
        <w:rPr>
          <w:rFonts w:cs="B Lotus" w:hint="eastAsia"/>
          <w:szCs w:val="26"/>
          <w:rtl/>
        </w:rPr>
        <w:t>ل</w:t>
      </w:r>
      <w:r w:rsidR="00850A41" w:rsidRPr="00850A41">
        <w:rPr>
          <w:rFonts w:cs="B Lotus"/>
          <w:szCs w:val="26"/>
          <w:rtl/>
        </w:rPr>
        <w:t xml:space="preserve"> روند مد</w:t>
      </w:r>
      <w:r w:rsidR="00850A41" w:rsidRPr="00850A41">
        <w:rPr>
          <w:rFonts w:cs="B Lotus" w:hint="cs"/>
          <w:szCs w:val="26"/>
          <w:rtl/>
        </w:rPr>
        <w:t>ی</w:t>
      </w:r>
      <w:r w:rsidR="00850A41" w:rsidRPr="00850A41">
        <w:rPr>
          <w:rFonts w:cs="B Lotus" w:hint="eastAsia"/>
          <w:szCs w:val="26"/>
          <w:rtl/>
        </w:rPr>
        <w:t>ر</w:t>
      </w:r>
      <w:r w:rsidR="00850A41" w:rsidRPr="00850A41">
        <w:rPr>
          <w:rFonts w:cs="B Lotus" w:hint="cs"/>
          <w:szCs w:val="26"/>
          <w:rtl/>
        </w:rPr>
        <w:t>ی</w:t>
      </w:r>
      <w:r w:rsidR="00850A41" w:rsidRPr="00850A41">
        <w:rPr>
          <w:rFonts w:cs="B Lotus" w:hint="eastAsia"/>
          <w:szCs w:val="26"/>
          <w:rtl/>
        </w:rPr>
        <w:t>ت</w:t>
      </w:r>
      <w:r w:rsidR="00850A41" w:rsidRPr="00850A41">
        <w:rPr>
          <w:rFonts w:cs="B Lotus"/>
          <w:szCs w:val="26"/>
          <w:rtl/>
        </w:rPr>
        <w:t xml:space="preserve"> عملکرد استخرها مورد استفاده قرار گ</w:t>
      </w:r>
      <w:r w:rsidR="00850A41" w:rsidRPr="00850A41">
        <w:rPr>
          <w:rFonts w:cs="B Lotus" w:hint="cs"/>
          <w:szCs w:val="26"/>
          <w:rtl/>
        </w:rPr>
        <w:t>ی</w:t>
      </w:r>
      <w:r w:rsidR="00850A41" w:rsidRPr="00850A41">
        <w:rPr>
          <w:rFonts w:cs="B Lotus" w:hint="eastAsia"/>
          <w:szCs w:val="26"/>
          <w:rtl/>
        </w:rPr>
        <w:t>رد</w:t>
      </w:r>
      <w:r w:rsidR="00850A41">
        <w:rPr>
          <w:rFonts w:cs="B Lotus" w:hint="cs"/>
          <w:szCs w:val="26"/>
          <w:rtl/>
        </w:rPr>
        <w:t>.</w:t>
      </w:r>
    </w:p>
    <w:p w14:paraId="21CB7788" w14:textId="19CF6B03" w:rsidR="00F6596F" w:rsidRDefault="00F6596F" w:rsidP="00D5135E">
      <w:pPr>
        <w:bidi/>
        <w:jc w:val="both"/>
        <w:rPr>
          <w:rFonts w:ascii="B Titr" w:hAnsi="B Titr" w:cs="B Titr"/>
          <w:b/>
          <w:bCs/>
          <w:szCs w:val="26"/>
          <w:rtl/>
        </w:rPr>
      </w:pPr>
      <w:r>
        <w:rPr>
          <w:rFonts w:ascii="B Titr" w:hAnsi="B Titr" w:cs="B Titr" w:hint="cs"/>
          <w:b/>
          <w:bCs/>
          <w:szCs w:val="26"/>
          <w:rtl/>
        </w:rPr>
        <w:t>واژگان کلیدی</w:t>
      </w:r>
    </w:p>
    <w:p w14:paraId="2393070F" w14:textId="5B5332AA" w:rsidR="00874F4F" w:rsidRDefault="00874F4F" w:rsidP="00F6596F">
      <w:pPr>
        <w:bidi/>
        <w:jc w:val="both"/>
        <w:rPr>
          <w:rFonts w:cs="B Lotus"/>
          <w:szCs w:val="26"/>
          <w:rtl/>
        </w:rPr>
      </w:pPr>
      <w:r w:rsidRPr="00E93F33">
        <w:rPr>
          <w:rFonts w:cs="B Lotus"/>
          <w:szCs w:val="26"/>
          <w:rtl/>
        </w:rPr>
        <w:t xml:space="preserve">استخرهای </w:t>
      </w:r>
      <w:r w:rsidR="002C41E4" w:rsidRPr="00E93F33">
        <w:rPr>
          <w:rFonts w:ascii="Calibri" w:hAnsi="Calibri" w:cs="B Lotus" w:hint="cs"/>
          <w:szCs w:val="26"/>
          <w:rtl/>
          <w:lang w:bidi="fa-IR"/>
        </w:rPr>
        <w:t>شنا</w:t>
      </w:r>
      <w:r w:rsidR="00D56753" w:rsidRPr="00E93F33">
        <w:rPr>
          <w:rFonts w:cs="B Lotus" w:hint="cs"/>
          <w:szCs w:val="26"/>
          <w:rtl/>
        </w:rPr>
        <w:t xml:space="preserve">، </w:t>
      </w:r>
      <w:r w:rsidR="00175597" w:rsidRPr="00E93F33">
        <w:rPr>
          <w:rFonts w:cs="B Lotus" w:hint="cs"/>
          <w:szCs w:val="26"/>
          <w:rtl/>
        </w:rPr>
        <w:t>بازاریابی</w:t>
      </w:r>
      <w:r w:rsidR="00D56753" w:rsidRPr="00E93F33">
        <w:rPr>
          <w:rFonts w:cs="B Lotus" w:hint="cs"/>
          <w:szCs w:val="26"/>
          <w:rtl/>
        </w:rPr>
        <w:t xml:space="preserve">، </w:t>
      </w:r>
      <w:r w:rsidR="00175597" w:rsidRPr="00E93F33">
        <w:rPr>
          <w:rFonts w:cs="B Lotus" w:hint="cs"/>
          <w:szCs w:val="26"/>
          <w:rtl/>
        </w:rPr>
        <w:t>ایمنی و امنیت</w:t>
      </w:r>
      <w:r w:rsidR="002C41E4" w:rsidRPr="00E93F33">
        <w:rPr>
          <w:rFonts w:cs="B Lotus" w:hint="cs"/>
          <w:szCs w:val="26"/>
          <w:rtl/>
        </w:rPr>
        <w:t>، منابع انسانی</w:t>
      </w:r>
    </w:p>
    <w:p w14:paraId="0205C666" w14:textId="77777777" w:rsidR="00533B58" w:rsidRDefault="00533B58" w:rsidP="00533B58">
      <w:pPr>
        <w:bidi/>
        <w:jc w:val="both"/>
        <w:rPr>
          <w:rFonts w:cs="B Lotus"/>
          <w:szCs w:val="26"/>
          <w:rtl/>
        </w:rPr>
      </w:pPr>
    </w:p>
    <w:p w14:paraId="2E929EC8" w14:textId="77777777" w:rsidR="00533B58" w:rsidRPr="00E93F33" w:rsidRDefault="00533B58" w:rsidP="00533B58">
      <w:pPr>
        <w:bidi/>
        <w:jc w:val="both"/>
        <w:rPr>
          <w:rFonts w:cs="B Lotus"/>
          <w:szCs w:val="26"/>
          <w:lang w:bidi="fa-IR"/>
        </w:rPr>
      </w:pPr>
    </w:p>
    <w:p w14:paraId="4126B484" w14:textId="409808B6" w:rsidR="005023A2" w:rsidRDefault="00D733DB">
      <w:pPr>
        <w:jc w:val="right"/>
      </w:pPr>
      <w:r>
        <w:rPr>
          <w:rFonts w:ascii="B Titr" w:hAnsi="B Titr" w:cs="B Titr"/>
          <w:b/>
          <w:bCs/>
          <w:szCs w:val="26"/>
          <w:rtl/>
        </w:rPr>
        <w:lastRenderedPageBreak/>
        <w:t>مقدمه</w:t>
      </w:r>
    </w:p>
    <w:p w14:paraId="784B9E77" w14:textId="6B797E6F" w:rsidR="00E52C87" w:rsidRPr="00571870" w:rsidRDefault="00E52C87" w:rsidP="00E52C87">
      <w:pPr>
        <w:bidi/>
        <w:jc w:val="both"/>
        <w:rPr>
          <w:rFonts w:cs="B Lotus"/>
          <w:szCs w:val="26"/>
        </w:rPr>
      </w:pPr>
      <w:r w:rsidRPr="00571870">
        <w:rPr>
          <w:rFonts w:cs="B Lotus"/>
          <w:szCs w:val="26"/>
          <w:rtl/>
        </w:rPr>
        <w:t>در دنیای امروز، ورزش فراتر از یک فعالیت جسمانی صرف، به عنوان یک ابزار راهبردی برای ارتقاء سلامت عمومی، بهبود کیفیت زندگی و تحقق توسعه پایدار اقتصادی و اجتماعی شناخته می‌شود</w:t>
      </w:r>
      <w:r>
        <w:rPr>
          <w:rFonts w:cs="B Lotus" w:hint="cs"/>
          <w:szCs w:val="26"/>
          <w:rtl/>
        </w:rPr>
        <w:t xml:space="preserve">(1)، (2). </w:t>
      </w:r>
      <w:r w:rsidRPr="00571870">
        <w:rPr>
          <w:rFonts w:cs="B Lotus"/>
          <w:szCs w:val="26"/>
        </w:rPr>
        <w:t xml:space="preserve"> </w:t>
      </w:r>
      <w:r w:rsidRPr="00571870">
        <w:rPr>
          <w:rFonts w:cs="B Lotus"/>
          <w:szCs w:val="26"/>
          <w:rtl/>
        </w:rPr>
        <w:t xml:space="preserve">در این راستا، اماکن ورزشی به ویژه استخرهای شنا، به عنوان یکی از اصلی‌ترین زیرساخت‌های ورزشی، نقشی اساسی در تحقق این اهداف ایفا می‌کنند </w:t>
      </w:r>
      <w:r>
        <w:rPr>
          <w:rFonts w:cs="B Lotus" w:hint="cs"/>
          <w:szCs w:val="26"/>
          <w:rtl/>
        </w:rPr>
        <w:t xml:space="preserve">(3). </w:t>
      </w:r>
      <w:r w:rsidRPr="00571870">
        <w:rPr>
          <w:rFonts w:cs="B Lotus"/>
          <w:szCs w:val="26"/>
        </w:rPr>
        <w:t xml:space="preserve"> </w:t>
      </w:r>
      <w:r w:rsidRPr="00571870">
        <w:rPr>
          <w:rFonts w:cs="B Lotus"/>
          <w:szCs w:val="26"/>
          <w:rtl/>
        </w:rPr>
        <w:t xml:space="preserve">استخرهای ورزشی نه‌تنها محلی برای آموزش، تمرین و تفریح هستند، بلکه بسترهای مهمی برای تعاملات اجتماعی، کاهش آسیب‌های روانی و ارتقاء سرمایه اجتماعی به شمار می‌روند </w:t>
      </w:r>
      <w:r>
        <w:rPr>
          <w:rFonts w:cs="B Lotus" w:hint="cs"/>
          <w:szCs w:val="26"/>
          <w:rtl/>
        </w:rPr>
        <w:t>(4).</w:t>
      </w:r>
    </w:p>
    <w:p w14:paraId="080B4148" w14:textId="77777777" w:rsidR="00E52C87" w:rsidRPr="00571870" w:rsidRDefault="00E52C87" w:rsidP="00E52C87">
      <w:pPr>
        <w:bidi/>
        <w:jc w:val="both"/>
        <w:rPr>
          <w:rFonts w:cs="B Lotus"/>
          <w:szCs w:val="26"/>
        </w:rPr>
      </w:pPr>
      <w:r w:rsidRPr="00571870">
        <w:rPr>
          <w:rFonts w:cs="B Lotus"/>
          <w:szCs w:val="26"/>
          <w:rtl/>
        </w:rPr>
        <w:t>با وجود نقش حیاتی استخرها در ارتقاء سلامت جسمی و روانی جامعه، بهره‌برداری ناکارآمد از این مراکز در کشور، منجر به کاهش کیفیت خدمات، اتلاف منابع و نارضایتی کاربران شده است (</w:t>
      </w:r>
      <w:r>
        <w:rPr>
          <w:rFonts w:cs="B Lotus" w:hint="cs"/>
          <w:szCs w:val="26"/>
          <w:rtl/>
        </w:rPr>
        <w:t>5</w:t>
      </w:r>
      <w:r w:rsidRPr="00571870">
        <w:rPr>
          <w:rFonts w:cs="B Lotus"/>
          <w:szCs w:val="26"/>
          <w:rtl/>
        </w:rPr>
        <w:t xml:space="preserve">). بسیاری از استخرها با مشکلاتی نظیر فرسودگی تجهیزات، ضعف در مدیریت منابع انسانی، نبود برنامه‌ریزی راهبردی، و فقدان ساختار ارزیابی عملکرد روبه‌رو هستند. همچنین شرایط اقتصادی کشور، افزایش هزینه‌های نگهداری، محدودیت منابع مالی، و تقاضای روزافزون برای خدمات ورزش‌های آبی، همگی نیاز به رویکردی علمی، نظام‌مند و بومی در مدیریت استخرهای ورزشی را دوچندان کرده‌اند </w:t>
      </w:r>
      <w:r w:rsidRPr="00C04EF2">
        <w:rPr>
          <w:rFonts w:cs="B Lotus"/>
          <w:szCs w:val="26"/>
          <w:rtl/>
        </w:rPr>
        <w:t>(</w:t>
      </w:r>
      <w:r w:rsidRPr="00C04EF2">
        <w:rPr>
          <w:rFonts w:cs="B Lotus" w:hint="cs"/>
          <w:szCs w:val="26"/>
          <w:rtl/>
          <w:lang w:bidi="fa-IR"/>
        </w:rPr>
        <w:t>6</w:t>
      </w:r>
      <w:r w:rsidRPr="00C04EF2">
        <w:rPr>
          <w:rFonts w:cs="B Lotus"/>
          <w:szCs w:val="26"/>
          <w:rtl/>
        </w:rPr>
        <w:t>)</w:t>
      </w:r>
      <w:r w:rsidRPr="00571870">
        <w:rPr>
          <w:rFonts w:cs="B Lotus"/>
          <w:szCs w:val="26"/>
        </w:rPr>
        <w:t xml:space="preserve"> </w:t>
      </w:r>
      <w:r w:rsidRPr="00571870">
        <w:rPr>
          <w:rFonts w:cs="B Lotus"/>
          <w:szCs w:val="26"/>
          <w:rtl/>
        </w:rPr>
        <w:t>در چنین شرایطی، مدیریت عملکرد می‌تواند به عنوان ابزاری کلیدی برای افزایش بهره‌وری، بهبود کیفیت خدمات، و ارتقاء سطح رضایت مشتریان مورد استفاده قرار گیرد</w:t>
      </w:r>
      <w:r w:rsidRPr="00571870">
        <w:rPr>
          <w:rFonts w:cs="B Lotus"/>
          <w:szCs w:val="26"/>
        </w:rPr>
        <w:t>.</w:t>
      </w:r>
    </w:p>
    <w:p w14:paraId="466D0787" w14:textId="66346393" w:rsidR="00175597" w:rsidRDefault="00175597" w:rsidP="00E52C87">
      <w:pPr>
        <w:bidi/>
        <w:jc w:val="both"/>
        <w:rPr>
          <w:rFonts w:cs="B Lotus"/>
          <w:szCs w:val="26"/>
          <w:rtl/>
        </w:rPr>
      </w:pPr>
      <w:r>
        <w:rPr>
          <w:rFonts w:cs="B Lotus" w:hint="cs"/>
          <w:szCs w:val="26"/>
          <w:rtl/>
        </w:rPr>
        <w:t xml:space="preserve">از </w:t>
      </w:r>
      <w:r w:rsidRPr="00175597">
        <w:rPr>
          <w:rFonts w:cs="B Lotus"/>
          <w:szCs w:val="26"/>
          <w:rtl/>
        </w:rPr>
        <w:t>منظر نظر</w:t>
      </w:r>
      <w:r w:rsidRPr="00175597">
        <w:rPr>
          <w:rFonts w:cs="B Lotus" w:hint="cs"/>
          <w:szCs w:val="26"/>
          <w:rtl/>
        </w:rPr>
        <w:t>ی</w:t>
      </w:r>
      <w:r w:rsidRPr="00175597">
        <w:rPr>
          <w:rFonts w:cs="B Lotus" w:hint="eastAsia"/>
          <w:szCs w:val="26"/>
          <w:rtl/>
        </w:rPr>
        <w:t>،</w:t>
      </w:r>
      <w:r w:rsidRPr="00175597">
        <w:rPr>
          <w:rFonts w:cs="B Lotus"/>
          <w:szCs w:val="26"/>
          <w:rtl/>
        </w:rPr>
        <w:t xml:space="preserve"> مد</w:t>
      </w:r>
      <w:r w:rsidRPr="00175597">
        <w:rPr>
          <w:rFonts w:cs="B Lotus" w:hint="cs"/>
          <w:szCs w:val="26"/>
          <w:rtl/>
        </w:rPr>
        <w:t>ی</w:t>
      </w:r>
      <w:r w:rsidRPr="00175597">
        <w:rPr>
          <w:rFonts w:cs="B Lotus" w:hint="eastAsia"/>
          <w:szCs w:val="26"/>
          <w:rtl/>
        </w:rPr>
        <w:t>ر</w:t>
      </w:r>
      <w:r w:rsidRPr="00175597">
        <w:rPr>
          <w:rFonts w:cs="B Lotus" w:hint="cs"/>
          <w:szCs w:val="26"/>
          <w:rtl/>
        </w:rPr>
        <w:t>ی</w:t>
      </w:r>
      <w:r w:rsidRPr="00175597">
        <w:rPr>
          <w:rFonts w:cs="B Lotus" w:hint="eastAsia"/>
          <w:szCs w:val="26"/>
          <w:rtl/>
        </w:rPr>
        <w:t>ت</w:t>
      </w:r>
      <w:r w:rsidRPr="00175597">
        <w:rPr>
          <w:rFonts w:cs="B Lotus"/>
          <w:szCs w:val="26"/>
          <w:rtl/>
        </w:rPr>
        <w:t xml:space="preserve"> عملکرد فرآ</w:t>
      </w:r>
      <w:r w:rsidRPr="00175597">
        <w:rPr>
          <w:rFonts w:cs="B Lotus" w:hint="cs"/>
          <w:szCs w:val="26"/>
          <w:rtl/>
        </w:rPr>
        <w:t>ی</w:t>
      </w:r>
      <w:r w:rsidRPr="00175597">
        <w:rPr>
          <w:rFonts w:cs="B Lotus" w:hint="eastAsia"/>
          <w:szCs w:val="26"/>
          <w:rtl/>
        </w:rPr>
        <w:t>ند</w:t>
      </w:r>
      <w:r w:rsidRPr="00175597">
        <w:rPr>
          <w:rFonts w:cs="B Lotus" w:hint="cs"/>
          <w:szCs w:val="26"/>
          <w:rtl/>
        </w:rPr>
        <w:t>ی</w:t>
      </w:r>
      <w:r w:rsidRPr="00175597">
        <w:rPr>
          <w:rFonts w:cs="B Lotus"/>
          <w:szCs w:val="26"/>
          <w:rtl/>
        </w:rPr>
        <w:t xml:space="preserve"> است که به ارز</w:t>
      </w:r>
      <w:r w:rsidRPr="00175597">
        <w:rPr>
          <w:rFonts w:cs="B Lotus" w:hint="cs"/>
          <w:szCs w:val="26"/>
          <w:rtl/>
        </w:rPr>
        <w:t>ی</w:t>
      </w:r>
      <w:r w:rsidRPr="00175597">
        <w:rPr>
          <w:rFonts w:cs="B Lotus" w:hint="eastAsia"/>
          <w:szCs w:val="26"/>
          <w:rtl/>
        </w:rPr>
        <w:t>اب</w:t>
      </w:r>
      <w:r w:rsidRPr="00175597">
        <w:rPr>
          <w:rFonts w:cs="B Lotus" w:hint="cs"/>
          <w:szCs w:val="26"/>
          <w:rtl/>
        </w:rPr>
        <w:t>ی</w:t>
      </w:r>
      <w:r w:rsidRPr="00175597">
        <w:rPr>
          <w:rFonts w:cs="B Lotus" w:hint="eastAsia"/>
          <w:szCs w:val="26"/>
          <w:rtl/>
        </w:rPr>
        <w:t>،</w:t>
      </w:r>
      <w:r w:rsidRPr="00175597">
        <w:rPr>
          <w:rFonts w:cs="B Lotus"/>
          <w:szCs w:val="26"/>
          <w:rtl/>
        </w:rPr>
        <w:t xml:space="preserve"> تحل</w:t>
      </w:r>
      <w:r w:rsidRPr="00175597">
        <w:rPr>
          <w:rFonts w:cs="B Lotus" w:hint="cs"/>
          <w:szCs w:val="26"/>
          <w:rtl/>
        </w:rPr>
        <w:t>ی</w:t>
      </w:r>
      <w:r w:rsidRPr="00175597">
        <w:rPr>
          <w:rFonts w:cs="B Lotus" w:hint="eastAsia"/>
          <w:szCs w:val="26"/>
          <w:rtl/>
        </w:rPr>
        <w:t>ل</w:t>
      </w:r>
      <w:r w:rsidRPr="00175597">
        <w:rPr>
          <w:rFonts w:cs="B Lotus"/>
          <w:szCs w:val="26"/>
          <w:rtl/>
        </w:rPr>
        <w:t xml:space="preserve"> و بهبود مستمر فعال</w:t>
      </w:r>
      <w:r w:rsidRPr="00175597">
        <w:rPr>
          <w:rFonts w:cs="B Lotus" w:hint="cs"/>
          <w:szCs w:val="26"/>
          <w:rtl/>
        </w:rPr>
        <w:t>ی</w:t>
      </w:r>
      <w:r w:rsidRPr="00175597">
        <w:rPr>
          <w:rFonts w:cs="B Lotus" w:hint="eastAsia"/>
          <w:szCs w:val="26"/>
          <w:rtl/>
        </w:rPr>
        <w:t>ت‌ها</w:t>
      </w:r>
      <w:r w:rsidRPr="00175597">
        <w:rPr>
          <w:rFonts w:cs="B Lotus" w:hint="cs"/>
          <w:szCs w:val="26"/>
          <w:rtl/>
        </w:rPr>
        <w:t>ی</w:t>
      </w:r>
      <w:r w:rsidRPr="00175597">
        <w:rPr>
          <w:rFonts w:cs="B Lotus"/>
          <w:szCs w:val="26"/>
          <w:rtl/>
        </w:rPr>
        <w:t xml:space="preserve"> سازمان</w:t>
      </w:r>
      <w:r w:rsidRPr="00175597">
        <w:rPr>
          <w:rFonts w:cs="B Lotus" w:hint="cs"/>
          <w:szCs w:val="26"/>
          <w:rtl/>
        </w:rPr>
        <w:t>ی</w:t>
      </w:r>
      <w:r w:rsidRPr="00175597">
        <w:rPr>
          <w:rFonts w:cs="B Lotus"/>
          <w:szCs w:val="26"/>
          <w:rtl/>
        </w:rPr>
        <w:t xml:space="preserve"> منته</w:t>
      </w:r>
      <w:r w:rsidRPr="00175597">
        <w:rPr>
          <w:rFonts w:cs="B Lotus" w:hint="cs"/>
          <w:szCs w:val="26"/>
          <w:rtl/>
        </w:rPr>
        <w:t>ی</w:t>
      </w:r>
      <w:r w:rsidRPr="00175597">
        <w:rPr>
          <w:rFonts w:cs="B Lotus"/>
          <w:szCs w:val="26"/>
          <w:rtl/>
        </w:rPr>
        <w:t xml:space="preserve"> م</w:t>
      </w:r>
      <w:r w:rsidRPr="00175597">
        <w:rPr>
          <w:rFonts w:cs="B Lotus" w:hint="cs"/>
          <w:szCs w:val="26"/>
          <w:rtl/>
        </w:rPr>
        <w:t>ی‌</w:t>
      </w:r>
      <w:r w:rsidRPr="00175597">
        <w:rPr>
          <w:rFonts w:cs="B Lotus" w:hint="eastAsia"/>
          <w:szCs w:val="26"/>
          <w:rtl/>
        </w:rPr>
        <w:t>شود</w:t>
      </w:r>
      <w:r w:rsidRPr="00175597">
        <w:rPr>
          <w:rFonts w:cs="B Lotus"/>
          <w:szCs w:val="26"/>
          <w:rtl/>
        </w:rPr>
        <w:t>. در ادب</w:t>
      </w:r>
      <w:r w:rsidRPr="00175597">
        <w:rPr>
          <w:rFonts w:cs="B Lotus" w:hint="cs"/>
          <w:szCs w:val="26"/>
          <w:rtl/>
        </w:rPr>
        <w:t>ی</w:t>
      </w:r>
      <w:r w:rsidRPr="00175597">
        <w:rPr>
          <w:rFonts w:cs="B Lotus" w:hint="eastAsia"/>
          <w:szCs w:val="26"/>
          <w:rtl/>
        </w:rPr>
        <w:t>ات</w:t>
      </w:r>
      <w:r w:rsidRPr="00175597">
        <w:rPr>
          <w:rFonts w:cs="B Lotus"/>
          <w:szCs w:val="26"/>
          <w:rtl/>
        </w:rPr>
        <w:t xml:space="preserve"> جهان</w:t>
      </w:r>
      <w:r w:rsidRPr="00175597">
        <w:rPr>
          <w:rFonts w:cs="B Lotus" w:hint="cs"/>
          <w:szCs w:val="26"/>
          <w:rtl/>
        </w:rPr>
        <w:t>ی</w:t>
      </w:r>
      <w:r w:rsidRPr="00175597">
        <w:rPr>
          <w:rFonts w:cs="B Lotus" w:hint="eastAsia"/>
          <w:szCs w:val="26"/>
          <w:rtl/>
        </w:rPr>
        <w:t>،</w:t>
      </w:r>
      <w:r w:rsidRPr="00175597">
        <w:rPr>
          <w:rFonts w:cs="B Lotus"/>
          <w:szCs w:val="26"/>
          <w:rtl/>
        </w:rPr>
        <w:t xml:space="preserve"> ابزارها</w:t>
      </w:r>
      <w:r w:rsidRPr="00175597">
        <w:rPr>
          <w:rFonts w:cs="B Lotus" w:hint="cs"/>
          <w:szCs w:val="26"/>
          <w:rtl/>
        </w:rPr>
        <w:t>یی</w:t>
      </w:r>
      <w:r w:rsidRPr="00175597">
        <w:rPr>
          <w:rFonts w:cs="B Lotus"/>
          <w:szCs w:val="26"/>
          <w:rtl/>
        </w:rPr>
        <w:t xml:space="preserve"> نظ</w:t>
      </w:r>
      <w:r w:rsidRPr="00175597">
        <w:rPr>
          <w:rFonts w:cs="B Lotus" w:hint="cs"/>
          <w:szCs w:val="26"/>
          <w:rtl/>
        </w:rPr>
        <w:t>ی</w:t>
      </w:r>
      <w:r w:rsidRPr="00175597">
        <w:rPr>
          <w:rFonts w:cs="B Lotus" w:hint="eastAsia"/>
          <w:szCs w:val="26"/>
          <w:rtl/>
        </w:rPr>
        <w:t>ر</w:t>
      </w:r>
      <w:r w:rsidRPr="00175597">
        <w:rPr>
          <w:rFonts w:cs="B Lotus"/>
          <w:szCs w:val="26"/>
          <w:rtl/>
        </w:rPr>
        <w:t xml:space="preserve"> کارت امت</w:t>
      </w:r>
      <w:r w:rsidRPr="00175597">
        <w:rPr>
          <w:rFonts w:cs="B Lotus" w:hint="cs"/>
          <w:szCs w:val="26"/>
          <w:rtl/>
        </w:rPr>
        <w:t>ی</w:t>
      </w:r>
      <w:r w:rsidRPr="00175597">
        <w:rPr>
          <w:rFonts w:cs="B Lotus" w:hint="eastAsia"/>
          <w:szCs w:val="26"/>
          <w:rtl/>
        </w:rPr>
        <w:t>از</w:t>
      </w:r>
      <w:r w:rsidRPr="00175597">
        <w:rPr>
          <w:rFonts w:cs="B Lotus" w:hint="cs"/>
          <w:szCs w:val="26"/>
          <w:rtl/>
        </w:rPr>
        <w:t>ی</w:t>
      </w:r>
      <w:r w:rsidRPr="00175597">
        <w:rPr>
          <w:rFonts w:cs="B Lotus"/>
          <w:szCs w:val="26"/>
          <w:rtl/>
        </w:rPr>
        <w:t xml:space="preserve"> متوازن (</w:t>
      </w:r>
      <w:r w:rsidRPr="00175597">
        <w:rPr>
          <w:rFonts w:cs="B Lotus"/>
          <w:szCs w:val="26"/>
        </w:rPr>
        <w:t>BSC</w:t>
      </w:r>
      <w:r w:rsidRPr="00175597">
        <w:rPr>
          <w:rFonts w:cs="B Lotus"/>
          <w:szCs w:val="26"/>
          <w:rtl/>
        </w:rPr>
        <w:t>)، مدل تعال</w:t>
      </w:r>
      <w:r w:rsidRPr="00175597">
        <w:rPr>
          <w:rFonts w:cs="B Lotus" w:hint="cs"/>
          <w:szCs w:val="26"/>
          <w:rtl/>
        </w:rPr>
        <w:t>ی</w:t>
      </w:r>
      <w:r w:rsidRPr="00175597">
        <w:rPr>
          <w:rFonts w:cs="B Lotus"/>
          <w:szCs w:val="26"/>
          <w:rtl/>
        </w:rPr>
        <w:t xml:space="preserve"> سازمان</w:t>
      </w:r>
      <w:r w:rsidRPr="00175597">
        <w:rPr>
          <w:rFonts w:cs="B Lotus" w:hint="cs"/>
          <w:szCs w:val="26"/>
          <w:rtl/>
        </w:rPr>
        <w:t>ی</w:t>
      </w:r>
      <w:r w:rsidRPr="00175597">
        <w:rPr>
          <w:rFonts w:cs="B Lotus"/>
          <w:szCs w:val="26"/>
          <w:rtl/>
        </w:rPr>
        <w:t xml:space="preserve"> اروپا (</w:t>
      </w:r>
      <w:r w:rsidRPr="00175597">
        <w:rPr>
          <w:rFonts w:cs="B Lotus"/>
          <w:szCs w:val="26"/>
        </w:rPr>
        <w:t>EFQM</w:t>
      </w:r>
      <w:r w:rsidRPr="00175597">
        <w:rPr>
          <w:rFonts w:cs="B Lotus"/>
          <w:szCs w:val="26"/>
          <w:rtl/>
        </w:rPr>
        <w:t>) و چارچوب شاخص‌ها</w:t>
      </w:r>
      <w:r w:rsidRPr="00175597">
        <w:rPr>
          <w:rFonts w:cs="B Lotus" w:hint="cs"/>
          <w:szCs w:val="26"/>
          <w:rtl/>
        </w:rPr>
        <w:t>ی</w:t>
      </w:r>
      <w:r w:rsidRPr="00175597">
        <w:rPr>
          <w:rFonts w:cs="B Lotus"/>
          <w:szCs w:val="26"/>
          <w:rtl/>
        </w:rPr>
        <w:t xml:space="preserve"> کل</w:t>
      </w:r>
      <w:r w:rsidRPr="00175597">
        <w:rPr>
          <w:rFonts w:cs="B Lotus" w:hint="cs"/>
          <w:szCs w:val="26"/>
          <w:rtl/>
        </w:rPr>
        <w:t>ی</w:t>
      </w:r>
      <w:r w:rsidRPr="00175597">
        <w:rPr>
          <w:rFonts w:cs="B Lotus" w:hint="eastAsia"/>
          <w:szCs w:val="26"/>
          <w:rtl/>
        </w:rPr>
        <w:t>د</w:t>
      </w:r>
      <w:r w:rsidRPr="00175597">
        <w:rPr>
          <w:rFonts w:cs="B Lotus" w:hint="cs"/>
          <w:szCs w:val="26"/>
          <w:rtl/>
        </w:rPr>
        <w:t>ی</w:t>
      </w:r>
      <w:r w:rsidRPr="00175597">
        <w:rPr>
          <w:rFonts w:cs="B Lotus"/>
          <w:szCs w:val="26"/>
          <w:rtl/>
        </w:rPr>
        <w:t xml:space="preserve"> عملکرد (</w:t>
      </w:r>
      <w:r w:rsidRPr="00175597">
        <w:rPr>
          <w:rFonts w:cs="B Lotus"/>
          <w:szCs w:val="26"/>
        </w:rPr>
        <w:t>KPI</w:t>
      </w:r>
      <w:r w:rsidRPr="00175597">
        <w:rPr>
          <w:rFonts w:cs="B Lotus"/>
          <w:szCs w:val="26"/>
          <w:rtl/>
        </w:rPr>
        <w:t>) از جمله الگوها</w:t>
      </w:r>
      <w:r w:rsidRPr="00175597">
        <w:rPr>
          <w:rFonts w:cs="B Lotus" w:hint="cs"/>
          <w:szCs w:val="26"/>
          <w:rtl/>
        </w:rPr>
        <w:t>ی</w:t>
      </w:r>
      <w:r w:rsidRPr="00175597">
        <w:rPr>
          <w:rFonts w:cs="B Lotus"/>
          <w:szCs w:val="26"/>
          <w:rtl/>
        </w:rPr>
        <w:t xml:space="preserve"> شناخته‌</w:t>
      </w:r>
      <w:r w:rsidRPr="00175597">
        <w:rPr>
          <w:rFonts w:cs="B Lotus" w:hint="eastAsia"/>
          <w:szCs w:val="26"/>
          <w:rtl/>
        </w:rPr>
        <w:t>شده</w:t>
      </w:r>
      <w:r w:rsidRPr="00175597">
        <w:rPr>
          <w:rFonts w:cs="B Lotus"/>
          <w:szCs w:val="26"/>
          <w:rtl/>
        </w:rPr>
        <w:t xml:space="preserve"> در ا</w:t>
      </w:r>
      <w:r w:rsidRPr="00175597">
        <w:rPr>
          <w:rFonts w:cs="B Lotus" w:hint="cs"/>
          <w:szCs w:val="26"/>
          <w:rtl/>
        </w:rPr>
        <w:t>ی</w:t>
      </w:r>
      <w:r w:rsidRPr="00175597">
        <w:rPr>
          <w:rFonts w:cs="B Lotus" w:hint="eastAsia"/>
          <w:szCs w:val="26"/>
          <w:rtl/>
        </w:rPr>
        <w:t>ن</w:t>
      </w:r>
      <w:r w:rsidRPr="00175597">
        <w:rPr>
          <w:rFonts w:cs="B Lotus"/>
          <w:szCs w:val="26"/>
          <w:rtl/>
        </w:rPr>
        <w:t xml:space="preserve"> حوزه محسوب م</w:t>
      </w:r>
      <w:r w:rsidRPr="00175597">
        <w:rPr>
          <w:rFonts w:cs="B Lotus" w:hint="cs"/>
          <w:szCs w:val="26"/>
          <w:rtl/>
        </w:rPr>
        <w:t>ی‌</w:t>
      </w:r>
      <w:r w:rsidRPr="00175597">
        <w:rPr>
          <w:rFonts w:cs="B Lotus" w:hint="eastAsia"/>
          <w:szCs w:val="26"/>
          <w:rtl/>
        </w:rPr>
        <w:t>شوند</w:t>
      </w:r>
      <w:r w:rsidRPr="00175597">
        <w:rPr>
          <w:rFonts w:cs="B Lotus"/>
          <w:szCs w:val="26"/>
          <w:rtl/>
        </w:rPr>
        <w:t xml:space="preserve"> (7). کارت امت</w:t>
      </w:r>
      <w:r w:rsidRPr="00175597">
        <w:rPr>
          <w:rFonts w:cs="B Lotus" w:hint="cs"/>
          <w:szCs w:val="26"/>
          <w:rtl/>
        </w:rPr>
        <w:t>ی</w:t>
      </w:r>
      <w:r w:rsidRPr="00175597">
        <w:rPr>
          <w:rFonts w:cs="B Lotus" w:hint="eastAsia"/>
          <w:szCs w:val="26"/>
          <w:rtl/>
        </w:rPr>
        <w:t>از</w:t>
      </w:r>
      <w:r w:rsidRPr="00175597">
        <w:rPr>
          <w:rFonts w:cs="B Lotus" w:hint="cs"/>
          <w:szCs w:val="26"/>
          <w:rtl/>
        </w:rPr>
        <w:t>ی</w:t>
      </w:r>
      <w:r w:rsidRPr="00175597">
        <w:rPr>
          <w:rFonts w:cs="B Lotus"/>
          <w:szCs w:val="26"/>
          <w:rtl/>
        </w:rPr>
        <w:t xml:space="preserve"> متوازن با تأک</w:t>
      </w:r>
      <w:r w:rsidRPr="00175597">
        <w:rPr>
          <w:rFonts w:cs="B Lotus" w:hint="cs"/>
          <w:szCs w:val="26"/>
          <w:rtl/>
        </w:rPr>
        <w:t>ی</w:t>
      </w:r>
      <w:r w:rsidRPr="00175597">
        <w:rPr>
          <w:rFonts w:cs="B Lotus" w:hint="eastAsia"/>
          <w:szCs w:val="26"/>
          <w:rtl/>
        </w:rPr>
        <w:t>د</w:t>
      </w:r>
      <w:r w:rsidRPr="00175597">
        <w:rPr>
          <w:rFonts w:cs="B Lotus"/>
          <w:szCs w:val="26"/>
          <w:rtl/>
        </w:rPr>
        <w:t xml:space="preserve"> بر ابعاد مال</w:t>
      </w:r>
      <w:r w:rsidRPr="00175597">
        <w:rPr>
          <w:rFonts w:cs="B Lotus" w:hint="cs"/>
          <w:szCs w:val="26"/>
          <w:rtl/>
        </w:rPr>
        <w:t>ی</w:t>
      </w:r>
      <w:r w:rsidRPr="00175597">
        <w:rPr>
          <w:rFonts w:cs="B Lotus" w:hint="eastAsia"/>
          <w:szCs w:val="26"/>
          <w:rtl/>
        </w:rPr>
        <w:t>،</w:t>
      </w:r>
      <w:r w:rsidRPr="00175597">
        <w:rPr>
          <w:rFonts w:cs="B Lotus"/>
          <w:szCs w:val="26"/>
          <w:rtl/>
        </w:rPr>
        <w:t xml:space="preserve"> مشتر</w:t>
      </w:r>
      <w:r w:rsidRPr="00175597">
        <w:rPr>
          <w:rFonts w:cs="B Lotus" w:hint="cs"/>
          <w:szCs w:val="26"/>
          <w:rtl/>
        </w:rPr>
        <w:t>ی</w:t>
      </w:r>
      <w:r w:rsidRPr="00175597">
        <w:rPr>
          <w:rFonts w:cs="B Lotus" w:hint="eastAsia"/>
          <w:szCs w:val="26"/>
          <w:rtl/>
        </w:rPr>
        <w:t>،</w:t>
      </w:r>
      <w:r w:rsidRPr="00175597">
        <w:rPr>
          <w:rFonts w:cs="B Lotus"/>
          <w:szCs w:val="26"/>
          <w:rtl/>
        </w:rPr>
        <w:t xml:space="preserve"> فرآ</w:t>
      </w:r>
      <w:r w:rsidRPr="00175597">
        <w:rPr>
          <w:rFonts w:cs="B Lotus" w:hint="cs"/>
          <w:szCs w:val="26"/>
          <w:rtl/>
        </w:rPr>
        <w:t>ی</w:t>
      </w:r>
      <w:r w:rsidRPr="00175597">
        <w:rPr>
          <w:rFonts w:cs="B Lotus" w:hint="eastAsia"/>
          <w:szCs w:val="26"/>
          <w:rtl/>
        </w:rPr>
        <w:t>ندها</w:t>
      </w:r>
      <w:r w:rsidRPr="00175597">
        <w:rPr>
          <w:rFonts w:cs="B Lotus" w:hint="cs"/>
          <w:szCs w:val="26"/>
          <w:rtl/>
        </w:rPr>
        <w:t>ی</w:t>
      </w:r>
      <w:r w:rsidRPr="00175597">
        <w:rPr>
          <w:rFonts w:cs="B Lotus"/>
          <w:szCs w:val="26"/>
          <w:rtl/>
        </w:rPr>
        <w:t xml:space="preserve"> داخل</w:t>
      </w:r>
      <w:r w:rsidRPr="00175597">
        <w:rPr>
          <w:rFonts w:cs="B Lotus" w:hint="cs"/>
          <w:szCs w:val="26"/>
          <w:rtl/>
        </w:rPr>
        <w:t>ی</w:t>
      </w:r>
      <w:r w:rsidRPr="00175597">
        <w:rPr>
          <w:rFonts w:cs="B Lotus"/>
          <w:szCs w:val="26"/>
          <w:rtl/>
        </w:rPr>
        <w:t xml:space="preserve"> و </w:t>
      </w:r>
      <w:r w:rsidRPr="00175597">
        <w:rPr>
          <w:rFonts w:cs="B Lotus" w:hint="cs"/>
          <w:szCs w:val="26"/>
          <w:rtl/>
        </w:rPr>
        <w:t>ی</w:t>
      </w:r>
      <w:r w:rsidRPr="00175597">
        <w:rPr>
          <w:rFonts w:cs="B Lotus" w:hint="eastAsia"/>
          <w:szCs w:val="26"/>
          <w:rtl/>
        </w:rPr>
        <w:t>ادگ</w:t>
      </w:r>
      <w:r w:rsidRPr="00175597">
        <w:rPr>
          <w:rFonts w:cs="B Lotus" w:hint="cs"/>
          <w:szCs w:val="26"/>
          <w:rtl/>
        </w:rPr>
        <w:t>ی</w:t>
      </w:r>
      <w:r w:rsidRPr="00175597">
        <w:rPr>
          <w:rFonts w:cs="B Lotus" w:hint="eastAsia"/>
          <w:szCs w:val="26"/>
          <w:rtl/>
        </w:rPr>
        <w:t>ر</w:t>
      </w:r>
      <w:r w:rsidRPr="00175597">
        <w:rPr>
          <w:rFonts w:cs="B Lotus" w:hint="cs"/>
          <w:szCs w:val="26"/>
          <w:rtl/>
        </w:rPr>
        <w:t>ی</w:t>
      </w:r>
      <w:r w:rsidRPr="00175597">
        <w:rPr>
          <w:rFonts w:cs="B Lotus"/>
          <w:szCs w:val="26"/>
          <w:rtl/>
        </w:rPr>
        <w:t xml:space="preserve"> و رشد، رو</w:t>
      </w:r>
      <w:r w:rsidRPr="00175597">
        <w:rPr>
          <w:rFonts w:cs="B Lotus" w:hint="cs"/>
          <w:szCs w:val="26"/>
          <w:rtl/>
        </w:rPr>
        <w:t>ی</w:t>
      </w:r>
      <w:r w:rsidRPr="00175597">
        <w:rPr>
          <w:rFonts w:cs="B Lotus" w:hint="eastAsia"/>
          <w:szCs w:val="26"/>
          <w:rtl/>
        </w:rPr>
        <w:t>کرد</w:t>
      </w:r>
      <w:r w:rsidRPr="00175597">
        <w:rPr>
          <w:rFonts w:cs="B Lotus" w:hint="cs"/>
          <w:szCs w:val="26"/>
          <w:rtl/>
        </w:rPr>
        <w:t>ی</w:t>
      </w:r>
      <w:r w:rsidRPr="00175597">
        <w:rPr>
          <w:rFonts w:cs="B Lotus"/>
          <w:szCs w:val="26"/>
          <w:rtl/>
        </w:rPr>
        <w:t xml:space="preserve"> جامع برا</w:t>
      </w:r>
      <w:r w:rsidRPr="00175597">
        <w:rPr>
          <w:rFonts w:cs="B Lotus" w:hint="cs"/>
          <w:szCs w:val="26"/>
          <w:rtl/>
        </w:rPr>
        <w:t>ی</w:t>
      </w:r>
      <w:r w:rsidRPr="00175597">
        <w:rPr>
          <w:rFonts w:cs="B Lotus"/>
          <w:szCs w:val="26"/>
          <w:rtl/>
        </w:rPr>
        <w:t xml:space="preserve"> سنجش و مد</w:t>
      </w:r>
      <w:r w:rsidRPr="00175597">
        <w:rPr>
          <w:rFonts w:cs="B Lotus" w:hint="cs"/>
          <w:szCs w:val="26"/>
          <w:rtl/>
        </w:rPr>
        <w:t>ی</w:t>
      </w:r>
      <w:r w:rsidRPr="00175597">
        <w:rPr>
          <w:rFonts w:cs="B Lotus" w:hint="eastAsia"/>
          <w:szCs w:val="26"/>
          <w:rtl/>
        </w:rPr>
        <w:t>ر</w:t>
      </w:r>
      <w:r w:rsidRPr="00175597">
        <w:rPr>
          <w:rFonts w:cs="B Lotus" w:hint="cs"/>
          <w:szCs w:val="26"/>
          <w:rtl/>
        </w:rPr>
        <w:t>ی</w:t>
      </w:r>
      <w:r w:rsidRPr="00175597">
        <w:rPr>
          <w:rFonts w:cs="B Lotus" w:hint="eastAsia"/>
          <w:szCs w:val="26"/>
          <w:rtl/>
        </w:rPr>
        <w:t>ت</w:t>
      </w:r>
      <w:r w:rsidRPr="00175597">
        <w:rPr>
          <w:rFonts w:cs="B Lotus"/>
          <w:szCs w:val="26"/>
          <w:rtl/>
        </w:rPr>
        <w:t xml:space="preserve"> عملکرد ارائه م</w:t>
      </w:r>
      <w:r w:rsidRPr="00175597">
        <w:rPr>
          <w:rFonts w:cs="B Lotus" w:hint="cs"/>
          <w:szCs w:val="26"/>
          <w:rtl/>
        </w:rPr>
        <w:t>ی‌</w:t>
      </w:r>
      <w:r w:rsidRPr="00175597">
        <w:rPr>
          <w:rFonts w:cs="B Lotus" w:hint="eastAsia"/>
          <w:szCs w:val="26"/>
          <w:rtl/>
        </w:rPr>
        <w:t>دهد</w:t>
      </w:r>
      <w:r w:rsidRPr="00175597">
        <w:rPr>
          <w:rFonts w:cs="B Lotus"/>
          <w:szCs w:val="26"/>
          <w:rtl/>
        </w:rPr>
        <w:t xml:space="preserve">. مدل </w:t>
      </w:r>
      <w:r w:rsidRPr="00175597">
        <w:rPr>
          <w:rFonts w:cs="B Lotus"/>
          <w:szCs w:val="26"/>
        </w:rPr>
        <w:t>EFQM</w:t>
      </w:r>
      <w:r w:rsidRPr="00175597">
        <w:rPr>
          <w:rFonts w:cs="B Lotus"/>
          <w:szCs w:val="26"/>
          <w:rtl/>
        </w:rPr>
        <w:t xml:space="preserve"> ن</w:t>
      </w:r>
      <w:r w:rsidRPr="00175597">
        <w:rPr>
          <w:rFonts w:cs="B Lotus" w:hint="cs"/>
          <w:szCs w:val="26"/>
          <w:rtl/>
        </w:rPr>
        <w:t>ی</w:t>
      </w:r>
      <w:r w:rsidRPr="00175597">
        <w:rPr>
          <w:rFonts w:cs="B Lotus" w:hint="eastAsia"/>
          <w:szCs w:val="26"/>
          <w:rtl/>
        </w:rPr>
        <w:t>ز</w:t>
      </w:r>
      <w:r w:rsidRPr="00175597">
        <w:rPr>
          <w:rFonts w:cs="B Lotus"/>
          <w:szCs w:val="26"/>
          <w:rtl/>
        </w:rPr>
        <w:t xml:space="preserve"> با تمرکز بر مفاه</w:t>
      </w:r>
      <w:r w:rsidRPr="00175597">
        <w:rPr>
          <w:rFonts w:cs="B Lotus" w:hint="cs"/>
          <w:szCs w:val="26"/>
          <w:rtl/>
        </w:rPr>
        <w:t>ی</w:t>
      </w:r>
      <w:r w:rsidRPr="00175597">
        <w:rPr>
          <w:rFonts w:cs="B Lotus" w:hint="eastAsia"/>
          <w:szCs w:val="26"/>
          <w:rtl/>
        </w:rPr>
        <w:t>م</w:t>
      </w:r>
      <w:r w:rsidRPr="00175597">
        <w:rPr>
          <w:rFonts w:cs="B Lotus" w:hint="cs"/>
          <w:szCs w:val="26"/>
          <w:rtl/>
        </w:rPr>
        <w:t>ی</w:t>
      </w:r>
      <w:r w:rsidRPr="00175597">
        <w:rPr>
          <w:rFonts w:cs="B Lotus"/>
          <w:szCs w:val="26"/>
          <w:rtl/>
        </w:rPr>
        <w:t xml:space="preserve"> چون رهبر</w:t>
      </w:r>
      <w:r w:rsidRPr="00175597">
        <w:rPr>
          <w:rFonts w:cs="B Lotus" w:hint="cs"/>
          <w:szCs w:val="26"/>
          <w:rtl/>
        </w:rPr>
        <w:t>ی</w:t>
      </w:r>
      <w:r w:rsidRPr="00175597">
        <w:rPr>
          <w:rFonts w:cs="B Lotus" w:hint="eastAsia"/>
          <w:szCs w:val="26"/>
          <w:rtl/>
        </w:rPr>
        <w:t>،</w:t>
      </w:r>
      <w:r w:rsidRPr="00175597">
        <w:rPr>
          <w:rFonts w:cs="B Lotus"/>
          <w:szCs w:val="26"/>
          <w:rtl/>
        </w:rPr>
        <w:t xml:space="preserve"> خط‌مش</w:t>
      </w:r>
      <w:r w:rsidRPr="00175597">
        <w:rPr>
          <w:rFonts w:cs="B Lotus" w:hint="cs"/>
          <w:szCs w:val="26"/>
          <w:rtl/>
        </w:rPr>
        <w:t>ی</w:t>
      </w:r>
      <w:r w:rsidRPr="00175597">
        <w:rPr>
          <w:rFonts w:cs="B Lotus" w:hint="eastAsia"/>
          <w:szCs w:val="26"/>
          <w:rtl/>
        </w:rPr>
        <w:t>،</w:t>
      </w:r>
      <w:r w:rsidRPr="00175597">
        <w:rPr>
          <w:rFonts w:cs="B Lotus"/>
          <w:szCs w:val="26"/>
          <w:rtl/>
        </w:rPr>
        <w:t xml:space="preserve"> مشارکت کارکنان و نتا</w:t>
      </w:r>
      <w:r w:rsidRPr="00175597">
        <w:rPr>
          <w:rFonts w:cs="B Lotus" w:hint="cs"/>
          <w:szCs w:val="26"/>
          <w:rtl/>
        </w:rPr>
        <w:t>ی</w:t>
      </w:r>
      <w:r w:rsidRPr="00175597">
        <w:rPr>
          <w:rFonts w:cs="B Lotus" w:hint="eastAsia"/>
          <w:szCs w:val="26"/>
          <w:rtl/>
        </w:rPr>
        <w:t>ج</w:t>
      </w:r>
      <w:r w:rsidRPr="00175597">
        <w:rPr>
          <w:rFonts w:cs="B Lotus"/>
          <w:szCs w:val="26"/>
          <w:rtl/>
        </w:rPr>
        <w:t xml:space="preserve"> کل</w:t>
      </w:r>
      <w:r w:rsidRPr="00175597">
        <w:rPr>
          <w:rFonts w:cs="B Lotus" w:hint="cs"/>
          <w:szCs w:val="26"/>
          <w:rtl/>
        </w:rPr>
        <w:t>ی</w:t>
      </w:r>
      <w:r w:rsidRPr="00175597">
        <w:rPr>
          <w:rFonts w:cs="B Lotus" w:hint="eastAsia"/>
          <w:szCs w:val="26"/>
          <w:rtl/>
        </w:rPr>
        <w:t>د</w:t>
      </w:r>
      <w:r w:rsidRPr="00175597">
        <w:rPr>
          <w:rFonts w:cs="B Lotus" w:hint="cs"/>
          <w:szCs w:val="26"/>
          <w:rtl/>
        </w:rPr>
        <w:t>ی</w:t>
      </w:r>
      <w:r w:rsidRPr="00175597">
        <w:rPr>
          <w:rFonts w:cs="B Lotus" w:hint="eastAsia"/>
          <w:szCs w:val="26"/>
          <w:rtl/>
        </w:rPr>
        <w:t>،</w:t>
      </w:r>
      <w:r w:rsidRPr="00175597">
        <w:rPr>
          <w:rFonts w:cs="B Lotus"/>
          <w:szCs w:val="26"/>
          <w:rtl/>
        </w:rPr>
        <w:t xml:space="preserve"> چا</w:t>
      </w:r>
      <w:r w:rsidRPr="00175597">
        <w:rPr>
          <w:rFonts w:cs="B Lotus" w:hint="eastAsia"/>
          <w:szCs w:val="26"/>
          <w:rtl/>
        </w:rPr>
        <w:t>رچوب</w:t>
      </w:r>
      <w:r w:rsidRPr="00175597">
        <w:rPr>
          <w:rFonts w:cs="B Lotus" w:hint="cs"/>
          <w:szCs w:val="26"/>
          <w:rtl/>
        </w:rPr>
        <w:t>ی</w:t>
      </w:r>
      <w:r w:rsidRPr="00175597">
        <w:rPr>
          <w:rFonts w:cs="B Lotus"/>
          <w:szCs w:val="26"/>
          <w:rtl/>
        </w:rPr>
        <w:t xml:space="preserve"> برا</w:t>
      </w:r>
      <w:r w:rsidRPr="00175597">
        <w:rPr>
          <w:rFonts w:cs="B Lotus" w:hint="cs"/>
          <w:szCs w:val="26"/>
          <w:rtl/>
        </w:rPr>
        <w:t>ی</w:t>
      </w:r>
      <w:r w:rsidRPr="00175597">
        <w:rPr>
          <w:rFonts w:cs="B Lotus"/>
          <w:szCs w:val="26"/>
          <w:rtl/>
        </w:rPr>
        <w:t xml:space="preserve"> ارز</w:t>
      </w:r>
      <w:r w:rsidRPr="00175597">
        <w:rPr>
          <w:rFonts w:cs="B Lotus" w:hint="cs"/>
          <w:szCs w:val="26"/>
          <w:rtl/>
        </w:rPr>
        <w:t>ی</w:t>
      </w:r>
      <w:r w:rsidRPr="00175597">
        <w:rPr>
          <w:rFonts w:cs="B Lotus" w:hint="eastAsia"/>
          <w:szCs w:val="26"/>
          <w:rtl/>
        </w:rPr>
        <w:t>اب</w:t>
      </w:r>
      <w:r w:rsidRPr="00175597">
        <w:rPr>
          <w:rFonts w:cs="B Lotus" w:hint="cs"/>
          <w:szCs w:val="26"/>
          <w:rtl/>
        </w:rPr>
        <w:t>ی</w:t>
      </w:r>
      <w:r w:rsidRPr="00175597">
        <w:rPr>
          <w:rFonts w:cs="B Lotus"/>
          <w:szCs w:val="26"/>
          <w:rtl/>
        </w:rPr>
        <w:t xml:space="preserve"> سطح تعال</w:t>
      </w:r>
      <w:r w:rsidRPr="00175597">
        <w:rPr>
          <w:rFonts w:cs="B Lotus" w:hint="cs"/>
          <w:szCs w:val="26"/>
          <w:rtl/>
        </w:rPr>
        <w:t>ی</w:t>
      </w:r>
      <w:r w:rsidRPr="00175597">
        <w:rPr>
          <w:rFonts w:cs="B Lotus"/>
          <w:szCs w:val="26"/>
          <w:rtl/>
        </w:rPr>
        <w:t xml:space="preserve"> سازمان‌ها فراهم م</w:t>
      </w:r>
      <w:r w:rsidRPr="00175597">
        <w:rPr>
          <w:rFonts w:cs="B Lotus" w:hint="cs"/>
          <w:szCs w:val="26"/>
          <w:rtl/>
        </w:rPr>
        <w:t>ی‌</w:t>
      </w:r>
      <w:r w:rsidRPr="00175597">
        <w:rPr>
          <w:rFonts w:cs="B Lotus" w:hint="eastAsia"/>
          <w:szCs w:val="26"/>
          <w:rtl/>
        </w:rPr>
        <w:t>کند</w:t>
      </w:r>
      <w:r w:rsidRPr="00175597">
        <w:rPr>
          <w:rFonts w:cs="B Lotus"/>
          <w:szCs w:val="26"/>
          <w:rtl/>
        </w:rPr>
        <w:t>. شاخص‌ها</w:t>
      </w:r>
      <w:r w:rsidRPr="00175597">
        <w:rPr>
          <w:rFonts w:cs="B Lotus" w:hint="cs"/>
          <w:szCs w:val="26"/>
          <w:rtl/>
        </w:rPr>
        <w:t>ی</w:t>
      </w:r>
      <w:r w:rsidRPr="00175597">
        <w:rPr>
          <w:rFonts w:cs="B Lotus"/>
          <w:szCs w:val="26"/>
          <w:rtl/>
        </w:rPr>
        <w:t xml:space="preserve"> کل</w:t>
      </w:r>
      <w:r w:rsidRPr="00175597">
        <w:rPr>
          <w:rFonts w:cs="B Lotus" w:hint="cs"/>
          <w:szCs w:val="26"/>
          <w:rtl/>
        </w:rPr>
        <w:t>ی</w:t>
      </w:r>
      <w:r w:rsidRPr="00175597">
        <w:rPr>
          <w:rFonts w:cs="B Lotus" w:hint="eastAsia"/>
          <w:szCs w:val="26"/>
          <w:rtl/>
        </w:rPr>
        <w:t>د</w:t>
      </w:r>
      <w:r w:rsidRPr="00175597">
        <w:rPr>
          <w:rFonts w:cs="B Lotus" w:hint="cs"/>
          <w:szCs w:val="26"/>
          <w:rtl/>
        </w:rPr>
        <w:t>ی</w:t>
      </w:r>
      <w:r w:rsidRPr="00175597">
        <w:rPr>
          <w:rFonts w:cs="B Lotus"/>
          <w:szCs w:val="26"/>
          <w:rtl/>
        </w:rPr>
        <w:t xml:space="preserve"> عملکرد به عنوان مع</w:t>
      </w:r>
      <w:r w:rsidRPr="00175597">
        <w:rPr>
          <w:rFonts w:cs="B Lotus" w:hint="cs"/>
          <w:szCs w:val="26"/>
          <w:rtl/>
        </w:rPr>
        <w:t>ی</w:t>
      </w:r>
      <w:r w:rsidRPr="00175597">
        <w:rPr>
          <w:rFonts w:cs="B Lotus" w:hint="eastAsia"/>
          <w:szCs w:val="26"/>
          <w:rtl/>
        </w:rPr>
        <w:t>ارها</w:t>
      </w:r>
      <w:r w:rsidRPr="00175597">
        <w:rPr>
          <w:rFonts w:cs="B Lotus" w:hint="cs"/>
          <w:szCs w:val="26"/>
          <w:rtl/>
        </w:rPr>
        <w:t>ی</w:t>
      </w:r>
      <w:r w:rsidRPr="00175597">
        <w:rPr>
          <w:rFonts w:cs="B Lotus"/>
          <w:szCs w:val="26"/>
          <w:rtl/>
        </w:rPr>
        <w:t xml:space="preserve"> مشخص و قابل اندازه‌گ</w:t>
      </w:r>
      <w:r w:rsidRPr="00175597">
        <w:rPr>
          <w:rFonts w:cs="B Lotus" w:hint="cs"/>
          <w:szCs w:val="26"/>
          <w:rtl/>
        </w:rPr>
        <w:t>ی</w:t>
      </w:r>
      <w:r w:rsidRPr="00175597">
        <w:rPr>
          <w:rFonts w:cs="B Lotus" w:hint="eastAsia"/>
          <w:szCs w:val="26"/>
          <w:rtl/>
        </w:rPr>
        <w:t>ر</w:t>
      </w:r>
      <w:r w:rsidRPr="00175597">
        <w:rPr>
          <w:rFonts w:cs="B Lotus" w:hint="cs"/>
          <w:szCs w:val="26"/>
          <w:rtl/>
        </w:rPr>
        <w:t>ی</w:t>
      </w:r>
      <w:r w:rsidRPr="00175597">
        <w:rPr>
          <w:rFonts w:cs="B Lotus" w:hint="eastAsia"/>
          <w:szCs w:val="26"/>
          <w:rtl/>
        </w:rPr>
        <w:t>،</w:t>
      </w:r>
      <w:r w:rsidRPr="00175597">
        <w:rPr>
          <w:rFonts w:cs="B Lotus"/>
          <w:szCs w:val="26"/>
          <w:rtl/>
        </w:rPr>
        <w:t xml:space="preserve"> امکان پا</w:t>
      </w:r>
      <w:r w:rsidRPr="00175597">
        <w:rPr>
          <w:rFonts w:cs="B Lotus" w:hint="cs"/>
          <w:szCs w:val="26"/>
          <w:rtl/>
        </w:rPr>
        <w:t>ی</w:t>
      </w:r>
      <w:r w:rsidRPr="00175597">
        <w:rPr>
          <w:rFonts w:cs="B Lotus" w:hint="eastAsia"/>
          <w:szCs w:val="26"/>
          <w:rtl/>
        </w:rPr>
        <w:t>ش</w:t>
      </w:r>
      <w:r w:rsidRPr="00175597">
        <w:rPr>
          <w:rFonts w:cs="B Lotus"/>
          <w:szCs w:val="26"/>
          <w:rtl/>
        </w:rPr>
        <w:t xml:space="preserve"> مداوم تحقق اهداف استراتژ</w:t>
      </w:r>
      <w:r w:rsidRPr="00175597">
        <w:rPr>
          <w:rFonts w:cs="B Lotus" w:hint="cs"/>
          <w:szCs w:val="26"/>
          <w:rtl/>
        </w:rPr>
        <w:t>ی</w:t>
      </w:r>
      <w:r w:rsidRPr="00175597">
        <w:rPr>
          <w:rFonts w:cs="B Lotus" w:hint="eastAsia"/>
          <w:szCs w:val="26"/>
          <w:rtl/>
        </w:rPr>
        <w:t>ک</w:t>
      </w:r>
      <w:r w:rsidRPr="00175597">
        <w:rPr>
          <w:rFonts w:cs="B Lotus"/>
          <w:szCs w:val="26"/>
          <w:rtl/>
        </w:rPr>
        <w:t xml:space="preserve"> را مه</w:t>
      </w:r>
      <w:r w:rsidRPr="00175597">
        <w:rPr>
          <w:rFonts w:cs="B Lotus" w:hint="cs"/>
          <w:szCs w:val="26"/>
          <w:rtl/>
        </w:rPr>
        <w:t>ی</w:t>
      </w:r>
      <w:r w:rsidRPr="00175597">
        <w:rPr>
          <w:rFonts w:cs="B Lotus" w:hint="eastAsia"/>
          <w:szCs w:val="26"/>
          <w:rtl/>
        </w:rPr>
        <w:t>ا</w:t>
      </w:r>
      <w:r w:rsidRPr="00175597">
        <w:rPr>
          <w:rFonts w:cs="B Lotus"/>
          <w:szCs w:val="26"/>
          <w:rtl/>
        </w:rPr>
        <w:t xml:space="preserve"> م</w:t>
      </w:r>
      <w:r w:rsidRPr="00175597">
        <w:rPr>
          <w:rFonts w:cs="B Lotus" w:hint="cs"/>
          <w:szCs w:val="26"/>
          <w:rtl/>
        </w:rPr>
        <w:t>ی‌</w:t>
      </w:r>
      <w:r w:rsidRPr="00175597">
        <w:rPr>
          <w:rFonts w:cs="B Lotus" w:hint="eastAsia"/>
          <w:szCs w:val="26"/>
          <w:rtl/>
        </w:rPr>
        <w:t>سازند</w:t>
      </w:r>
      <w:r>
        <w:rPr>
          <w:rFonts w:cs="B Lotus" w:hint="cs"/>
          <w:szCs w:val="26"/>
          <w:rtl/>
        </w:rPr>
        <w:t xml:space="preserve"> (7).</w:t>
      </w:r>
      <w:r w:rsidRPr="00175597">
        <w:rPr>
          <w:rFonts w:cs="B Lotus"/>
          <w:szCs w:val="26"/>
          <w:rtl/>
        </w:rPr>
        <w:t xml:space="preserve"> به‌کارگ</w:t>
      </w:r>
      <w:r w:rsidRPr="00175597">
        <w:rPr>
          <w:rFonts w:cs="B Lotus" w:hint="cs"/>
          <w:szCs w:val="26"/>
          <w:rtl/>
        </w:rPr>
        <w:t>ی</w:t>
      </w:r>
      <w:r w:rsidRPr="00175597">
        <w:rPr>
          <w:rFonts w:cs="B Lotus" w:hint="eastAsia"/>
          <w:szCs w:val="26"/>
          <w:rtl/>
        </w:rPr>
        <w:t>ر</w:t>
      </w:r>
      <w:r w:rsidRPr="00175597">
        <w:rPr>
          <w:rFonts w:cs="B Lotus" w:hint="cs"/>
          <w:szCs w:val="26"/>
          <w:rtl/>
        </w:rPr>
        <w:t>ی</w:t>
      </w:r>
      <w:r w:rsidRPr="00175597">
        <w:rPr>
          <w:rFonts w:cs="B Lotus"/>
          <w:szCs w:val="26"/>
          <w:rtl/>
        </w:rPr>
        <w:t xml:space="preserve"> ا</w:t>
      </w:r>
      <w:r w:rsidRPr="00175597">
        <w:rPr>
          <w:rFonts w:cs="B Lotus" w:hint="cs"/>
          <w:szCs w:val="26"/>
          <w:rtl/>
        </w:rPr>
        <w:t>ی</w:t>
      </w:r>
      <w:r w:rsidRPr="00175597">
        <w:rPr>
          <w:rFonts w:cs="B Lotus" w:hint="eastAsia"/>
          <w:szCs w:val="26"/>
          <w:rtl/>
        </w:rPr>
        <w:t>ن</w:t>
      </w:r>
      <w:r w:rsidRPr="00175597">
        <w:rPr>
          <w:rFonts w:cs="B Lotus"/>
          <w:szCs w:val="26"/>
          <w:rtl/>
        </w:rPr>
        <w:t xml:space="preserve"> ابزارها در صنعت ورزش و به‌و</w:t>
      </w:r>
      <w:r w:rsidRPr="00175597">
        <w:rPr>
          <w:rFonts w:cs="B Lotus" w:hint="cs"/>
          <w:szCs w:val="26"/>
          <w:rtl/>
        </w:rPr>
        <w:t>ی</w:t>
      </w:r>
      <w:r w:rsidRPr="00175597">
        <w:rPr>
          <w:rFonts w:cs="B Lotus" w:hint="eastAsia"/>
          <w:szCs w:val="26"/>
          <w:rtl/>
        </w:rPr>
        <w:t>ژه</w:t>
      </w:r>
      <w:r w:rsidRPr="00175597">
        <w:rPr>
          <w:rFonts w:cs="B Lotus"/>
          <w:szCs w:val="26"/>
          <w:rtl/>
        </w:rPr>
        <w:t xml:space="preserve"> در مد</w:t>
      </w:r>
      <w:r w:rsidRPr="00175597">
        <w:rPr>
          <w:rFonts w:cs="B Lotus" w:hint="cs"/>
          <w:szCs w:val="26"/>
          <w:rtl/>
        </w:rPr>
        <w:t>ی</w:t>
      </w:r>
      <w:r w:rsidRPr="00175597">
        <w:rPr>
          <w:rFonts w:cs="B Lotus" w:hint="eastAsia"/>
          <w:szCs w:val="26"/>
          <w:rtl/>
        </w:rPr>
        <w:t>ر</w:t>
      </w:r>
      <w:r w:rsidRPr="00175597">
        <w:rPr>
          <w:rFonts w:cs="B Lotus" w:hint="cs"/>
          <w:szCs w:val="26"/>
          <w:rtl/>
        </w:rPr>
        <w:t>ی</w:t>
      </w:r>
      <w:r w:rsidRPr="00175597">
        <w:rPr>
          <w:rFonts w:cs="B Lotus" w:hint="eastAsia"/>
          <w:szCs w:val="26"/>
          <w:rtl/>
        </w:rPr>
        <w:t>ت</w:t>
      </w:r>
      <w:r w:rsidRPr="00175597">
        <w:rPr>
          <w:rFonts w:cs="B Lotus"/>
          <w:szCs w:val="26"/>
          <w:rtl/>
        </w:rPr>
        <w:t xml:space="preserve"> اماکن آب</w:t>
      </w:r>
      <w:r w:rsidRPr="00175597">
        <w:rPr>
          <w:rFonts w:cs="B Lotus" w:hint="cs"/>
          <w:szCs w:val="26"/>
          <w:rtl/>
        </w:rPr>
        <w:t>ی</w:t>
      </w:r>
      <w:r w:rsidRPr="00175597">
        <w:rPr>
          <w:rFonts w:cs="B Lotus" w:hint="eastAsia"/>
          <w:szCs w:val="26"/>
          <w:rtl/>
        </w:rPr>
        <w:t>،</w:t>
      </w:r>
      <w:r w:rsidRPr="00175597">
        <w:rPr>
          <w:rFonts w:cs="B Lotus"/>
          <w:szCs w:val="26"/>
          <w:rtl/>
        </w:rPr>
        <w:t xml:space="preserve"> به ارتقاء عملکر</w:t>
      </w:r>
      <w:r w:rsidRPr="00175597">
        <w:rPr>
          <w:rFonts w:cs="B Lotus" w:hint="eastAsia"/>
          <w:szCs w:val="26"/>
          <w:rtl/>
        </w:rPr>
        <w:t>د</w:t>
      </w:r>
      <w:r w:rsidRPr="00175597">
        <w:rPr>
          <w:rFonts w:cs="B Lotus"/>
          <w:szCs w:val="26"/>
          <w:rtl/>
        </w:rPr>
        <w:t xml:space="preserve"> سازمان</w:t>
      </w:r>
      <w:r w:rsidRPr="00175597">
        <w:rPr>
          <w:rFonts w:cs="B Lotus" w:hint="cs"/>
          <w:szCs w:val="26"/>
          <w:rtl/>
        </w:rPr>
        <w:t>ی</w:t>
      </w:r>
      <w:r w:rsidRPr="00175597">
        <w:rPr>
          <w:rFonts w:cs="B Lotus" w:hint="eastAsia"/>
          <w:szCs w:val="26"/>
          <w:rtl/>
        </w:rPr>
        <w:t>،</w:t>
      </w:r>
      <w:r w:rsidRPr="00175597">
        <w:rPr>
          <w:rFonts w:cs="B Lotus"/>
          <w:szCs w:val="26"/>
          <w:rtl/>
        </w:rPr>
        <w:t xml:space="preserve"> به</w:t>
      </w:r>
      <w:r w:rsidRPr="00175597">
        <w:rPr>
          <w:rFonts w:cs="B Lotus" w:hint="cs"/>
          <w:szCs w:val="26"/>
          <w:rtl/>
        </w:rPr>
        <w:t>ی</w:t>
      </w:r>
      <w:r w:rsidRPr="00175597">
        <w:rPr>
          <w:rFonts w:cs="B Lotus" w:hint="eastAsia"/>
          <w:szCs w:val="26"/>
          <w:rtl/>
        </w:rPr>
        <w:t>نه‌ساز</w:t>
      </w:r>
      <w:r w:rsidRPr="00175597">
        <w:rPr>
          <w:rFonts w:cs="B Lotus" w:hint="cs"/>
          <w:szCs w:val="26"/>
          <w:rtl/>
        </w:rPr>
        <w:t>ی</w:t>
      </w:r>
      <w:r w:rsidRPr="00175597">
        <w:rPr>
          <w:rFonts w:cs="B Lotus"/>
          <w:szCs w:val="26"/>
          <w:rtl/>
        </w:rPr>
        <w:t xml:space="preserve"> منابع، و ا</w:t>
      </w:r>
      <w:r w:rsidRPr="00175597">
        <w:rPr>
          <w:rFonts w:cs="B Lotus" w:hint="cs"/>
          <w:szCs w:val="26"/>
          <w:rtl/>
        </w:rPr>
        <w:t>ی</w:t>
      </w:r>
      <w:r w:rsidRPr="00175597">
        <w:rPr>
          <w:rFonts w:cs="B Lotus" w:hint="eastAsia"/>
          <w:szCs w:val="26"/>
          <w:rtl/>
        </w:rPr>
        <w:t>جاد</w:t>
      </w:r>
      <w:r w:rsidRPr="00175597">
        <w:rPr>
          <w:rFonts w:cs="B Lotus"/>
          <w:szCs w:val="26"/>
          <w:rtl/>
        </w:rPr>
        <w:t xml:space="preserve"> شفاف</w:t>
      </w:r>
      <w:r w:rsidRPr="00175597">
        <w:rPr>
          <w:rFonts w:cs="B Lotus" w:hint="cs"/>
          <w:szCs w:val="26"/>
          <w:rtl/>
        </w:rPr>
        <w:t>ی</w:t>
      </w:r>
      <w:r w:rsidRPr="00175597">
        <w:rPr>
          <w:rFonts w:cs="B Lotus" w:hint="eastAsia"/>
          <w:szCs w:val="26"/>
          <w:rtl/>
        </w:rPr>
        <w:t>ت</w:t>
      </w:r>
      <w:r w:rsidRPr="00175597">
        <w:rPr>
          <w:rFonts w:cs="B Lotus"/>
          <w:szCs w:val="26"/>
          <w:rtl/>
        </w:rPr>
        <w:t xml:space="preserve"> در فرآ</w:t>
      </w:r>
      <w:r w:rsidRPr="00175597">
        <w:rPr>
          <w:rFonts w:cs="B Lotus" w:hint="cs"/>
          <w:szCs w:val="26"/>
          <w:rtl/>
        </w:rPr>
        <w:t>ی</w:t>
      </w:r>
      <w:r w:rsidRPr="00175597">
        <w:rPr>
          <w:rFonts w:cs="B Lotus" w:hint="eastAsia"/>
          <w:szCs w:val="26"/>
          <w:rtl/>
        </w:rPr>
        <w:t>ندها</w:t>
      </w:r>
      <w:r w:rsidRPr="00175597">
        <w:rPr>
          <w:rFonts w:cs="B Lotus" w:hint="cs"/>
          <w:szCs w:val="26"/>
          <w:rtl/>
        </w:rPr>
        <w:t>ی</w:t>
      </w:r>
      <w:r w:rsidRPr="00175597">
        <w:rPr>
          <w:rFonts w:cs="B Lotus"/>
          <w:szCs w:val="26"/>
          <w:rtl/>
        </w:rPr>
        <w:t xml:space="preserve"> مد</w:t>
      </w:r>
      <w:r w:rsidRPr="00175597">
        <w:rPr>
          <w:rFonts w:cs="B Lotus" w:hint="cs"/>
          <w:szCs w:val="26"/>
          <w:rtl/>
        </w:rPr>
        <w:t>ی</w:t>
      </w:r>
      <w:r w:rsidRPr="00175597">
        <w:rPr>
          <w:rFonts w:cs="B Lotus" w:hint="eastAsia"/>
          <w:szCs w:val="26"/>
          <w:rtl/>
        </w:rPr>
        <w:t>ر</w:t>
      </w:r>
      <w:r w:rsidRPr="00175597">
        <w:rPr>
          <w:rFonts w:cs="B Lotus" w:hint="cs"/>
          <w:szCs w:val="26"/>
          <w:rtl/>
        </w:rPr>
        <w:t>ی</w:t>
      </w:r>
      <w:r w:rsidRPr="00175597">
        <w:rPr>
          <w:rFonts w:cs="B Lotus" w:hint="eastAsia"/>
          <w:szCs w:val="26"/>
          <w:rtl/>
        </w:rPr>
        <w:t>ت</w:t>
      </w:r>
      <w:r w:rsidRPr="00175597">
        <w:rPr>
          <w:rFonts w:cs="B Lotus" w:hint="cs"/>
          <w:szCs w:val="26"/>
          <w:rtl/>
        </w:rPr>
        <w:t>ی</w:t>
      </w:r>
      <w:r w:rsidRPr="00175597">
        <w:rPr>
          <w:rFonts w:cs="B Lotus"/>
          <w:szCs w:val="26"/>
          <w:rtl/>
        </w:rPr>
        <w:t xml:space="preserve"> منجر شده است. مطالعات متعدد ن</w:t>
      </w:r>
      <w:r w:rsidRPr="00175597">
        <w:rPr>
          <w:rFonts w:cs="B Lotus" w:hint="cs"/>
          <w:szCs w:val="26"/>
          <w:rtl/>
        </w:rPr>
        <w:t>ی</w:t>
      </w:r>
      <w:r w:rsidRPr="00175597">
        <w:rPr>
          <w:rFonts w:cs="B Lotus" w:hint="eastAsia"/>
          <w:szCs w:val="26"/>
          <w:rtl/>
        </w:rPr>
        <w:t>ز</w:t>
      </w:r>
      <w:r w:rsidRPr="00175597">
        <w:rPr>
          <w:rFonts w:cs="B Lotus"/>
          <w:szCs w:val="26"/>
          <w:rtl/>
        </w:rPr>
        <w:t xml:space="preserve"> بر نقش </w:t>
      </w:r>
      <w:r w:rsidRPr="00175597">
        <w:rPr>
          <w:rFonts w:cs="B Lotus"/>
          <w:szCs w:val="26"/>
          <w:rtl/>
        </w:rPr>
        <w:lastRenderedPageBreak/>
        <w:t>مؤثر ا</w:t>
      </w:r>
      <w:r w:rsidRPr="00175597">
        <w:rPr>
          <w:rFonts w:cs="B Lotus" w:hint="cs"/>
          <w:szCs w:val="26"/>
          <w:rtl/>
        </w:rPr>
        <w:t>ی</w:t>
      </w:r>
      <w:r w:rsidRPr="00175597">
        <w:rPr>
          <w:rFonts w:cs="B Lotus" w:hint="eastAsia"/>
          <w:szCs w:val="26"/>
          <w:rtl/>
        </w:rPr>
        <w:t>ن</w:t>
      </w:r>
      <w:r w:rsidRPr="00175597">
        <w:rPr>
          <w:rFonts w:cs="B Lotus"/>
          <w:szCs w:val="26"/>
          <w:rtl/>
        </w:rPr>
        <w:t xml:space="preserve"> مدل‌ها در افزا</w:t>
      </w:r>
      <w:r w:rsidRPr="00175597">
        <w:rPr>
          <w:rFonts w:cs="B Lotus" w:hint="cs"/>
          <w:szCs w:val="26"/>
          <w:rtl/>
        </w:rPr>
        <w:t>ی</w:t>
      </w:r>
      <w:r w:rsidRPr="00175597">
        <w:rPr>
          <w:rFonts w:cs="B Lotus" w:hint="eastAsia"/>
          <w:szCs w:val="26"/>
          <w:rtl/>
        </w:rPr>
        <w:t>ش</w:t>
      </w:r>
      <w:r w:rsidRPr="00175597">
        <w:rPr>
          <w:rFonts w:cs="B Lotus"/>
          <w:szCs w:val="26"/>
          <w:rtl/>
        </w:rPr>
        <w:t xml:space="preserve"> رضا</w:t>
      </w:r>
      <w:r w:rsidRPr="00175597">
        <w:rPr>
          <w:rFonts w:cs="B Lotus" w:hint="cs"/>
          <w:szCs w:val="26"/>
          <w:rtl/>
        </w:rPr>
        <w:t>ی</w:t>
      </w:r>
      <w:r w:rsidRPr="00175597">
        <w:rPr>
          <w:rFonts w:cs="B Lotus" w:hint="eastAsia"/>
          <w:szCs w:val="26"/>
          <w:rtl/>
        </w:rPr>
        <w:t>ت</w:t>
      </w:r>
      <w:r w:rsidRPr="00175597">
        <w:rPr>
          <w:rFonts w:cs="B Lotus"/>
          <w:szCs w:val="26"/>
          <w:rtl/>
        </w:rPr>
        <w:t xml:space="preserve"> کاربران، ارتقاء ک</w:t>
      </w:r>
      <w:r w:rsidRPr="00175597">
        <w:rPr>
          <w:rFonts w:cs="B Lotus" w:hint="cs"/>
          <w:szCs w:val="26"/>
          <w:rtl/>
        </w:rPr>
        <w:t>ی</w:t>
      </w:r>
      <w:r w:rsidRPr="00175597">
        <w:rPr>
          <w:rFonts w:cs="B Lotus" w:hint="eastAsia"/>
          <w:szCs w:val="26"/>
          <w:rtl/>
        </w:rPr>
        <w:t>ف</w:t>
      </w:r>
      <w:r w:rsidRPr="00175597">
        <w:rPr>
          <w:rFonts w:cs="B Lotus" w:hint="cs"/>
          <w:szCs w:val="26"/>
          <w:rtl/>
        </w:rPr>
        <w:t>ی</w:t>
      </w:r>
      <w:r w:rsidRPr="00175597">
        <w:rPr>
          <w:rFonts w:cs="B Lotus" w:hint="eastAsia"/>
          <w:szCs w:val="26"/>
          <w:rtl/>
        </w:rPr>
        <w:t>ت</w:t>
      </w:r>
      <w:r w:rsidRPr="00175597">
        <w:rPr>
          <w:rFonts w:cs="B Lotus"/>
          <w:szCs w:val="26"/>
          <w:rtl/>
        </w:rPr>
        <w:t xml:space="preserve"> خدمات، و توسعه پا</w:t>
      </w:r>
      <w:r w:rsidRPr="00175597">
        <w:rPr>
          <w:rFonts w:cs="B Lotus" w:hint="cs"/>
          <w:szCs w:val="26"/>
          <w:rtl/>
        </w:rPr>
        <w:t>ی</w:t>
      </w:r>
      <w:r w:rsidRPr="00175597">
        <w:rPr>
          <w:rFonts w:cs="B Lotus" w:hint="eastAsia"/>
          <w:szCs w:val="26"/>
          <w:rtl/>
        </w:rPr>
        <w:t>دار</w:t>
      </w:r>
      <w:r w:rsidRPr="00175597">
        <w:rPr>
          <w:rFonts w:cs="B Lotus"/>
          <w:szCs w:val="26"/>
          <w:rtl/>
        </w:rPr>
        <w:t xml:space="preserve"> مراکز ورزش</w:t>
      </w:r>
      <w:r w:rsidRPr="00175597">
        <w:rPr>
          <w:rFonts w:cs="B Lotus" w:hint="cs"/>
          <w:szCs w:val="26"/>
          <w:rtl/>
        </w:rPr>
        <w:t>ی</w:t>
      </w:r>
      <w:r w:rsidRPr="00175597">
        <w:rPr>
          <w:rFonts w:cs="B Lotus"/>
          <w:szCs w:val="26"/>
          <w:rtl/>
        </w:rPr>
        <w:t xml:space="preserve"> تأک</w:t>
      </w:r>
      <w:r w:rsidRPr="00175597">
        <w:rPr>
          <w:rFonts w:cs="B Lotus" w:hint="cs"/>
          <w:szCs w:val="26"/>
          <w:rtl/>
        </w:rPr>
        <w:t>ی</w:t>
      </w:r>
      <w:r w:rsidRPr="00175597">
        <w:rPr>
          <w:rFonts w:cs="B Lotus" w:hint="eastAsia"/>
          <w:szCs w:val="26"/>
          <w:rtl/>
        </w:rPr>
        <w:t>د</w:t>
      </w:r>
      <w:r w:rsidRPr="00175597">
        <w:rPr>
          <w:rFonts w:cs="B Lotus"/>
          <w:szCs w:val="26"/>
          <w:rtl/>
        </w:rPr>
        <w:t xml:space="preserve"> کرده‌اند (8).</w:t>
      </w:r>
    </w:p>
    <w:p w14:paraId="0DCF4D5F" w14:textId="1AC30394" w:rsidR="00E52C87" w:rsidRPr="00571870" w:rsidRDefault="00E52C87" w:rsidP="00175597">
      <w:pPr>
        <w:bidi/>
        <w:jc w:val="both"/>
        <w:rPr>
          <w:rFonts w:cs="B Lotus"/>
          <w:szCs w:val="26"/>
          <w:rtl/>
          <w:lang w:bidi="fa-IR"/>
        </w:rPr>
      </w:pPr>
      <w:r w:rsidRPr="00571870">
        <w:rPr>
          <w:rFonts w:cs="B Lotus"/>
          <w:szCs w:val="26"/>
          <w:rtl/>
        </w:rPr>
        <w:t>با این وجود، بررسی تجربیات داخلی نشان می‌دهد که تاکنون چارچوبی بومی، منسجم و علمی برای مدیریت عملکرد استخرهای ورزشی در ایران طراحی نشده است. اقدامات صورت‌گرفته توسط فدراسیون ورزش‌های آبی، هیئت‌های استانی و ادارات کل ورزش، عمدتاً محدود به نظارت‌های سطحی و فاقد سازوکار ارزیابی چندبعدی بوده‌اند (</w:t>
      </w:r>
      <w:r>
        <w:rPr>
          <w:rFonts w:cs="B Lotus" w:hint="cs"/>
          <w:szCs w:val="26"/>
          <w:rtl/>
        </w:rPr>
        <w:t>9</w:t>
      </w:r>
      <w:r w:rsidRPr="00571870">
        <w:rPr>
          <w:rFonts w:cs="B Lotus"/>
          <w:szCs w:val="26"/>
          <w:rtl/>
        </w:rPr>
        <w:t>). در بسیاری از مراکز، تصمیم‌گیری‌های مدیریتی مبتنی بر تجربه فردی، آزمون و خطا، و نبود برنامه‌ریزی سیستماتیک انجام می‌گیرد (</w:t>
      </w:r>
      <w:r>
        <w:rPr>
          <w:rFonts w:cs="B Lotus" w:hint="cs"/>
          <w:szCs w:val="26"/>
          <w:rtl/>
          <w:lang w:bidi="fa-IR"/>
        </w:rPr>
        <w:t>6</w:t>
      </w:r>
      <w:r w:rsidRPr="00571870">
        <w:rPr>
          <w:rFonts w:cs="B Lotus"/>
          <w:szCs w:val="26"/>
          <w:rtl/>
        </w:rPr>
        <w:t>). این مسئله، علاوه بر کاهش کارایی، مانعی جدی در مسیر تحقق اهداف کلان توسعه ورزشی کشور محسوب می‌شود (</w:t>
      </w:r>
      <w:r>
        <w:rPr>
          <w:rFonts w:cs="B Lotus" w:hint="cs"/>
          <w:szCs w:val="26"/>
          <w:rtl/>
          <w:lang w:bidi="fa-IR"/>
        </w:rPr>
        <w:t>10)</w:t>
      </w:r>
    </w:p>
    <w:p w14:paraId="64D7F679" w14:textId="77777777" w:rsidR="00E52C87" w:rsidRPr="00571870" w:rsidRDefault="00E52C87" w:rsidP="00E52C87">
      <w:pPr>
        <w:bidi/>
        <w:jc w:val="both"/>
        <w:rPr>
          <w:rFonts w:cs="B Lotus"/>
          <w:szCs w:val="26"/>
          <w:rtl/>
          <w:lang w:bidi="fa-IR"/>
        </w:rPr>
      </w:pPr>
      <w:r w:rsidRPr="00571870">
        <w:rPr>
          <w:rFonts w:cs="B Lotus"/>
          <w:szCs w:val="26"/>
          <w:rtl/>
        </w:rPr>
        <w:t xml:space="preserve">در سطح دانشگاهی نیز مرور پیشینه‌ها حاکی از آن است که بیشتر مطالعات داخلی، بر ارزیابی کیفیت خدمات یا رضایت مشتریان متمرکز بوده‌اند و کمتر به طراحی مدل‌های جامع با رویکرد سیستمی و مبتنی بر شاخص‌های علمی پرداخته‌اند </w:t>
      </w:r>
      <w:r w:rsidRPr="00820981">
        <w:rPr>
          <w:rFonts w:cs="B Lotus"/>
          <w:szCs w:val="26"/>
          <w:rtl/>
        </w:rPr>
        <w:t>(</w:t>
      </w:r>
      <w:r w:rsidRPr="00820981">
        <w:rPr>
          <w:rFonts w:cs="B Lotus" w:hint="cs"/>
          <w:szCs w:val="26"/>
          <w:rtl/>
          <w:lang w:bidi="fa-IR"/>
        </w:rPr>
        <w:t>11</w:t>
      </w:r>
      <w:r w:rsidRPr="00820981">
        <w:rPr>
          <w:rFonts w:cs="B Lotus"/>
          <w:szCs w:val="26"/>
          <w:rtl/>
        </w:rPr>
        <w:t>)</w:t>
      </w:r>
      <w:r w:rsidRPr="00571870">
        <w:rPr>
          <w:rFonts w:cs="B Lotus"/>
          <w:szCs w:val="26"/>
          <w:rtl/>
        </w:rPr>
        <w:t>. پژوهش‌های انجام‌شده بیشتر ناظر بر تحلیل وضع موجود بوده و در حوزه تولید مدل‌های بومی، خلأ جدی احساس می‌شود. این در حالی است که ضرورت طراحی مدل‌هایی با قابلیت اجرا، پایش و بهبود مستمر، روزبه‌روز آشکارتر می‌گردد. همچنین، تدوین مدل مدیریت عملکرد برای استخرهای ورزشی نباید صرفاً به جنبه‌های فنی یا اقتصادی محدود باشد؛ بلکه ابعاد اجتماعی، فرهنگی، روانی، ایمنی، بهداشتی و رضایت مشتری نیز باید در آن لحاظ شود تا پاسخگوی نیازهای متنوع ذی‌نفعان باشد</w:t>
      </w:r>
      <w:r>
        <w:rPr>
          <w:rFonts w:cs="B Lotus"/>
          <w:szCs w:val="26"/>
        </w:rPr>
        <w:t xml:space="preserve"> </w:t>
      </w:r>
      <w:r w:rsidRPr="00820981">
        <w:rPr>
          <w:rFonts w:cs="B Lotus" w:hint="cs"/>
          <w:szCs w:val="26"/>
          <w:rtl/>
          <w:lang w:bidi="fa-IR"/>
        </w:rPr>
        <w:t>(12).</w:t>
      </w:r>
    </w:p>
    <w:p w14:paraId="14BFCF14" w14:textId="216B5714" w:rsidR="00874667" w:rsidRDefault="00E52C87" w:rsidP="00874667">
      <w:pPr>
        <w:bidi/>
        <w:jc w:val="both"/>
        <w:rPr>
          <w:rFonts w:asciiTheme="minorHAnsi" w:hAnsiTheme="minorHAnsi" w:cs="B Lotus"/>
          <w:szCs w:val="26"/>
          <w:lang w:bidi="fa-IR"/>
        </w:rPr>
      </w:pPr>
      <w:r w:rsidRPr="00571870">
        <w:rPr>
          <w:rFonts w:cs="B Lotus"/>
          <w:szCs w:val="26"/>
          <w:rtl/>
        </w:rPr>
        <w:t>در کشورهای پیشرو، طراحی مدل‌های عملکردی معمولاً مبتنی بر داده‌های زمینه‌ای، مشارکت ذی‌نفعان، تحلیل محیط داخلی و خارجی، و بهره‌گیری از فناوری‌های نوین صورت می‌گیرد. چنین رویکردی، ضمن بومی‌سازی مدل‌ها، امکان انطباق آن‌ها با شرایط خاص هر منطقه را فراهم کرده و بهره‌وری مراکز ورزشی را به‌طور چشمگیری ارتقاء می‌بخشد</w:t>
      </w:r>
      <w:r w:rsidRPr="00571870">
        <w:rPr>
          <w:rFonts w:cs="B Lotus"/>
          <w:szCs w:val="26"/>
        </w:rPr>
        <w:t xml:space="preserve"> </w:t>
      </w:r>
      <w:r w:rsidRPr="00820981">
        <w:rPr>
          <w:rFonts w:cs="B Lotus" w:hint="cs"/>
          <w:szCs w:val="26"/>
          <w:rtl/>
          <w:lang w:bidi="fa-IR"/>
        </w:rPr>
        <w:t>(13).</w:t>
      </w:r>
      <w:r>
        <w:rPr>
          <w:rFonts w:cs="B Lotus" w:hint="cs"/>
          <w:szCs w:val="26"/>
          <w:rtl/>
          <w:lang w:bidi="fa-IR"/>
        </w:rPr>
        <w:t xml:space="preserve"> </w:t>
      </w:r>
      <w:r w:rsidR="00E4517F" w:rsidRPr="00E4517F">
        <w:rPr>
          <w:rFonts w:cs="B Lotus" w:hint="cs"/>
          <w:szCs w:val="26"/>
          <w:highlight w:val="green"/>
          <w:rtl/>
          <w:lang w:bidi="fa-IR"/>
        </w:rPr>
        <w:t>به طور نمونه کلاسن</w:t>
      </w:r>
      <w:r w:rsidR="00E4517F" w:rsidRPr="00E4517F">
        <w:rPr>
          <w:rStyle w:val="afff"/>
          <w:rFonts w:cs="B Lotus"/>
          <w:szCs w:val="26"/>
          <w:highlight w:val="green"/>
          <w:rtl/>
          <w:lang w:bidi="fa-IR"/>
        </w:rPr>
        <w:footnoteReference w:id="1"/>
      </w:r>
      <w:r w:rsidR="00331A70">
        <w:rPr>
          <w:rFonts w:cs="B Lotus" w:hint="cs"/>
          <w:szCs w:val="26"/>
          <w:highlight w:val="green"/>
          <w:rtl/>
          <w:lang w:bidi="fa-IR"/>
        </w:rPr>
        <w:t xml:space="preserve"> و همکاران </w:t>
      </w:r>
      <w:r w:rsidR="00E4517F" w:rsidRPr="00E4517F">
        <w:rPr>
          <w:rFonts w:cs="B Lotus" w:hint="cs"/>
          <w:szCs w:val="26"/>
          <w:highlight w:val="green"/>
          <w:rtl/>
          <w:lang w:bidi="fa-IR"/>
        </w:rPr>
        <w:t>(2024)</w:t>
      </w:r>
      <w:r w:rsidR="00E4517F" w:rsidRPr="00E4517F">
        <w:rPr>
          <w:rFonts w:cs="B Lotus"/>
          <w:szCs w:val="26"/>
          <w:highlight w:val="green"/>
          <w:lang w:bidi="fa-IR"/>
        </w:rPr>
        <w:t xml:space="preserve"> </w:t>
      </w:r>
      <w:r w:rsidR="00E4517F" w:rsidRPr="00E4517F">
        <w:rPr>
          <w:rFonts w:cs="B Lotus"/>
          <w:szCs w:val="26"/>
          <w:highlight w:val="green"/>
          <w:rtl/>
        </w:rPr>
        <w:t xml:space="preserve">مدل مفهومی جامعی برای ارزیابی عملکرد فدراسیون‌های بین‌المللی ورزشی ارائه کرده‌اند. این مدل با در نظر گرفتن ذی‌نفعان کلیدی مانند ورزشکاران، نهادهای وابسته، حامیان مالی و مراجع بین‌المللی، عملکرد سازمانی را در سه حوزه ساختاری، رفتاری و نتایج نهایی مورد بررسی قرار می‌دهد. هدف اصلی این مدل، ارزیابی شفافیت، پاسخگویی و بهره‌وری فدراسیون‌ها در </w:t>
      </w:r>
      <w:r w:rsidR="00E4517F" w:rsidRPr="00E4517F">
        <w:rPr>
          <w:rFonts w:cs="B Lotus"/>
          <w:szCs w:val="26"/>
          <w:highlight w:val="green"/>
          <w:rtl/>
        </w:rPr>
        <w:lastRenderedPageBreak/>
        <w:t>سطوح مختلف اجرایی و راهبردی اس</w:t>
      </w:r>
      <w:r w:rsidR="00E733B9">
        <w:rPr>
          <w:rFonts w:cs="B Lotus" w:hint="cs"/>
          <w:szCs w:val="26"/>
          <w:highlight w:val="green"/>
          <w:rtl/>
        </w:rPr>
        <w:t>ت</w:t>
      </w:r>
      <w:r w:rsidR="00E733B9" w:rsidRPr="00E733B9">
        <w:rPr>
          <w:rFonts w:cs="B Lotus" w:hint="cs"/>
          <w:szCs w:val="26"/>
          <w:rtl/>
          <w:lang w:bidi="fa-IR"/>
        </w:rPr>
        <w:t xml:space="preserve"> (14). </w:t>
      </w:r>
      <w:r w:rsidR="00331A70" w:rsidRPr="00331A70">
        <w:rPr>
          <w:rFonts w:cs="B Lotus" w:hint="cs"/>
          <w:szCs w:val="26"/>
          <w:highlight w:val="green"/>
          <w:rtl/>
          <w:lang w:bidi="fa-IR"/>
        </w:rPr>
        <w:t>همچنین سنکال</w:t>
      </w:r>
      <w:r w:rsidR="00331A70" w:rsidRPr="00331A70">
        <w:rPr>
          <w:rStyle w:val="afff"/>
          <w:rFonts w:cs="B Lotus"/>
          <w:szCs w:val="26"/>
          <w:highlight w:val="green"/>
          <w:rtl/>
          <w:lang w:bidi="fa-IR"/>
        </w:rPr>
        <w:footnoteReference w:id="2"/>
      </w:r>
      <w:r w:rsidR="00331A70" w:rsidRPr="00331A70">
        <w:rPr>
          <w:rFonts w:cs="B Lotus" w:hint="cs"/>
          <w:szCs w:val="26"/>
          <w:highlight w:val="green"/>
          <w:rtl/>
          <w:lang w:bidi="fa-IR"/>
        </w:rPr>
        <w:t xml:space="preserve"> و همکاران (2025) در تحقیقی با عنوان «</w:t>
      </w:r>
      <w:r w:rsidR="00331A70" w:rsidRPr="00331A70">
        <w:rPr>
          <w:rFonts w:cs="B Lotus"/>
          <w:szCs w:val="26"/>
          <w:highlight w:val="green"/>
          <w:rtl/>
        </w:rPr>
        <w:t>رابطه بین تحول دیجیتال و مدیریت عملکرد در سازمان‌های ورز</w:t>
      </w:r>
      <w:r w:rsidR="00331A70" w:rsidRPr="00331A70">
        <w:rPr>
          <w:rFonts w:cs="B Lotus" w:hint="cs"/>
          <w:szCs w:val="26"/>
          <w:highlight w:val="green"/>
          <w:rtl/>
        </w:rPr>
        <w:t>شی</w:t>
      </w:r>
      <w:r w:rsidR="00331A70" w:rsidRPr="00331A70">
        <w:rPr>
          <w:rFonts w:cs="B Lotus" w:hint="cs"/>
          <w:szCs w:val="26"/>
          <w:highlight w:val="green"/>
          <w:rtl/>
          <w:lang w:bidi="fa-IR"/>
        </w:rPr>
        <w:t xml:space="preserve">» </w:t>
      </w:r>
      <w:r w:rsidR="00331A70" w:rsidRPr="00331A70">
        <w:rPr>
          <w:rFonts w:cs="B Lotus"/>
          <w:szCs w:val="26"/>
          <w:highlight w:val="green"/>
          <w:rtl/>
        </w:rPr>
        <w:t xml:space="preserve">تأثیر فناوری‌های دیجیتال مانند سامانه‌های مدیریت منابع، اتوماسیون داده، و ابزارهای ارتباطی پیشرفته را بر کارایی مدیریتی در مراکز ورزشی بررسی </w:t>
      </w:r>
      <w:r w:rsidR="00331A70" w:rsidRPr="00331A70">
        <w:rPr>
          <w:rFonts w:cs="B Lotus" w:hint="cs"/>
          <w:szCs w:val="26"/>
          <w:highlight w:val="green"/>
          <w:rtl/>
        </w:rPr>
        <w:t>کردند</w:t>
      </w:r>
      <w:r w:rsidR="00331A70" w:rsidRPr="00331A70">
        <w:rPr>
          <w:rFonts w:cs="B Lotus"/>
          <w:szCs w:val="26"/>
          <w:highlight w:val="green"/>
          <w:rtl/>
        </w:rPr>
        <w:t>. نتایج این تحقیق، که در مراکز جوانان ورزشی ترکیه اجرا شده، نشان می‌دهد که ادغام فناوری دیجیتال با فرآیندهای ارزیابی عملکرد موجب افزایش شفافیت، پاسخ‌گویی، و تصمیم‌گیری داده‌محور در سطوح مدیریتی شده است. پژوهش مزبور بر اهمیت نوسازی ساختارهای سنتی مدیریتی از طریق فناوری تأکید دارد، خصوصاً در نهادهایی که با منابع محدود یا چالش‌های انسانی مواجه هستند</w:t>
      </w:r>
      <w:r w:rsidR="00E733B9">
        <w:rPr>
          <w:rFonts w:cs="B Lotus" w:hint="cs"/>
          <w:szCs w:val="26"/>
          <w:rtl/>
          <w:lang w:bidi="fa-IR"/>
        </w:rPr>
        <w:t xml:space="preserve"> (15). </w:t>
      </w:r>
      <w:r w:rsidR="00331A70">
        <w:rPr>
          <w:rFonts w:cs="B Lotus" w:hint="cs"/>
          <w:szCs w:val="26"/>
          <w:rtl/>
          <w:lang w:bidi="fa-IR"/>
        </w:rPr>
        <w:t xml:space="preserve"> </w:t>
      </w:r>
      <w:r w:rsidR="00331A70" w:rsidRPr="00642220">
        <w:rPr>
          <w:rFonts w:cs="B Lotus" w:hint="cs"/>
          <w:szCs w:val="26"/>
          <w:highlight w:val="green"/>
          <w:rtl/>
          <w:lang w:bidi="fa-IR"/>
        </w:rPr>
        <w:t xml:space="preserve">در ایران نیز </w:t>
      </w:r>
      <w:r w:rsidR="00642220" w:rsidRPr="00642220">
        <w:rPr>
          <w:rFonts w:cs="B Lotus"/>
          <w:szCs w:val="26"/>
          <w:highlight w:val="green"/>
          <w:rtl/>
        </w:rPr>
        <w:t>غفاری و همکاران (1402) در پژوهش خود با عنوان "تحلیل مدل مدیریت عملکرد فدراسیون شنا، شیرجه و واترپلو" به بررسی مدل مدیریت عملکرد این فدراسیون پرداختند</w:t>
      </w:r>
      <w:r w:rsidR="00874667">
        <w:rPr>
          <w:rFonts w:cs="B Lotus" w:hint="cs"/>
          <w:szCs w:val="26"/>
          <w:highlight w:val="green"/>
          <w:rtl/>
          <w:lang w:bidi="fa-IR"/>
        </w:rPr>
        <w:t xml:space="preserve">. </w:t>
      </w:r>
      <w:r w:rsidR="00642220" w:rsidRPr="00642220">
        <w:rPr>
          <w:rFonts w:cs="B Lotus"/>
          <w:szCs w:val="26"/>
          <w:highlight w:val="green"/>
          <w:rtl/>
        </w:rPr>
        <w:t>یافته‌های</w:t>
      </w:r>
      <w:r w:rsidR="00672E1E">
        <w:rPr>
          <w:rFonts w:cs="B Lotus" w:hint="cs"/>
          <w:szCs w:val="26"/>
          <w:highlight w:val="green"/>
          <w:rtl/>
        </w:rPr>
        <w:t xml:space="preserve"> </w:t>
      </w:r>
      <w:r w:rsidR="00642220" w:rsidRPr="00642220">
        <w:rPr>
          <w:rFonts w:cs="B Lotus"/>
          <w:szCs w:val="26"/>
          <w:highlight w:val="green"/>
          <w:rtl/>
        </w:rPr>
        <w:t xml:space="preserve">پژوهش نشان داد که 39 شاخص کلیدی در قالب مؤلفه‌هایی مانند اهداف و استراتژی‌ها، اساسنامه‌ها و مقررات، ظرفیت‌ها و قابلیت‌های فدراسیون، رهبری و مدیریت، توسعه فنی و تخصصی منابع انسانی، توسعه درآمدزایی و جذب منابع مالی، ساختار سازمانی، تعاملات و ارتباطات، و فرایندهای اجرایی و ارزیابی بر مدیریت عملکرد این فدراسیون تأثیرگذار هستند. نتایج تحقیق بیانگر این است که توانمندسازی فنی و مدیریتی فدراسیون، همراه با توسعه درآمدهای پایدار و بدون وابستگی به منابع دولتی، می‌تواند به تسهیل فرآیندهای اجرایی کمک کرده و </w:t>
      </w:r>
      <w:r w:rsidR="00672E1E">
        <w:rPr>
          <w:rFonts w:cs="B Lotus" w:hint="cs"/>
          <w:szCs w:val="26"/>
          <w:highlight w:val="green"/>
          <w:rtl/>
        </w:rPr>
        <w:t xml:space="preserve">متولیان این نهاد </w:t>
      </w:r>
      <w:r w:rsidR="00642220" w:rsidRPr="00642220">
        <w:rPr>
          <w:rFonts w:cs="B Lotus"/>
          <w:szCs w:val="26"/>
          <w:highlight w:val="green"/>
          <w:rtl/>
        </w:rPr>
        <w:t xml:space="preserve">را در دستیابی به اهداف و </w:t>
      </w:r>
      <w:r w:rsidR="00672E1E">
        <w:rPr>
          <w:rFonts w:cs="B Lotus" w:hint="cs"/>
          <w:szCs w:val="26"/>
          <w:highlight w:val="green"/>
          <w:rtl/>
        </w:rPr>
        <w:t>مدیریت مطلوب عملکرد</w:t>
      </w:r>
      <w:r w:rsidR="00642220" w:rsidRPr="00642220">
        <w:rPr>
          <w:rFonts w:cs="B Lotus"/>
          <w:szCs w:val="26"/>
          <w:highlight w:val="green"/>
          <w:rtl/>
        </w:rPr>
        <w:t xml:space="preserve"> فدراسیون یاری دهد</w:t>
      </w:r>
      <w:r w:rsidR="00E733B9" w:rsidRPr="00E733B9">
        <w:rPr>
          <w:rFonts w:cs="B Lotus"/>
          <w:szCs w:val="26"/>
        </w:rPr>
        <w:t>(16)</w:t>
      </w:r>
      <w:r w:rsidR="00E733B9" w:rsidRPr="00E733B9">
        <w:rPr>
          <w:rFonts w:cs="B Lotus"/>
          <w:szCs w:val="26"/>
          <w:highlight w:val="green"/>
        </w:rPr>
        <w:t xml:space="preserve"> </w:t>
      </w:r>
      <w:r w:rsidR="00642220" w:rsidRPr="00E733B9">
        <w:rPr>
          <w:rFonts w:cs="B Lotus"/>
          <w:szCs w:val="26"/>
          <w:highlight w:val="green"/>
          <w:rtl/>
        </w:rPr>
        <w:t>.</w:t>
      </w:r>
      <w:r w:rsidR="00642220">
        <w:rPr>
          <w:rFonts w:asciiTheme="minorHAnsi" w:hAnsiTheme="minorHAnsi" w:cs="B Lotus" w:hint="cs"/>
          <w:szCs w:val="26"/>
          <w:rtl/>
        </w:rPr>
        <w:t xml:space="preserve"> </w:t>
      </w:r>
      <w:r w:rsidR="00642220" w:rsidRPr="00672E1E">
        <w:rPr>
          <w:rFonts w:asciiTheme="minorHAnsi" w:hAnsiTheme="minorHAnsi" w:cs="B Lotus" w:hint="cs"/>
          <w:szCs w:val="26"/>
          <w:highlight w:val="green"/>
          <w:rtl/>
        </w:rPr>
        <w:t xml:space="preserve">در همین راستا </w:t>
      </w:r>
      <w:r w:rsidR="00642220" w:rsidRPr="00672E1E">
        <w:rPr>
          <w:rFonts w:asciiTheme="minorHAnsi" w:hAnsiTheme="minorHAnsi" w:cs="B Lotus"/>
          <w:szCs w:val="26"/>
          <w:highlight w:val="green"/>
          <w:rtl/>
        </w:rPr>
        <w:t xml:space="preserve">کشتی دار و همکاران (1396) با استفاده از روش ترکیبی </w:t>
      </w:r>
      <w:r w:rsidR="00642220" w:rsidRPr="00672E1E">
        <w:rPr>
          <w:rFonts w:asciiTheme="minorHAnsi" w:hAnsiTheme="minorHAnsi" w:cs="B Lotus"/>
          <w:szCs w:val="26"/>
          <w:highlight w:val="green"/>
        </w:rPr>
        <w:t>BSC</w:t>
      </w:r>
      <w:r w:rsidR="00874667">
        <w:rPr>
          <w:rFonts w:asciiTheme="minorHAnsi" w:hAnsiTheme="minorHAnsi" w:cs="B Lotus" w:hint="cs"/>
          <w:szCs w:val="26"/>
          <w:highlight w:val="green"/>
          <w:rtl/>
        </w:rPr>
        <w:t xml:space="preserve"> و </w:t>
      </w:r>
      <w:r w:rsidR="00642220" w:rsidRPr="00672E1E">
        <w:rPr>
          <w:rFonts w:asciiTheme="minorHAnsi" w:hAnsiTheme="minorHAnsi" w:cs="B Lotus"/>
          <w:szCs w:val="26"/>
          <w:highlight w:val="green"/>
        </w:rPr>
        <w:t>QFD</w:t>
      </w:r>
      <w:r w:rsidR="00642220" w:rsidRPr="00672E1E">
        <w:rPr>
          <w:rFonts w:asciiTheme="minorHAnsi" w:hAnsiTheme="minorHAnsi" w:cs="B Lotus"/>
          <w:szCs w:val="26"/>
          <w:highlight w:val="green"/>
          <w:rtl/>
        </w:rPr>
        <w:t xml:space="preserve"> و با بررسی باشگاه های تندرستی بانوان شهر مشهد نشان دادند از منظر مالی توسعه فرصت های درآمدزا و تقویت ارزش مشتری نسبت به سایر سنجه ها از اهمیت بالاتری برخوردار هستند. از منظر مشتری، گسترش کیفیت و تنوع خدمات رتبه یک و داشتن امکانات جذاب و مدرن رتبه دو را دارا هستند. از بعد فرایندهای داخلی به ترتیب تلاش در جهت افزایش چرخه عمر مشتریان و تشخیص حوزه های کاری غیرسودده از مهم ترین عوامل می باشند. همچنین تقویت مهارت های مدیریتی و بکارگیری از علم بازاریابی ورزشی از موثرترین عوامل در بعد رشد و یادگیری معرفی شدند</w:t>
      </w:r>
      <w:r w:rsidR="00E733B9">
        <w:rPr>
          <w:rFonts w:asciiTheme="minorHAnsi" w:hAnsiTheme="minorHAnsi" w:cs="B Lotus" w:hint="cs"/>
          <w:szCs w:val="26"/>
          <w:rtl/>
        </w:rPr>
        <w:t xml:space="preserve"> (17).</w:t>
      </w:r>
    </w:p>
    <w:p w14:paraId="4C176C4E" w14:textId="108A946A" w:rsidR="00E52C87" w:rsidRPr="00874667" w:rsidRDefault="00E52C87" w:rsidP="00874667">
      <w:pPr>
        <w:bidi/>
        <w:jc w:val="both"/>
        <w:rPr>
          <w:rFonts w:asciiTheme="minorHAnsi" w:hAnsiTheme="minorHAnsi" w:cs="B Lotus"/>
          <w:szCs w:val="26"/>
        </w:rPr>
      </w:pPr>
      <w:r w:rsidRPr="00571870">
        <w:rPr>
          <w:rFonts w:cs="B Lotus"/>
          <w:szCs w:val="26"/>
          <w:rtl/>
        </w:rPr>
        <w:lastRenderedPageBreak/>
        <w:t>همچنین در غیاب مدل‌های علمی و ساختارمند، پیامدهایی نظیر ریزش مشتریان، افزایش هزینه‌های پنهان عملیاتی، کاهش نرخ بازگشت سرمایه و افت جایگاه رقابتی مراکز آبی رخ می‌دهد که این موضوع، به‌ویژه در استخرهای عمومی، تهدیدی جدی برای پایداری آن‌ها به شمار می‌رود</w:t>
      </w:r>
      <w:r w:rsidRPr="00571870">
        <w:rPr>
          <w:rFonts w:cs="B Lotus"/>
          <w:szCs w:val="26"/>
        </w:rPr>
        <w:t xml:space="preserve"> </w:t>
      </w:r>
      <w:r w:rsidRPr="00820981">
        <w:rPr>
          <w:rFonts w:cs="B Lotus" w:hint="cs"/>
          <w:szCs w:val="26"/>
          <w:rtl/>
        </w:rPr>
        <w:t>(</w:t>
      </w:r>
      <w:r w:rsidR="003D6A62">
        <w:rPr>
          <w:rFonts w:cs="B Lotus" w:hint="cs"/>
          <w:szCs w:val="26"/>
          <w:rtl/>
          <w:lang w:bidi="fa-IR"/>
        </w:rPr>
        <w:t>18</w:t>
      </w:r>
      <w:r w:rsidRPr="00820981">
        <w:rPr>
          <w:rFonts w:cs="B Lotus" w:hint="cs"/>
          <w:szCs w:val="26"/>
          <w:rtl/>
        </w:rPr>
        <w:t>).</w:t>
      </w:r>
    </w:p>
    <w:p w14:paraId="39A2B8D7" w14:textId="77777777" w:rsidR="00E52C87" w:rsidRPr="00571870" w:rsidRDefault="00E52C87" w:rsidP="00E52C87">
      <w:pPr>
        <w:bidi/>
        <w:jc w:val="both"/>
        <w:rPr>
          <w:rFonts w:cs="B Lotus"/>
          <w:szCs w:val="26"/>
        </w:rPr>
      </w:pPr>
      <w:r w:rsidRPr="00571870">
        <w:rPr>
          <w:rFonts w:cs="B Lotus"/>
          <w:szCs w:val="26"/>
          <w:rtl/>
        </w:rPr>
        <w:t xml:space="preserve">افزون بر این، تنوع در مالکیت و ساختار استخرهای ورزشی کشور </w:t>
      </w:r>
      <w:r w:rsidRPr="00571870">
        <w:rPr>
          <w:rFonts w:ascii="Arial" w:hAnsi="Arial" w:cs="Arial" w:hint="cs"/>
          <w:szCs w:val="26"/>
          <w:rtl/>
        </w:rPr>
        <w:t>–</w:t>
      </w:r>
      <w:r w:rsidRPr="00571870">
        <w:rPr>
          <w:rFonts w:cs="B Lotus"/>
          <w:szCs w:val="26"/>
          <w:rtl/>
        </w:rPr>
        <w:t xml:space="preserve"> </w:t>
      </w:r>
      <w:r w:rsidRPr="00571870">
        <w:rPr>
          <w:rFonts w:cs="B Lotus" w:hint="cs"/>
          <w:szCs w:val="26"/>
          <w:rtl/>
        </w:rPr>
        <w:t>اعم</w:t>
      </w:r>
      <w:r w:rsidRPr="00571870">
        <w:rPr>
          <w:rFonts w:cs="B Lotus"/>
          <w:szCs w:val="26"/>
          <w:rtl/>
        </w:rPr>
        <w:t xml:space="preserve"> </w:t>
      </w:r>
      <w:r w:rsidRPr="00571870">
        <w:rPr>
          <w:rFonts w:cs="B Lotus" w:hint="cs"/>
          <w:szCs w:val="26"/>
          <w:rtl/>
        </w:rPr>
        <w:t>از</w:t>
      </w:r>
      <w:r w:rsidRPr="00571870">
        <w:rPr>
          <w:rFonts w:cs="B Lotus"/>
          <w:szCs w:val="26"/>
          <w:rtl/>
        </w:rPr>
        <w:t xml:space="preserve"> </w:t>
      </w:r>
      <w:r w:rsidRPr="00571870">
        <w:rPr>
          <w:rFonts w:cs="B Lotus" w:hint="cs"/>
          <w:szCs w:val="26"/>
          <w:rtl/>
        </w:rPr>
        <w:t>مراکز</w:t>
      </w:r>
      <w:r w:rsidRPr="00571870">
        <w:rPr>
          <w:rFonts w:cs="B Lotus"/>
          <w:szCs w:val="26"/>
          <w:rtl/>
        </w:rPr>
        <w:t xml:space="preserve"> </w:t>
      </w:r>
      <w:r w:rsidRPr="00571870">
        <w:rPr>
          <w:rFonts w:cs="B Lotus" w:hint="cs"/>
          <w:szCs w:val="26"/>
          <w:rtl/>
        </w:rPr>
        <w:t>دولتی،</w:t>
      </w:r>
      <w:r w:rsidRPr="00571870">
        <w:rPr>
          <w:rFonts w:cs="B Lotus"/>
          <w:szCs w:val="26"/>
          <w:rtl/>
        </w:rPr>
        <w:t xml:space="preserve"> </w:t>
      </w:r>
      <w:r w:rsidRPr="00571870">
        <w:rPr>
          <w:rFonts w:cs="B Lotus" w:hint="cs"/>
          <w:szCs w:val="26"/>
          <w:rtl/>
        </w:rPr>
        <w:t>دانشگاهی،</w:t>
      </w:r>
      <w:r w:rsidRPr="00571870">
        <w:rPr>
          <w:rFonts w:cs="B Lotus"/>
          <w:szCs w:val="26"/>
          <w:rtl/>
        </w:rPr>
        <w:t xml:space="preserve"> </w:t>
      </w:r>
      <w:r w:rsidRPr="00571870">
        <w:rPr>
          <w:rFonts w:cs="B Lotus" w:hint="cs"/>
          <w:szCs w:val="26"/>
          <w:rtl/>
        </w:rPr>
        <w:t>خصوصی</w:t>
      </w:r>
      <w:r w:rsidRPr="00571870">
        <w:rPr>
          <w:rFonts w:cs="B Lotus"/>
          <w:szCs w:val="26"/>
          <w:rtl/>
        </w:rPr>
        <w:t xml:space="preserve"> </w:t>
      </w:r>
      <w:r w:rsidRPr="00571870">
        <w:rPr>
          <w:rFonts w:cs="B Lotus" w:hint="cs"/>
          <w:szCs w:val="26"/>
          <w:rtl/>
        </w:rPr>
        <w:t>و</w:t>
      </w:r>
      <w:r w:rsidRPr="00571870">
        <w:rPr>
          <w:rFonts w:cs="B Lotus"/>
          <w:szCs w:val="26"/>
          <w:rtl/>
        </w:rPr>
        <w:t xml:space="preserve"> </w:t>
      </w:r>
      <w:r w:rsidRPr="00571870">
        <w:rPr>
          <w:rFonts w:cs="B Lotus" w:hint="cs"/>
          <w:szCs w:val="26"/>
          <w:rtl/>
        </w:rPr>
        <w:t>پیمان‌سپاری‌شده</w:t>
      </w:r>
      <w:r w:rsidRPr="00571870">
        <w:rPr>
          <w:rFonts w:cs="B Lotus"/>
          <w:szCs w:val="26"/>
          <w:rtl/>
        </w:rPr>
        <w:t xml:space="preserve"> </w:t>
      </w:r>
      <w:r w:rsidRPr="00571870">
        <w:rPr>
          <w:rFonts w:ascii="Arial" w:hAnsi="Arial" w:cs="Arial" w:hint="cs"/>
          <w:szCs w:val="26"/>
          <w:rtl/>
        </w:rPr>
        <w:t>–</w:t>
      </w:r>
      <w:r w:rsidRPr="00571870">
        <w:rPr>
          <w:rFonts w:cs="B Lotus"/>
          <w:szCs w:val="26"/>
          <w:rtl/>
        </w:rPr>
        <w:t xml:space="preserve"> </w:t>
      </w:r>
      <w:r w:rsidRPr="00571870">
        <w:rPr>
          <w:rFonts w:cs="B Lotus" w:hint="cs"/>
          <w:szCs w:val="26"/>
          <w:rtl/>
        </w:rPr>
        <w:t>ضرورت</w:t>
      </w:r>
      <w:r w:rsidRPr="00571870">
        <w:rPr>
          <w:rFonts w:cs="B Lotus"/>
          <w:szCs w:val="26"/>
          <w:rtl/>
        </w:rPr>
        <w:t xml:space="preserve"> </w:t>
      </w:r>
      <w:r w:rsidRPr="00571870">
        <w:rPr>
          <w:rFonts w:cs="B Lotus" w:hint="cs"/>
          <w:szCs w:val="26"/>
          <w:rtl/>
        </w:rPr>
        <w:t>طراحی</w:t>
      </w:r>
      <w:r w:rsidRPr="00571870">
        <w:rPr>
          <w:rFonts w:cs="B Lotus"/>
          <w:szCs w:val="26"/>
          <w:rtl/>
        </w:rPr>
        <w:t xml:space="preserve"> </w:t>
      </w:r>
      <w:r w:rsidRPr="00571870">
        <w:rPr>
          <w:rFonts w:cs="B Lotus" w:hint="cs"/>
          <w:szCs w:val="26"/>
          <w:rtl/>
        </w:rPr>
        <w:t>مدلی</w:t>
      </w:r>
      <w:r w:rsidRPr="00571870">
        <w:rPr>
          <w:rFonts w:cs="B Lotus"/>
          <w:szCs w:val="26"/>
          <w:rtl/>
        </w:rPr>
        <w:t xml:space="preserve"> </w:t>
      </w:r>
      <w:r w:rsidRPr="00571870">
        <w:rPr>
          <w:rFonts w:cs="B Lotus" w:hint="cs"/>
          <w:szCs w:val="26"/>
          <w:rtl/>
        </w:rPr>
        <w:t>انعطاف‌پذیر</w:t>
      </w:r>
      <w:r w:rsidRPr="00571870">
        <w:rPr>
          <w:rFonts w:cs="B Lotus"/>
          <w:szCs w:val="26"/>
          <w:rtl/>
        </w:rPr>
        <w:t xml:space="preserve"> </w:t>
      </w:r>
      <w:r w:rsidRPr="00571870">
        <w:rPr>
          <w:rFonts w:cs="B Lotus" w:hint="cs"/>
          <w:szCs w:val="26"/>
          <w:rtl/>
        </w:rPr>
        <w:t>و</w:t>
      </w:r>
      <w:r w:rsidRPr="00571870">
        <w:rPr>
          <w:rFonts w:cs="B Lotus"/>
          <w:szCs w:val="26"/>
          <w:rtl/>
        </w:rPr>
        <w:t xml:space="preserve"> </w:t>
      </w:r>
      <w:r w:rsidRPr="00571870">
        <w:rPr>
          <w:rFonts w:cs="B Lotus" w:hint="cs"/>
          <w:szCs w:val="26"/>
          <w:rtl/>
        </w:rPr>
        <w:t>تطبیق‌پذیر</w:t>
      </w:r>
      <w:r w:rsidRPr="00571870">
        <w:rPr>
          <w:rFonts w:cs="B Lotus"/>
          <w:szCs w:val="26"/>
          <w:rtl/>
        </w:rPr>
        <w:t xml:space="preserve"> </w:t>
      </w:r>
      <w:r w:rsidRPr="00571870">
        <w:rPr>
          <w:rFonts w:cs="B Lotus" w:hint="cs"/>
          <w:szCs w:val="26"/>
          <w:rtl/>
        </w:rPr>
        <w:t>با</w:t>
      </w:r>
      <w:r w:rsidRPr="00571870">
        <w:rPr>
          <w:rFonts w:cs="B Lotus"/>
          <w:szCs w:val="26"/>
          <w:rtl/>
        </w:rPr>
        <w:t xml:space="preserve"> </w:t>
      </w:r>
      <w:r w:rsidRPr="00571870">
        <w:rPr>
          <w:rFonts w:cs="B Lotus" w:hint="cs"/>
          <w:szCs w:val="26"/>
          <w:rtl/>
        </w:rPr>
        <w:t>ساختارهای</w:t>
      </w:r>
      <w:r w:rsidRPr="00571870">
        <w:rPr>
          <w:rFonts w:cs="B Lotus"/>
          <w:szCs w:val="26"/>
          <w:rtl/>
        </w:rPr>
        <w:t xml:space="preserve"> </w:t>
      </w:r>
      <w:r w:rsidRPr="00571870">
        <w:rPr>
          <w:rFonts w:cs="B Lotus" w:hint="cs"/>
          <w:szCs w:val="26"/>
          <w:rtl/>
        </w:rPr>
        <w:t>مختلف</w:t>
      </w:r>
      <w:r w:rsidRPr="00571870">
        <w:rPr>
          <w:rFonts w:cs="B Lotus"/>
          <w:szCs w:val="26"/>
          <w:rtl/>
        </w:rPr>
        <w:t xml:space="preserve"> </w:t>
      </w:r>
      <w:r w:rsidRPr="00571870">
        <w:rPr>
          <w:rFonts w:cs="B Lotus" w:hint="cs"/>
          <w:szCs w:val="26"/>
          <w:rtl/>
        </w:rPr>
        <w:t>را</w:t>
      </w:r>
      <w:r w:rsidRPr="00571870">
        <w:rPr>
          <w:rFonts w:cs="B Lotus"/>
          <w:szCs w:val="26"/>
          <w:rtl/>
        </w:rPr>
        <w:t xml:space="preserve"> </w:t>
      </w:r>
      <w:r w:rsidRPr="00571870">
        <w:rPr>
          <w:rFonts w:cs="B Lotus" w:hint="cs"/>
          <w:szCs w:val="26"/>
          <w:rtl/>
        </w:rPr>
        <w:t>دوچندان</w:t>
      </w:r>
      <w:r w:rsidRPr="00571870">
        <w:rPr>
          <w:rFonts w:cs="B Lotus"/>
          <w:szCs w:val="26"/>
          <w:rtl/>
        </w:rPr>
        <w:t xml:space="preserve"> </w:t>
      </w:r>
      <w:r w:rsidRPr="00571870">
        <w:rPr>
          <w:rFonts w:cs="B Lotus" w:hint="cs"/>
          <w:szCs w:val="26"/>
          <w:rtl/>
        </w:rPr>
        <w:t>کرده</w:t>
      </w:r>
      <w:r w:rsidRPr="00571870">
        <w:rPr>
          <w:rFonts w:cs="B Lotus"/>
          <w:szCs w:val="26"/>
          <w:rtl/>
        </w:rPr>
        <w:t xml:space="preserve"> </w:t>
      </w:r>
      <w:r w:rsidRPr="00571870">
        <w:rPr>
          <w:rFonts w:cs="B Lotus" w:hint="cs"/>
          <w:szCs w:val="26"/>
          <w:rtl/>
        </w:rPr>
        <w:t>است</w:t>
      </w:r>
      <w:r w:rsidRPr="00571870">
        <w:rPr>
          <w:rFonts w:cs="B Lotus"/>
          <w:szCs w:val="26"/>
          <w:rtl/>
        </w:rPr>
        <w:t xml:space="preserve">. </w:t>
      </w:r>
      <w:r w:rsidRPr="00571870">
        <w:rPr>
          <w:rFonts w:cs="B Lotus" w:hint="cs"/>
          <w:szCs w:val="26"/>
          <w:rtl/>
        </w:rPr>
        <w:t>مدلی</w:t>
      </w:r>
      <w:r w:rsidRPr="00571870">
        <w:rPr>
          <w:rFonts w:cs="B Lotus"/>
          <w:szCs w:val="26"/>
          <w:rtl/>
        </w:rPr>
        <w:t xml:space="preserve"> </w:t>
      </w:r>
      <w:r w:rsidRPr="00571870">
        <w:rPr>
          <w:rFonts w:cs="B Lotus" w:hint="cs"/>
          <w:szCs w:val="26"/>
          <w:rtl/>
        </w:rPr>
        <w:t>که</w:t>
      </w:r>
      <w:r w:rsidRPr="00571870">
        <w:rPr>
          <w:rFonts w:cs="B Lotus"/>
          <w:szCs w:val="26"/>
          <w:rtl/>
        </w:rPr>
        <w:t xml:space="preserve"> </w:t>
      </w:r>
      <w:r w:rsidRPr="00571870">
        <w:rPr>
          <w:rFonts w:cs="B Lotus" w:hint="cs"/>
          <w:szCs w:val="26"/>
          <w:rtl/>
        </w:rPr>
        <w:t>توان</w:t>
      </w:r>
      <w:r w:rsidRPr="00571870">
        <w:rPr>
          <w:rFonts w:cs="B Lotus"/>
          <w:szCs w:val="26"/>
          <w:rtl/>
        </w:rPr>
        <w:t xml:space="preserve"> </w:t>
      </w:r>
      <w:r w:rsidRPr="00571870">
        <w:rPr>
          <w:rFonts w:cs="B Lotus" w:hint="cs"/>
          <w:szCs w:val="26"/>
          <w:rtl/>
        </w:rPr>
        <w:t>پاسخ‌گویی</w:t>
      </w:r>
      <w:r w:rsidRPr="00571870">
        <w:rPr>
          <w:rFonts w:cs="B Lotus"/>
          <w:szCs w:val="26"/>
          <w:rtl/>
        </w:rPr>
        <w:t xml:space="preserve"> </w:t>
      </w:r>
      <w:r w:rsidRPr="00571870">
        <w:rPr>
          <w:rFonts w:cs="B Lotus" w:hint="cs"/>
          <w:szCs w:val="26"/>
          <w:rtl/>
        </w:rPr>
        <w:t>به</w:t>
      </w:r>
      <w:r w:rsidRPr="00571870">
        <w:rPr>
          <w:rFonts w:cs="B Lotus"/>
          <w:szCs w:val="26"/>
          <w:rtl/>
        </w:rPr>
        <w:t xml:space="preserve"> </w:t>
      </w:r>
      <w:r w:rsidRPr="00571870">
        <w:rPr>
          <w:rFonts w:cs="B Lotus" w:hint="cs"/>
          <w:szCs w:val="26"/>
          <w:rtl/>
        </w:rPr>
        <w:t>الزامات،</w:t>
      </w:r>
      <w:r w:rsidRPr="00571870">
        <w:rPr>
          <w:rFonts w:cs="B Lotus"/>
          <w:szCs w:val="26"/>
          <w:rtl/>
        </w:rPr>
        <w:t xml:space="preserve"> </w:t>
      </w:r>
      <w:r w:rsidRPr="00571870">
        <w:rPr>
          <w:rFonts w:cs="B Lotus" w:hint="cs"/>
          <w:szCs w:val="26"/>
          <w:rtl/>
        </w:rPr>
        <w:t>نیازها</w:t>
      </w:r>
      <w:r w:rsidRPr="00571870">
        <w:rPr>
          <w:rFonts w:cs="B Lotus"/>
          <w:szCs w:val="26"/>
          <w:rtl/>
        </w:rPr>
        <w:t xml:space="preserve"> </w:t>
      </w:r>
      <w:r w:rsidRPr="00571870">
        <w:rPr>
          <w:rFonts w:cs="B Lotus" w:hint="cs"/>
          <w:szCs w:val="26"/>
          <w:rtl/>
        </w:rPr>
        <w:t>و</w:t>
      </w:r>
      <w:r w:rsidRPr="00571870">
        <w:rPr>
          <w:rFonts w:cs="B Lotus"/>
          <w:szCs w:val="26"/>
          <w:rtl/>
        </w:rPr>
        <w:t xml:space="preserve"> </w:t>
      </w:r>
      <w:r w:rsidRPr="00571870">
        <w:rPr>
          <w:rFonts w:cs="B Lotus" w:hint="cs"/>
          <w:szCs w:val="26"/>
          <w:rtl/>
        </w:rPr>
        <w:t>چالش‌های</w:t>
      </w:r>
      <w:r w:rsidRPr="00571870">
        <w:rPr>
          <w:rFonts w:cs="B Lotus"/>
          <w:szCs w:val="26"/>
          <w:rtl/>
        </w:rPr>
        <w:t xml:space="preserve"> </w:t>
      </w:r>
      <w:r w:rsidRPr="00571870">
        <w:rPr>
          <w:rFonts w:cs="B Lotus" w:hint="cs"/>
          <w:szCs w:val="26"/>
          <w:rtl/>
        </w:rPr>
        <w:t>گوناگون</w:t>
      </w:r>
      <w:r w:rsidRPr="00571870">
        <w:rPr>
          <w:rFonts w:cs="B Lotus"/>
          <w:szCs w:val="26"/>
          <w:rtl/>
        </w:rPr>
        <w:t xml:space="preserve"> </w:t>
      </w:r>
      <w:r w:rsidRPr="00571870">
        <w:rPr>
          <w:rFonts w:cs="B Lotus" w:hint="cs"/>
          <w:szCs w:val="26"/>
          <w:rtl/>
        </w:rPr>
        <w:t>بهره‌برداران</w:t>
      </w:r>
      <w:r w:rsidRPr="00571870">
        <w:rPr>
          <w:rFonts w:cs="B Lotus"/>
          <w:szCs w:val="26"/>
          <w:rtl/>
        </w:rPr>
        <w:t xml:space="preserve"> </w:t>
      </w:r>
      <w:r w:rsidRPr="00571870">
        <w:rPr>
          <w:rFonts w:cs="B Lotus" w:hint="cs"/>
          <w:szCs w:val="26"/>
          <w:rtl/>
        </w:rPr>
        <w:t>را</w:t>
      </w:r>
      <w:r w:rsidRPr="00571870">
        <w:rPr>
          <w:rFonts w:cs="B Lotus"/>
          <w:szCs w:val="26"/>
          <w:rtl/>
        </w:rPr>
        <w:t xml:space="preserve"> </w:t>
      </w:r>
      <w:r w:rsidRPr="00571870">
        <w:rPr>
          <w:rFonts w:cs="B Lotus" w:hint="cs"/>
          <w:szCs w:val="26"/>
          <w:rtl/>
        </w:rPr>
        <w:t>داشته</w:t>
      </w:r>
      <w:r w:rsidRPr="00571870">
        <w:rPr>
          <w:rFonts w:cs="B Lotus"/>
          <w:szCs w:val="26"/>
          <w:rtl/>
        </w:rPr>
        <w:t xml:space="preserve"> </w:t>
      </w:r>
      <w:r w:rsidRPr="00571870">
        <w:rPr>
          <w:rFonts w:cs="B Lotus" w:hint="cs"/>
          <w:szCs w:val="26"/>
          <w:rtl/>
        </w:rPr>
        <w:t>باشد</w:t>
      </w:r>
      <w:r w:rsidRPr="00571870">
        <w:rPr>
          <w:rFonts w:cs="B Lotus"/>
          <w:szCs w:val="26"/>
          <w:rtl/>
        </w:rPr>
        <w:t xml:space="preserve">. </w:t>
      </w:r>
      <w:r w:rsidRPr="00571870">
        <w:rPr>
          <w:rFonts w:cs="B Lotus" w:hint="cs"/>
          <w:szCs w:val="26"/>
          <w:rtl/>
        </w:rPr>
        <w:t>با</w:t>
      </w:r>
      <w:r w:rsidRPr="00571870">
        <w:rPr>
          <w:rFonts w:cs="B Lotus"/>
          <w:szCs w:val="26"/>
          <w:rtl/>
        </w:rPr>
        <w:t xml:space="preserve"> </w:t>
      </w:r>
      <w:r w:rsidRPr="00571870">
        <w:rPr>
          <w:rFonts w:cs="B Lotus" w:hint="cs"/>
          <w:szCs w:val="26"/>
          <w:rtl/>
        </w:rPr>
        <w:t>توجه</w:t>
      </w:r>
      <w:r w:rsidRPr="00571870">
        <w:rPr>
          <w:rFonts w:cs="B Lotus"/>
          <w:szCs w:val="26"/>
          <w:rtl/>
        </w:rPr>
        <w:t xml:space="preserve"> </w:t>
      </w:r>
      <w:r w:rsidRPr="00571870">
        <w:rPr>
          <w:rFonts w:cs="B Lotus" w:hint="cs"/>
          <w:szCs w:val="26"/>
          <w:rtl/>
        </w:rPr>
        <w:t>به</w:t>
      </w:r>
      <w:r w:rsidRPr="00571870">
        <w:rPr>
          <w:rFonts w:cs="B Lotus"/>
          <w:szCs w:val="26"/>
          <w:rtl/>
        </w:rPr>
        <w:t xml:space="preserve"> </w:t>
      </w:r>
      <w:r w:rsidRPr="00571870">
        <w:rPr>
          <w:rFonts w:cs="B Lotus" w:hint="cs"/>
          <w:szCs w:val="26"/>
          <w:rtl/>
        </w:rPr>
        <w:t>ویژگی‌های</w:t>
      </w:r>
      <w:r w:rsidRPr="00571870">
        <w:rPr>
          <w:rFonts w:cs="B Lotus"/>
          <w:szCs w:val="26"/>
          <w:rtl/>
        </w:rPr>
        <w:t xml:space="preserve"> </w:t>
      </w:r>
      <w:r w:rsidRPr="00571870">
        <w:rPr>
          <w:rFonts w:cs="B Lotus" w:hint="cs"/>
          <w:szCs w:val="26"/>
          <w:rtl/>
        </w:rPr>
        <w:t>خاص</w:t>
      </w:r>
      <w:r w:rsidRPr="00571870">
        <w:rPr>
          <w:rFonts w:cs="B Lotus"/>
          <w:szCs w:val="26"/>
          <w:rtl/>
        </w:rPr>
        <w:t xml:space="preserve"> </w:t>
      </w:r>
      <w:r w:rsidRPr="00571870">
        <w:rPr>
          <w:rFonts w:cs="B Lotus" w:hint="cs"/>
          <w:szCs w:val="26"/>
          <w:rtl/>
        </w:rPr>
        <w:t>استخرهای</w:t>
      </w:r>
      <w:r w:rsidRPr="00571870">
        <w:rPr>
          <w:rFonts w:cs="B Lotus"/>
          <w:szCs w:val="26"/>
          <w:rtl/>
        </w:rPr>
        <w:t xml:space="preserve"> </w:t>
      </w:r>
      <w:r w:rsidRPr="00571870">
        <w:rPr>
          <w:rFonts w:cs="B Lotus" w:hint="cs"/>
          <w:szCs w:val="26"/>
          <w:rtl/>
        </w:rPr>
        <w:t>ورزشی،</w:t>
      </w:r>
      <w:r w:rsidRPr="00571870">
        <w:rPr>
          <w:rFonts w:cs="B Lotus"/>
          <w:szCs w:val="26"/>
          <w:rtl/>
        </w:rPr>
        <w:t xml:space="preserve"> </w:t>
      </w:r>
      <w:r w:rsidRPr="00571870">
        <w:rPr>
          <w:rFonts w:cs="B Lotus" w:hint="cs"/>
          <w:szCs w:val="26"/>
          <w:rtl/>
        </w:rPr>
        <w:t>از</w:t>
      </w:r>
      <w:r w:rsidRPr="00571870">
        <w:rPr>
          <w:rFonts w:cs="B Lotus"/>
          <w:szCs w:val="26"/>
          <w:rtl/>
        </w:rPr>
        <w:t xml:space="preserve"> </w:t>
      </w:r>
      <w:r w:rsidRPr="00571870">
        <w:rPr>
          <w:rFonts w:cs="B Lotus" w:hint="cs"/>
          <w:szCs w:val="26"/>
          <w:rtl/>
        </w:rPr>
        <w:t>جمله</w:t>
      </w:r>
      <w:r w:rsidRPr="00571870">
        <w:rPr>
          <w:rFonts w:cs="B Lotus"/>
          <w:szCs w:val="26"/>
          <w:rtl/>
        </w:rPr>
        <w:t xml:space="preserve"> </w:t>
      </w:r>
      <w:r w:rsidRPr="00571870">
        <w:rPr>
          <w:rFonts w:cs="B Lotus" w:hint="cs"/>
          <w:szCs w:val="26"/>
          <w:rtl/>
        </w:rPr>
        <w:t>ماهیت</w:t>
      </w:r>
      <w:r w:rsidRPr="00571870">
        <w:rPr>
          <w:rFonts w:cs="B Lotus"/>
          <w:szCs w:val="26"/>
          <w:rtl/>
        </w:rPr>
        <w:t xml:space="preserve"> </w:t>
      </w:r>
      <w:r w:rsidRPr="00571870">
        <w:rPr>
          <w:rFonts w:cs="B Lotus" w:hint="cs"/>
          <w:szCs w:val="26"/>
          <w:rtl/>
        </w:rPr>
        <w:t>خدمات‌محور،</w:t>
      </w:r>
      <w:r w:rsidRPr="00571870">
        <w:rPr>
          <w:rFonts w:cs="B Lotus"/>
          <w:szCs w:val="26"/>
          <w:rtl/>
        </w:rPr>
        <w:t xml:space="preserve"> </w:t>
      </w:r>
      <w:r w:rsidRPr="00571870">
        <w:rPr>
          <w:rFonts w:cs="B Lotus" w:hint="cs"/>
          <w:szCs w:val="26"/>
          <w:rtl/>
        </w:rPr>
        <w:t>الزامات</w:t>
      </w:r>
      <w:r w:rsidRPr="00571870">
        <w:rPr>
          <w:rFonts w:cs="B Lotus"/>
          <w:szCs w:val="26"/>
          <w:rtl/>
        </w:rPr>
        <w:t xml:space="preserve"> </w:t>
      </w:r>
      <w:r w:rsidRPr="00571870">
        <w:rPr>
          <w:rFonts w:cs="B Lotus" w:hint="cs"/>
          <w:szCs w:val="26"/>
          <w:rtl/>
        </w:rPr>
        <w:t>بهداشتی</w:t>
      </w:r>
      <w:r w:rsidRPr="00571870">
        <w:rPr>
          <w:rFonts w:cs="B Lotus"/>
          <w:szCs w:val="26"/>
          <w:rtl/>
        </w:rPr>
        <w:t xml:space="preserve"> </w:t>
      </w:r>
      <w:r w:rsidRPr="00571870">
        <w:rPr>
          <w:rFonts w:cs="B Lotus" w:hint="cs"/>
          <w:szCs w:val="26"/>
          <w:rtl/>
        </w:rPr>
        <w:t>و</w:t>
      </w:r>
      <w:r w:rsidRPr="00571870">
        <w:rPr>
          <w:rFonts w:cs="B Lotus"/>
          <w:szCs w:val="26"/>
          <w:rtl/>
        </w:rPr>
        <w:t xml:space="preserve"> </w:t>
      </w:r>
      <w:r w:rsidRPr="00571870">
        <w:rPr>
          <w:rFonts w:cs="B Lotus" w:hint="cs"/>
          <w:szCs w:val="26"/>
          <w:rtl/>
        </w:rPr>
        <w:t>ایمنی</w:t>
      </w:r>
      <w:r w:rsidRPr="00571870">
        <w:rPr>
          <w:rFonts w:cs="B Lotus"/>
          <w:szCs w:val="26"/>
          <w:rtl/>
        </w:rPr>
        <w:t xml:space="preserve"> </w:t>
      </w:r>
      <w:r w:rsidRPr="00571870">
        <w:rPr>
          <w:rFonts w:cs="B Lotus" w:hint="cs"/>
          <w:szCs w:val="26"/>
          <w:rtl/>
        </w:rPr>
        <w:t>بالا،</w:t>
      </w:r>
      <w:r w:rsidRPr="00571870">
        <w:rPr>
          <w:rFonts w:cs="B Lotus"/>
          <w:szCs w:val="26"/>
          <w:rtl/>
        </w:rPr>
        <w:t xml:space="preserve"> </w:t>
      </w:r>
      <w:r w:rsidRPr="00571870">
        <w:rPr>
          <w:rFonts w:cs="B Lotus" w:hint="cs"/>
          <w:szCs w:val="26"/>
          <w:rtl/>
        </w:rPr>
        <w:t>و</w:t>
      </w:r>
      <w:r w:rsidRPr="00571870">
        <w:rPr>
          <w:rFonts w:cs="B Lotus"/>
          <w:szCs w:val="26"/>
          <w:rtl/>
        </w:rPr>
        <w:t xml:space="preserve"> </w:t>
      </w:r>
      <w:r w:rsidRPr="00571870">
        <w:rPr>
          <w:rFonts w:cs="B Lotus" w:hint="cs"/>
          <w:szCs w:val="26"/>
          <w:rtl/>
        </w:rPr>
        <w:t>ساختار</w:t>
      </w:r>
      <w:r w:rsidRPr="00571870">
        <w:rPr>
          <w:rFonts w:cs="B Lotus"/>
          <w:szCs w:val="26"/>
          <w:rtl/>
        </w:rPr>
        <w:t xml:space="preserve"> </w:t>
      </w:r>
      <w:r w:rsidRPr="00571870">
        <w:rPr>
          <w:rFonts w:cs="B Lotus" w:hint="cs"/>
          <w:szCs w:val="26"/>
          <w:rtl/>
        </w:rPr>
        <w:t>پیچیده</w:t>
      </w:r>
      <w:r w:rsidRPr="00571870">
        <w:rPr>
          <w:rFonts w:cs="B Lotus"/>
          <w:szCs w:val="26"/>
          <w:rtl/>
        </w:rPr>
        <w:t xml:space="preserve"> </w:t>
      </w:r>
      <w:r w:rsidRPr="00571870">
        <w:rPr>
          <w:rFonts w:cs="B Lotus" w:hint="cs"/>
          <w:szCs w:val="26"/>
          <w:rtl/>
        </w:rPr>
        <w:t>منابع</w:t>
      </w:r>
      <w:r w:rsidRPr="00571870">
        <w:rPr>
          <w:rFonts w:cs="B Lotus"/>
          <w:szCs w:val="26"/>
          <w:rtl/>
        </w:rPr>
        <w:t xml:space="preserve"> </w:t>
      </w:r>
      <w:r w:rsidRPr="00571870">
        <w:rPr>
          <w:rFonts w:cs="B Lotus" w:hint="cs"/>
          <w:szCs w:val="26"/>
          <w:rtl/>
        </w:rPr>
        <w:t>انسانی</w:t>
      </w:r>
      <w:r w:rsidRPr="00571870">
        <w:rPr>
          <w:rFonts w:cs="B Lotus"/>
          <w:szCs w:val="26"/>
          <w:rtl/>
        </w:rPr>
        <w:t xml:space="preserve"> </w:t>
      </w:r>
      <w:r w:rsidRPr="00571870">
        <w:rPr>
          <w:rFonts w:cs="B Lotus" w:hint="cs"/>
          <w:szCs w:val="26"/>
          <w:rtl/>
        </w:rPr>
        <w:t>که</w:t>
      </w:r>
      <w:r w:rsidRPr="00571870">
        <w:rPr>
          <w:rFonts w:cs="B Lotus"/>
          <w:szCs w:val="26"/>
          <w:rtl/>
        </w:rPr>
        <w:t xml:space="preserve"> </w:t>
      </w:r>
      <w:r w:rsidRPr="00571870">
        <w:rPr>
          <w:rFonts w:cs="B Lotus" w:hint="cs"/>
          <w:szCs w:val="26"/>
          <w:rtl/>
        </w:rPr>
        <w:t>ارتباط</w:t>
      </w:r>
      <w:r w:rsidRPr="00571870">
        <w:rPr>
          <w:rFonts w:cs="B Lotus"/>
          <w:szCs w:val="26"/>
          <w:rtl/>
        </w:rPr>
        <w:t xml:space="preserve"> </w:t>
      </w:r>
      <w:r w:rsidRPr="00571870">
        <w:rPr>
          <w:rFonts w:cs="B Lotus" w:hint="cs"/>
          <w:szCs w:val="26"/>
          <w:rtl/>
        </w:rPr>
        <w:t>مستقیم</w:t>
      </w:r>
      <w:r w:rsidRPr="00571870">
        <w:rPr>
          <w:rFonts w:cs="B Lotus"/>
          <w:szCs w:val="26"/>
          <w:rtl/>
        </w:rPr>
        <w:t xml:space="preserve"> </w:t>
      </w:r>
      <w:r w:rsidRPr="00571870">
        <w:rPr>
          <w:rFonts w:cs="B Lotus" w:hint="cs"/>
          <w:szCs w:val="26"/>
          <w:rtl/>
        </w:rPr>
        <w:t>با</w:t>
      </w:r>
      <w:r w:rsidRPr="00571870">
        <w:rPr>
          <w:rFonts w:cs="B Lotus"/>
          <w:szCs w:val="26"/>
          <w:rtl/>
        </w:rPr>
        <w:t xml:space="preserve"> </w:t>
      </w:r>
      <w:r w:rsidRPr="00571870">
        <w:rPr>
          <w:rFonts w:cs="B Lotus" w:hint="cs"/>
          <w:szCs w:val="26"/>
          <w:rtl/>
        </w:rPr>
        <w:t>سلامت</w:t>
      </w:r>
      <w:r w:rsidRPr="00571870">
        <w:rPr>
          <w:rFonts w:cs="B Lotus"/>
          <w:szCs w:val="26"/>
          <w:rtl/>
        </w:rPr>
        <w:t xml:space="preserve"> </w:t>
      </w:r>
      <w:r w:rsidRPr="00571870">
        <w:rPr>
          <w:rFonts w:cs="B Lotus" w:hint="cs"/>
          <w:szCs w:val="26"/>
          <w:rtl/>
        </w:rPr>
        <w:t>عمومی</w:t>
      </w:r>
      <w:r w:rsidRPr="00571870">
        <w:rPr>
          <w:rFonts w:cs="B Lotus"/>
          <w:szCs w:val="26"/>
          <w:rtl/>
        </w:rPr>
        <w:t xml:space="preserve"> </w:t>
      </w:r>
      <w:r w:rsidRPr="00571870">
        <w:rPr>
          <w:rFonts w:cs="B Lotus" w:hint="cs"/>
          <w:szCs w:val="26"/>
          <w:rtl/>
        </w:rPr>
        <w:t>دارند،</w:t>
      </w:r>
      <w:r w:rsidRPr="00571870">
        <w:rPr>
          <w:rFonts w:cs="B Lotus"/>
          <w:szCs w:val="26"/>
          <w:rtl/>
        </w:rPr>
        <w:t xml:space="preserve"> </w:t>
      </w:r>
      <w:r w:rsidRPr="00571870">
        <w:rPr>
          <w:rFonts w:cs="B Lotus" w:hint="cs"/>
          <w:szCs w:val="26"/>
          <w:rtl/>
        </w:rPr>
        <w:t>طراحی</w:t>
      </w:r>
      <w:r w:rsidRPr="00571870">
        <w:rPr>
          <w:rFonts w:cs="B Lotus"/>
          <w:szCs w:val="26"/>
          <w:rtl/>
        </w:rPr>
        <w:t xml:space="preserve"> </w:t>
      </w:r>
      <w:r w:rsidRPr="00571870">
        <w:rPr>
          <w:rFonts w:cs="B Lotus" w:hint="cs"/>
          <w:szCs w:val="26"/>
          <w:rtl/>
        </w:rPr>
        <w:t>مدلی</w:t>
      </w:r>
      <w:r w:rsidRPr="00571870">
        <w:rPr>
          <w:rFonts w:cs="B Lotus"/>
          <w:szCs w:val="26"/>
          <w:rtl/>
        </w:rPr>
        <w:t xml:space="preserve"> </w:t>
      </w:r>
      <w:r w:rsidRPr="00571870">
        <w:rPr>
          <w:rFonts w:cs="B Lotus" w:hint="cs"/>
          <w:szCs w:val="26"/>
          <w:rtl/>
        </w:rPr>
        <w:t>جامع</w:t>
      </w:r>
      <w:r w:rsidRPr="00571870">
        <w:rPr>
          <w:rFonts w:cs="B Lotus"/>
          <w:szCs w:val="26"/>
          <w:rtl/>
        </w:rPr>
        <w:t xml:space="preserve"> </w:t>
      </w:r>
      <w:r w:rsidRPr="00571870">
        <w:rPr>
          <w:rFonts w:cs="B Lotus" w:hint="cs"/>
          <w:szCs w:val="26"/>
          <w:rtl/>
        </w:rPr>
        <w:t>و</w:t>
      </w:r>
      <w:r w:rsidRPr="00571870">
        <w:rPr>
          <w:rFonts w:cs="B Lotus"/>
          <w:szCs w:val="26"/>
          <w:rtl/>
        </w:rPr>
        <w:t xml:space="preserve"> </w:t>
      </w:r>
      <w:r w:rsidRPr="00571870">
        <w:rPr>
          <w:rFonts w:cs="B Lotus" w:hint="cs"/>
          <w:szCs w:val="26"/>
          <w:rtl/>
        </w:rPr>
        <w:t>علمی</w:t>
      </w:r>
      <w:r w:rsidRPr="00571870">
        <w:rPr>
          <w:rFonts w:cs="B Lotus"/>
          <w:szCs w:val="26"/>
          <w:rtl/>
        </w:rPr>
        <w:t xml:space="preserve"> </w:t>
      </w:r>
      <w:r w:rsidRPr="00571870">
        <w:rPr>
          <w:rFonts w:cs="B Lotus" w:hint="cs"/>
          <w:szCs w:val="26"/>
          <w:rtl/>
        </w:rPr>
        <w:t>برای</w:t>
      </w:r>
      <w:r w:rsidRPr="00571870">
        <w:rPr>
          <w:rFonts w:cs="B Lotus"/>
          <w:szCs w:val="26"/>
          <w:rtl/>
        </w:rPr>
        <w:t xml:space="preserve"> </w:t>
      </w:r>
      <w:r w:rsidRPr="00571870">
        <w:rPr>
          <w:rFonts w:cs="B Lotus" w:hint="cs"/>
          <w:szCs w:val="26"/>
          <w:rtl/>
        </w:rPr>
        <w:t>مدیریت</w:t>
      </w:r>
      <w:r w:rsidRPr="00571870">
        <w:rPr>
          <w:rFonts w:cs="B Lotus"/>
          <w:szCs w:val="26"/>
          <w:rtl/>
        </w:rPr>
        <w:t xml:space="preserve"> </w:t>
      </w:r>
      <w:r w:rsidRPr="00571870">
        <w:rPr>
          <w:rFonts w:cs="B Lotus" w:hint="cs"/>
          <w:szCs w:val="26"/>
          <w:rtl/>
        </w:rPr>
        <w:t>عملکرد</w:t>
      </w:r>
      <w:r w:rsidRPr="00571870">
        <w:rPr>
          <w:rFonts w:cs="B Lotus"/>
          <w:szCs w:val="26"/>
          <w:rtl/>
        </w:rPr>
        <w:t xml:space="preserve"> </w:t>
      </w:r>
      <w:r w:rsidRPr="00571870">
        <w:rPr>
          <w:rFonts w:cs="B Lotus" w:hint="cs"/>
          <w:szCs w:val="26"/>
          <w:rtl/>
        </w:rPr>
        <w:t>این</w:t>
      </w:r>
      <w:r w:rsidRPr="00571870">
        <w:rPr>
          <w:rFonts w:cs="B Lotus"/>
          <w:szCs w:val="26"/>
          <w:rtl/>
        </w:rPr>
        <w:t xml:space="preserve"> </w:t>
      </w:r>
      <w:r w:rsidRPr="00571870">
        <w:rPr>
          <w:rFonts w:cs="B Lotus" w:hint="cs"/>
          <w:szCs w:val="26"/>
          <w:rtl/>
        </w:rPr>
        <w:t>مراکز،</w:t>
      </w:r>
      <w:r w:rsidRPr="00571870">
        <w:rPr>
          <w:rFonts w:cs="B Lotus"/>
          <w:szCs w:val="26"/>
          <w:rtl/>
        </w:rPr>
        <w:t xml:space="preserve"> </w:t>
      </w:r>
      <w:r w:rsidRPr="00571870">
        <w:rPr>
          <w:rFonts w:cs="B Lotus" w:hint="cs"/>
          <w:szCs w:val="26"/>
          <w:rtl/>
        </w:rPr>
        <w:t>ضرورتی</w:t>
      </w:r>
      <w:r w:rsidRPr="00571870">
        <w:rPr>
          <w:rFonts w:cs="B Lotus"/>
          <w:szCs w:val="26"/>
          <w:rtl/>
        </w:rPr>
        <w:t xml:space="preserve"> انکارناپذیر به شمار می‌رود</w:t>
      </w:r>
      <w:r w:rsidRPr="00571870">
        <w:rPr>
          <w:rFonts w:cs="B Lotus"/>
          <w:szCs w:val="26"/>
        </w:rPr>
        <w:t>.</w:t>
      </w:r>
    </w:p>
    <w:p w14:paraId="5C9E1FA9" w14:textId="77777777" w:rsidR="003D6A62" w:rsidRDefault="00E52C87" w:rsidP="003D6A62">
      <w:pPr>
        <w:bidi/>
        <w:jc w:val="both"/>
        <w:rPr>
          <w:rFonts w:cs="B Lotus"/>
          <w:szCs w:val="26"/>
          <w:rtl/>
        </w:rPr>
      </w:pPr>
      <w:r w:rsidRPr="00571870">
        <w:rPr>
          <w:rFonts w:cs="B Lotus"/>
          <w:szCs w:val="26"/>
          <w:rtl/>
        </w:rPr>
        <w:t xml:space="preserve">در نتیجه، هدف اصلی این تحقیق، </w:t>
      </w:r>
      <w:r w:rsidR="00117058">
        <w:rPr>
          <w:rFonts w:cs="B Lotus" w:hint="cs"/>
          <w:szCs w:val="26"/>
          <w:rtl/>
        </w:rPr>
        <w:t xml:space="preserve">تدوین </w:t>
      </w:r>
      <w:r w:rsidRPr="00571870">
        <w:rPr>
          <w:rFonts w:cs="B Lotus"/>
          <w:szCs w:val="26"/>
          <w:rtl/>
        </w:rPr>
        <w:t xml:space="preserve">مدلی مفهومی، بومی و اجرایی برای مدیریت عملکرد استخرهای ورزشی در ایران است؛ مدلی که با شرایط فرهنگی، اقتصادی و ساختاری کشور هم‌راستا بوده و قابلیت پیاده‌سازی در محیط‌های واقعی را داشته باشد. وجه تمایز مطالعه حاضر، در طراحی مدلی است که ضمن برخورداری از چارچوب مفهومی علمی، قابلیت پیاده‌سازی عملیاتی در شرایط متنوع بهره‌برداری از استخرهای کشور را داراست. انتظار می‌رود مدل ارائه‌شده بتواند به‌عنوان ابزاری علمی، امکان ارزیابی و ارتقاء عملکرد مراکز آبی کشور را فراهم آورد. مطالعه پیش رو با بهره‌گیری از رویکرد کیفی-اکتشافی و مبتنی بر تحلیل مضمون داده‌های حاصل از مصاحبه با خبرگان، در پی آن است که ساختاری علمی و قابل‌اجرا برای ارزیابی و ارتقاء عملکرد استخرها ارائه دهد. پرسش اصلی تحقیق آن است که: کدام مؤلفه‌ها، می‌توانند مبنای </w:t>
      </w:r>
      <w:r w:rsidR="00190337" w:rsidRPr="00190337">
        <w:rPr>
          <w:rFonts w:ascii="Calibri" w:hAnsi="Calibri" w:cs="B Lotus" w:hint="cs"/>
          <w:szCs w:val="26"/>
          <w:rtl/>
          <w:lang w:bidi="fa-IR"/>
        </w:rPr>
        <w:t xml:space="preserve">تدوین </w:t>
      </w:r>
      <w:r w:rsidRPr="00571870">
        <w:rPr>
          <w:rFonts w:cs="B Lotus"/>
          <w:szCs w:val="26"/>
          <w:rtl/>
        </w:rPr>
        <w:t>مدلی جامع برای مدیریت عملکرد استخرهای ورزشی در ایران قرار گیرن</w:t>
      </w:r>
      <w:r w:rsidRPr="00F9642E">
        <w:rPr>
          <w:rFonts w:cs="B Lotus"/>
          <w:szCs w:val="26"/>
          <w:rtl/>
        </w:rPr>
        <w:t>د</w:t>
      </w:r>
      <w:r w:rsidR="00F9642E" w:rsidRPr="00F9642E">
        <w:rPr>
          <w:rFonts w:ascii="Calibri" w:hAnsi="Calibri" w:cs="B Lotus" w:hint="cs"/>
          <w:szCs w:val="26"/>
          <w:rtl/>
          <w:lang w:bidi="fa-IR"/>
        </w:rPr>
        <w:t>؟</w:t>
      </w:r>
      <w:r w:rsidRPr="00571870">
        <w:rPr>
          <w:rFonts w:cs="B Lotus"/>
          <w:szCs w:val="26"/>
          <w:rtl/>
        </w:rPr>
        <w:t xml:space="preserve"> مدلی که با </w:t>
      </w:r>
      <w:r w:rsidR="00F9642E">
        <w:rPr>
          <w:rFonts w:cs="B Lotus" w:hint="cs"/>
          <w:szCs w:val="26"/>
          <w:rtl/>
        </w:rPr>
        <w:t xml:space="preserve">اصول علمی </w:t>
      </w:r>
      <w:r w:rsidRPr="00571870">
        <w:rPr>
          <w:rFonts w:cs="B Lotus"/>
          <w:szCs w:val="26"/>
          <w:rtl/>
        </w:rPr>
        <w:t>هم‌راستا و با مقتضیات بومی سازگار باشد</w:t>
      </w:r>
      <w:r w:rsidR="00F9642E">
        <w:rPr>
          <w:rFonts w:cs="B Lotus" w:hint="cs"/>
          <w:szCs w:val="26"/>
          <w:rtl/>
        </w:rPr>
        <w:t>.</w:t>
      </w:r>
    </w:p>
    <w:p w14:paraId="4EE747CA" w14:textId="7BDB5800" w:rsidR="00190337" w:rsidRPr="003D6A62" w:rsidRDefault="00D733DB" w:rsidP="003D6A62">
      <w:pPr>
        <w:bidi/>
        <w:jc w:val="both"/>
        <w:rPr>
          <w:rFonts w:cs="B Lotus"/>
          <w:szCs w:val="26"/>
        </w:rPr>
      </w:pPr>
      <w:r>
        <w:rPr>
          <w:rFonts w:ascii="B Titr" w:hAnsi="B Titr"/>
          <w:b/>
        </w:rPr>
        <w:t>‌</w:t>
      </w:r>
      <w:r w:rsidR="003D6A62">
        <w:rPr>
          <w:rFonts w:ascii="B Titr" w:hAnsi="B Titr" w:cs="B Titr" w:hint="cs"/>
          <w:b/>
          <w:bCs/>
          <w:szCs w:val="26"/>
          <w:rtl/>
        </w:rPr>
        <w:t>روش ش</w:t>
      </w:r>
      <w:r>
        <w:rPr>
          <w:rFonts w:ascii="B Titr" w:hAnsi="B Titr" w:cs="B Titr"/>
          <w:b/>
          <w:bCs/>
          <w:szCs w:val="26"/>
          <w:rtl/>
        </w:rPr>
        <w:t>ناسی</w:t>
      </w:r>
    </w:p>
    <w:p w14:paraId="1448FC2B" w14:textId="46ADAC40" w:rsidR="00E52C87" w:rsidRPr="00190337" w:rsidRDefault="00E52C87" w:rsidP="00190337">
      <w:pPr>
        <w:bidi/>
        <w:jc w:val="both"/>
        <w:rPr>
          <w:rFonts w:ascii="B Titr" w:hAnsi="B Titr"/>
          <w:b/>
        </w:rPr>
      </w:pPr>
      <w:r w:rsidRPr="003A25D4">
        <w:rPr>
          <w:rFonts w:cs="B Lotus"/>
          <w:szCs w:val="26"/>
          <w:rtl/>
        </w:rPr>
        <w:t>پژوهش حاضر با هدف</w:t>
      </w:r>
      <w:r w:rsidR="00117058">
        <w:rPr>
          <w:rFonts w:cs="B Lotus" w:hint="cs"/>
          <w:szCs w:val="26"/>
          <w:rtl/>
        </w:rPr>
        <w:t xml:space="preserve"> تدوین</w:t>
      </w:r>
      <w:r w:rsidRPr="003A25D4">
        <w:rPr>
          <w:rFonts w:cs="B Lotus"/>
          <w:szCs w:val="26"/>
          <w:rtl/>
        </w:rPr>
        <w:t xml:space="preserve"> </w:t>
      </w:r>
      <w:r w:rsidR="00117058">
        <w:rPr>
          <w:rFonts w:cs="B Lotus" w:hint="cs"/>
          <w:szCs w:val="26"/>
          <w:rtl/>
        </w:rPr>
        <w:t>مدلی</w:t>
      </w:r>
      <w:r w:rsidRPr="003A25D4">
        <w:rPr>
          <w:rFonts w:cs="B Lotus"/>
          <w:szCs w:val="26"/>
          <w:rtl/>
        </w:rPr>
        <w:t xml:space="preserve"> بومی برای مدیریت عملکرد استخرهای ورزشی ایران، با رویکرد کیفی و راهبرد تحلیل مضم</w:t>
      </w:r>
      <w:r>
        <w:rPr>
          <w:rFonts w:cs="B Lotus" w:hint="cs"/>
          <w:szCs w:val="26"/>
          <w:rtl/>
        </w:rPr>
        <w:t>ون</w:t>
      </w:r>
      <w:r w:rsidRPr="003A25D4">
        <w:rPr>
          <w:rFonts w:cs="B Lotus"/>
          <w:szCs w:val="26"/>
        </w:rPr>
        <w:t xml:space="preserve"> </w:t>
      </w:r>
      <w:r>
        <w:rPr>
          <w:rStyle w:val="afff"/>
          <w:rFonts w:cs="B Lotus"/>
          <w:szCs w:val="26"/>
        </w:rPr>
        <w:footnoteReference w:id="3"/>
      </w:r>
      <w:r w:rsidRPr="003A25D4">
        <w:rPr>
          <w:rFonts w:cs="B Lotus"/>
          <w:szCs w:val="26"/>
          <w:rtl/>
        </w:rPr>
        <w:t xml:space="preserve">انجام شده است. ماهیت چندوجهی و پیچیده مفهوم «مدیریت عملکرد»، ضرورت استفاده </w:t>
      </w:r>
      <w:r w:rsidRPr="003A25D4">
        <w:rPr>
          <w:rFonts w:cs="B Lotus"/>
          <w:szCs w:val="26"/>
          <w:rtl/>
        </w:rPr>
        <w:lastRenderedPageBreak/>
        <w:t>از رویکرد کیفی را ایجاب می‌کرد؛ چراکه درک عمیق آن نیازمند واکاوی تجارب، ادراکات و دیدگاه‌های ذی‌نفعان کلیدی این حوزه است</w:t>
      </w:r>
      <w:r>
        <w:rPr>
          <w:rFonts w:cs="B Lotus" w:hint="cs"/>
          <w:szCs w:val="26"/>
          <w:rtl/>
        </w:rPr>
        <w:t xml:space="preserve"> </w:t>
      </w:r>
      <w:r w:rsidRPr="00940500">
        <w:rPr>
          <w:rFonts w:cs="B Lotus" w:hint="cs"/>
          <w:szCs w:val="26"/>
          <w:rtl/>
        </w:rPr>
        <w:t>(1</w:t>
      </w:r>
      <w:r w:rsidR="003D6A62">
        <w:rPr>
          <w:rFonts w:cs="B Lotus" w:hint="cs"/>
          <w:szCs w:val="26"/>
          <w:rtl/>
        </w:rPr>
        <w:t>9</w:t>
      </w:r>
      <w:r w:rsidRPr="00940500">
        <w:rPr>
          <w:rFonts w:cs="B Lotus" w:hint="cs"/>
          <w:szCs w:val="26"/>
          <w:rtl/>
        </w:rPr>
        <w:t xml:space="preserve">). </w:t>
      </w:r>
      <w:r w:rsidRPr="00940500">
        <w:rPr>
          <w:rFonts w:cs="B Lotus"/>
          <w:szCs w:val="26"/>
          <w:rtl/>
        </w:rPr>
        <w:t>نوع</w:t>
      </w:r>
      <w:r w:rsidRPr="003A25D4">
        <w:rPr>
          <w:rFonts w:cs="B Lotus"/>
          <w:szCs w:val="26"/>
          <w:rtl/>
        </w:rPr>
        <w:t xml:space="preserve"> پژوهش از نظر هدف، کاربردی و از حیث ماهیت، اکتشافی-کیفی بوده تحلیل مضمون براون و کلارک</w:t>
      </w:r>
      <w:r>
        <w:rPr>
          <w:rStyle w:val="afff"/>
          <w:rFonts w:cs="B Lotus"/>
          <w:szCs w:val="26"/>
          <w:rtl/>
        </w:rPr>
        <w:footnoteReference w:id="4"/>
      </w:r>
      <w:r w:rsidRPr="003A25D4">
        <w:rPr>
          <w:rFonts w:cs="B Lotus"/>
          <w:szCs w:val="26"/>
          <w:rtl/>
        </w:rPr>
        <w:t xml:space="preserve"> (2006) پیروی شده است. این الگو، ابزاری معتبر و منعطف در مطالعات مدیریتی محسوب می‌شود و شامل مراحل آشنایی با داده، تولید کدهای اولیه، جستجوی مضامین، بازبینی، تعریف و نام‌گذاری مضامین و تدوین گزارش نهایی است</w:t>
      </w:r>
      <w:r w:rsidR="003D6A62">
        <w:rPr>
          <w:rFonts w:cs="B Lotus" w:hint="cs"/>
          <w:szCs w:val="26"/>
          <w:rtl/>
        </w:rPr>
        <w:t xml:space="preserve"> (20</w:t>
      </w:r>
      <w:r>
        <w:rPr>
          <w:rFonts w:cs="B Lotus" w:hint="cs"/>
          <w:szCs w:val="26"/>
          <w:rtl/>
          <w:lang w:bidi="fa-IR"/>
        </w:rPr>
        <w:t>)</w:t>
      </w:r>
      <w:r>
        <w:rPr>
          <w:rFonts w:cs="B Lotus"/>
          <w:szCs w:val="26"/>
        </w:rPr>
        <w:t xml:space="preserve"> </w:t>
      </w:r>
      <w:r>
        <w:rPr>
          <w:rFonts w:cs="B Lotus" w:hint="cs"/>
          <w:szCs w:val="26"/>
          <w:rtl/>
        </w:rPr>
        <w:t>.</w:t>
      </w:r>
    </w:p>
    <w:p w14:paraId="4EFEB42B" w14:textId="183B7AA1" w:rsidR="00E52C87" w:rsidRDefault="00E52C87" w:rsidP="00E52C87">
      <w:pPr>
        <w:bidi/>
        <w:jc w:val="both"/>
        <w:rPr>
          <w:rtl/>
        </w:rPr>
      </w:pPr>
      <w:r w:rsidRPr="003A25D4">
        <w:rPr>
          <w:rFonts w:cs="B Lotus"/>
          <w:szCs w:val="26"/>
          <w:rtl/>
        </w:rPr>
        <w:t>جامعه آماری پژوهش شامل خبرگان</w:t>
      </w:r>
      <w:r w:rsidR="00186EAD">
        <w:rPr>
          <w:rFonts w:cs="B Lotus" w:hint="cs"/>
          <w:szCs w:val="26"/>
          <w:rtl/>
        </w:rPr>
        <w:t xml:space="preserve"> دانشگاهی</w:t>
      </w:r>
      <w:r w:rsidRPr="003A25D4">
        <w:rPr>
          <w:rFonts w:cs="B Lotus"/>
          <w:szCs w:val="26"/>
          <w:rtl/>
        </w:rPr>
        <w:t xml:space="preserve">، مدیران، </w:t>
      </w:r>
      <w:r w:rsidR="00186EAD">
        <w:rPr>
          <w:rFonts w:cs="B Lotus" w:hint="cs"/>
          <w:szCs w:val="26"/>
          <w:rtl/>
        </w:rPr>
        <w:t>متولیان فدراسیون ورزش‌های آبی و نجات غریق</w:t>
      </w:r>
      <w:r w:rsidRPr="003A25D4">
        <w:rPr>
          <w:rFonts w:cs="B Lotus"/>
          <w:szCs w:val="26"/>
          <w:rtl/>
        </w:rPr>
        <w:t xml:space="preserve">، و اساتید آشنا با حوزه مدیریت استخرهای ورزشی بود. نمونه‌گیری به روش هدفمند انجام شد و ملاک‌های انتخاب شامل داشتن حداقل </w:t>
      </w:r>
      <w:r w:rsidRPr="003A25D4">
        <w:rPr>
          <w:rFonts w:cs="B Lotus"/>
          <w:szCs w:val="26"/>
          <w:rtl/>
          <w:lang w:bidi="fa-IR"/>
        </w:rPr>
        <w:t>۵</w:t>
      </w:r>
      <w:r w:rsidRPr="003A25D4">
        <w:rPr>
          <w:rFonts w:cs="B Lotus"/>
          <w:szCs w:val="26"/>
          <w:rtl/>
        </w:rPr>
        <w:t xml:space="preserve"> سال سابقه، آشنایی با مفاهیم مدیریت عملکرد، و تجربه اجرایی یا علمی در این زمینه بود. در مجموع، </w:t>
      </w:r>
      <w:r w:rsidRPr="003A25D4">
        <w:rPr>
          <w:rFonts w:cs="B Lotus"/>
          <w:szCs w:val="26"/>
          <w:rtl/>
          <w:lang w:bidi="fa-IR"/>
        </w:rPr>
        <w:t>۱</w:t>
      </w:r>
      <w:r>
        <w:rPr>
          <w:rFonts w:cs="B Lotus" w:hint="cs"/>
          <w:szCs w:val="26"/>
          <w:rtl/>
          <w:lang w:bidi="fa-IR"/>
        </w:rPr>
        <w:t>6</w:t>
      </w:r>
      <w:r w:rsidRPr="003A25D4">
        <w:rPr>
          <w:rFonts w:cs="B Lotus"/>
          <w:szCs w:val="26"/>
          <w:rtl/>
        </w:rPr>
        <w:t xml:space="preserve"> مصاحبه نیمه‌ساختاریافته انجام شد که تا رسیدن به اشباع نظری ادامه داشت</w:t>
      </w:r>
      <w:r>
        <w:rPr>
          <w:rFonts w:cs="B Lotus"/>
          <w:szCs w:val="26"/>
        </w:rPr>
        <w:t xml:space="preserve"> </w:t>
      </w:r>
      <w:r>
        <w:rPr>
          <w:rFonts w:cs="B Lotus" w:hint="cs"/>
          <w:szCs w:val="26"/>
          <w:rtl/>
          <w:lang w:bidi="fa-IR"/>
        </w:rPr>
        <w:t>(</w:t>
      </w:r>
      <w:r w:rsidR="003D6A62">
        <w:rPr>
          <w:rFonts w:cs="B Lotus" w:hint="cs"/>
          <w:szCs w:val="26"/>
          <w:rtl/>
          <w:lang w:bidi="fa-IR"/>
        </w:rPr>
        <w:t>21</w:t>
      </w:r>
      <w:r>
        <w:rPr>
          <w:rFonts w:cs="B Lotus" w:hint="cs"/>
          <w:szCs w:val="26"/>
          <w:rtl/>
          <w:lang w:bidi="fa-IR"/>
        </w:rPr>
        <w:t>)</w:t>
      </w:r>
      <w:r>
        <w:rPr>
          <w:rFonts w:cs="B Lotus"/>
          <w:szCs w:val="26"/>
        </w:rPr>
        <w:t xml:space="preserve"> </w:t>
      </w:r>
      <w:r>
        <w:rPr>
          <w:rFonts w:cs="B Lotus" w:hint="cs"/>
          <w:szCs w:val="26"/>
          <w:rtl/>
        </w:rPr>
        <w:t xml:space="preserve">. </w:t>
      </w:r>
      <w:r w:rsidRPr="003A25D4">
        <w:rPr>
          <w:rFonts w:cs="B Lotus"/>
          <w:szCs w:val="26"/>
          <w:rtl/>
        </w:rPr>
        <w:t>ابزار گردآوری اطلاعات شامل مطالعات کتابخانه‌ای، بررسی اسناد بالادستی، و مصاحبه نیمه‌ساختاریافته عمیق بود. محورهای اصلی مصاحبه‌ها برگرفته از چارچوب مفهومی اولیه، ادبیات نظری</w:t>
      </w:r>
      <w:r w:rsidRPr="003A25D4">
        <w:rPr>
          <w:rFonts w:cs="B Lotus"/>
          <w:szCs w:val="26"/>
        </w:rPr>
        <w:t xml:space="preserve"> </w:t>
      </w:r>
      <w:r w:rsidRPr="003A25D4">
        <w:rPr>
          <w:rFonts w:cs="B Lotus"/>
          <w:szCs w:val="26"/>
          <w:rtl/>
        </w:rPr>
        <w:t>و مشورت با اساتید دانشگاهی تنظیم گردید</w:t>
      </w:r>
      <w:r w:rsidRPr="003A25D4">
        <w:rPr>
          <w:rFonts w:cs="B Lotus"/>
          <w:szCs w:val="26"/>
        </w:rPr>
        <w:t>.</w:t>
      </w:r>
      <w:r w:rsidRPr="0091023B">
        <w:rPr>
          <w:rtl/>
        </w:rPr>
        <w:t xml:space="preserve"> </w:t>
      </w:r>
    </w:p>
    <w:p w14:paraId="36174A2C" w14:textId="77777777" w:rsidR="00E52C87" w:rsidRPr="00D5135E" w:rsidRDefault="00E52C87" w:rsidP="00E52C87">
      <w:pPr>
        <w:bidi/>
        <w:jc w:val="center"/>
        <w:rPr>
          <w:rFonts w:cs="B Lotus"/>
          <w:sz w:val="22"/>
        </w:rPr>
      </w:pPr>
      <w:r w:rsidRPr="00D5135E">
        <w:rPr>
          <w:rFonts w:cs="B Lotus"/>
          <w:sz w:val="22"/>
          <w:rtl/>
        </w:rPr>
        <w:t>جدول</w:t>
      </w:r>
      <w:r w:rsidRPr="00D5135E">
        <w:rPr>
          <w:rFonts w:cs="B Lotus" w:hint="cs"/>
          <w:sz w:val="22"/>
          <w:rtl/>
          <w:lang w:bidi="fa-IR"/>
        </w:rPr>
        <w:t>1</w:t>
      </w:r>
      <w:r w:rsidRPr="00D5135E">
        <w:rPr>
          <w:rFonts w:cs="B Lotus" w:hint="cs"/>
          <w:sz w:val="22"/>
          <w:rtl/>
        </w:rPr>
        <w:t xml:space="preserve"> </w:t>
      </w:r>
      <w:r w:rsidRPr="00D5135E">
        <w:rPr>
          <w:rFonts w:cs="B Lotus"/>
          <w:sz w:val="22"/>
          <w:rtl/>
        </w:rPr>
        <w:t xml:space="preserve">. ویژگی‌های </w:t>
      </w:r>
      <w:r w:rsidRPr="00D5135E">
        <w:rPr>
          <w:rFonts w:cs="B Lotus" w:hint="cs"/>
          <w:sz w:val="22"/>
          <w:rtl/>
        </w:rPr>
        <w:t xml:space="preserve">جمعیت شناختی </w:t>
      </w:r>
      <w:r w:rsidRPr="00D5135E">
        <w:rPr>
          <w:rFonts w:cs="B Lotus"/>
          <w:sz w:val="22"/>
          <w:rtl/>
        </w:rPr>
        <w:t>مشارکت‌کنندگان در مصاحبه‌</w:t>
      </w:r>
    </w:p>
    <w:tbl>
      <w:tblPr>
        <w:tblStyle w:val="aff4"/>
        <w:tblW w:w="7589" w:type="dxa"/>
        <w:jc w:val="center"/>
        <w:tblBorders>
          <w:left w:val="none" w:sz="0" w:space="0" w:color="auto"/>
          <w:right w:val="none" w:sz="0" w:space="0" w:color="auto"/>
        </w:tblBorders>
        <w:tblLook w:val="04A0" w:firstRow="1" w:lastRow="0" w:firstColumn="1" w:lastColumn="0" w:noHBand="0" w:noVBand="1"/>
      </w:tblPr>
      <w:tblGrid>
        <w:gridCol w:w="2838"/>
        <w:gridCol w:w="667"/>
        <w:gridCol w:w="2156"/>
        <w:gridCol w:w="1928"/>
      </w:tblGrid>
      <w:tr w:rsidR="00911645" w:rsidRPr="003C0930" w14:paraId="1B9080E2" w14:textId="77777777" w:rsidTr="006314FE">
        <w:trPr>
          <w:jc w:val="center"/>
        </w:trPr>
        <w:tc>
          <w:tcPr>
            <w:tcW w:w="0" w:type="auto"/>
          </w:tcPr>
          <w:p w14:paraId="0FA7A4D5" w14:textId="77777777" w:rsidR="00911645" w:rsidRPr="003C0930" w:rsidRDefault="00911645" w:rsidP="006314FE">
            <w:pPr>
              <w:bidi/>
              <w:jc w:val="center"/>
              <w:rPr>
                <w:rFonts w:ascii="Times New Roman" w:eastAsia="Times New Roman" w:hAnsi="Times New Roman" w:cs="B Lotus"/>
                <w:b/>
                <w:bCs/>
                <w:sz w:val="20"/>
                <w:szCs w:val="20"/>
                <w:highlight w:val="yellow"/>
                <w:rtl/>
              </w:rPr>
            </w:pPr>
            <w:r w:rsidRPr="003C0930">
              <w:rPr>
                <w:rFonts w:ascii="Times New Roman" w:eastAsia="Times New Roman" w:hAnsi="Times New Roman" w:cs="B Lotus"/>
                <w:b/>
                <w:bCs/>
                <w:sz w:val="20"/>
                <w:szCs w:val="20"/>
                <w:highlight w:val="yellow"/>
                <w:rtl/>
              </w:rPr>
              <w:t>توضیح / نمونه‌ها</w:t>
            </w:r>
          </w:p>
        </w:tc>
        <w:tc>
          <w:tcPr>
            <w:tcW w:w="0" w:type="auto"/>
          </w:tcPr>
          <w:p w14:paraId="2D6B3867" w14:textId="77777777" w:rsidR="00911645" w:rsidRPr="003C0930" w:rsidRDefault="00911645" w:rsidP="006314FE">
            <w:pPr>
              <w:bidi/>
              <w:jc w:val="center"/>
              <w:rPr>
                <w:rFonts w:ascii="Times New Roman" w:eastAsia="Times New Roman" w:hAnsi="Times New Roman" w:cs="B Lotus"/>
                <w:b/>
                <w:bCs/>
                <w:sz w:val="20"/>
                <w:szCs w:val="20"/>
                <w:highlight w:val="yellow"/>
                <w:rtl/>
              </w:rPr>
            </w:pPr>
            <w:r w:rsidRPr="003C0930">
              <w:rPr>
                <w:rFonts w:ascii="Times New Roman" w:eastAsia="Times New Roman" w:hAnsi="Times New Roman" w:cs="B Lotus"/>
                <w:b/>
                <w:bCs/>
                <w:sz w:val="20"/>
                <w:szCs w:val="20"/>
                <w:highlight w:val="yellow"/>
                <w:rtl/>
              </w:rPr>
              <w:t>تعداد</w:t>
            </w:r>
          </w:p>
        </w:tc>
        <w:tc>
          <w:tcPr>
            <w:tcW w:w="0" w:type="auto"/>
          </w:tcPr>
          <w:p w14:paraId="055F83AA" w14:textId="77777777" w:rsidR="00911645" w:rsidRPr="003C0930" w:rsidRDefault="00911645" w:rsidP="006314FE">
            <w:pPr>
              <w:bidi/>
              <w:jc w:val="center"/>
              <w:rPr>
                <w:rFonts w:ascii="Times New Roman" w:eastAsia="Times New Roman" w:hAnsi="Times New Roman" w:cs="B Lotus"/>
                <w:b/>
                <w:bCs/>
                <w:sz w:val="20"/>
                <w:szCs w:val="20"/>
                <w:highlight w:val="yellow"/>
                <w:rtl/>
              </w:rPr>
            </w:pPr>
            <w:r w:rsidRPr="003C0930">
              <w:rPr>
                <w:rFonts w:ascii="Times New Roman" w:eastAsia="Times New Roman" w:hAnsi="Times New Roman" w:cs="B Lotus"/>
                <w:b/>
                <w:bCs/>
                <w:sz w:val="20"/>
                <w:szCs w:val="20"/>
                <w:highlight w:val="yellow"/>
                <w:rtl/>
              </w:rPr>
              <w:t>گروه / بازه</w:t>
            </w:r>
          </w:p>
        </w:tc>
        <w:tc>
          <w:tcPr>
            <w:tcW w:w="0" w:type="auto"/>
          </w:tcPr>
          <w:p w14:paraId="3C4AC5BC" w14:textId="77777777" w:rsidR="00911645" w:rsidRPr="003C0930" w:rsidRDefault="00911645" w:rsidP="006314FE">
            <w:pPr>
              <w:bidi/>
              <w:jc w:val="center"/>
              <w:rPr>
                <w:rFonts w:ascii="Times New Roman" w:eastAsia="Times New Roman" w:hAnsi="Times New Roman" w:cs="B Lotus"/>
                <w:b/>
                <w:bCs/>
                <w:sz w:val="20"/>
                <w:szCs w:val="20"/>
                <w:highlight w:val="yellow"/>
                <w:rtl/>
              </w:rPr>
            </w:pPr>
            <w:r w:rsidRPr="003C0930">
              <w:rPr>
                <w:rFonts w:ascii="Times New Roman" w:eastAsia="Times New Roman" w:hAnsi="Times New Roman" w:cs="B Lotus"/>
                <w:b/>
                <w:bCs/>
                <w:sz w:val="20"/>
                <w:szCs w:val="20"/>
                <w:highlight w:val="yellow"/>
                <w:rtl/>
              </w:rPr>
              <w:t>ویژگی</w:t>
            </w:r>
          </w:p>
        </w:tc>
      </w:tr>
      <w:tr w:rsidR="00911645" w:rsidRPr="003C0930" w14:paraId="2F5BF532" w14:textId="77777777" w:rsidTr="006314FE">
        <w:trPr>
          <w:jc w:val="center"/>
        </w:trPr>
        <w:tc>
          <w:tcPr>
            <w:tcW w:w="0" w:type="auto"/>
          </w:tcPr>
          <w:p w14:paraId="11AD31CD" w14:textId="77777777" w:rsidR="00911645" w:rsidRPr="003C0930" w:rsidRDefault="00911645" w:rsidP="006314FE">
            <w:pPr>
              <w:bidi/>
              <w:rPr>
                <w:rFonts w:ascii="Times New Roman" w:eastAsia="Times New Roman" w:hAnsi="Times New Roman" w:cs="B Lotus"/>
                <w:sz w:val="20"/>
                <w:szCs w:val="20"/>
                <w:highlight w:val="yellow"/>
              </w:rPr>
            </w:pPr>
          </w:p>
        </w:tc>
        <w:tc>
          <w:tcPr>
            <w:tcW w:w="0" w:type="auto"/>
          </w:tcPr>
          <w:p w14:paraId="3C5C34D4"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10</w:t>
            </w:r>
          </w:p>
        </w:tc>
        <w:tc>
          <w:tcPr>
            <w:tcW w:w="0" w:type="auto"/>
          </w:tcPr>
          <w:p w14:paraId="38637B10" w14:textId="77777777" w:rsidR="00911645" w:rsidRPr="003C0930" w:rsidRDefault="00911645" w:rsidP="006314FE">
            <w:pPr>
              <w:bidi/>
              <w:rPr>
                <w:rFonts w:ascii="Times New Roman" w:eastAsia="Times New Roman" w:hAnsi="Times New Roman" w:cs="B Lotus"/>
                <w:b/>
                <w:bCs/>
                <w:sz w:val="20"/>
                <w:szCs w:val="20"/>
                <w:highlight w:val="yellow"/>
                <w:rtl/>
              </w:rPr>
            </w:pPr>
            <w:r w:rsidRPr="003C0930">
              <w:rPr>
                <w:rFonts w:ascii="Times New Roman" w:eastAsia="Times New Roman" w:hAnsi="Times New Roman" w:cs="B Lotus"/>
                <w:sz w:val="20"/>
                <w:szCs w:val="20"/>
                <w:highlight w:val="yellow"/>
                <w:rtl/>
              </w:rPr>
              <w:t>مرد</w:t>
            </w:r>
          </w:p>
        </w:tc>
        <w:tc>
          <w:tcPr>
            <w:tcW w:w="0" w:type="auto"/>
          </w:tcPr>
          <w:p w14:paraId="5B74EAAE"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b/>
                <w:bCs/>
                <w:sz w:val="20"/>
                <w:szCs w:val="20"/>
                <w:highlight w:val="yellow"/>
                <w:rtl/>
              </w:rPr>
              <w:t>جنسیت</w:t>
            </w:r>
          </w:p>
        </w:tc>
      </w:tr>
      <w:tr w:rsidR="00911645" w:rsidRPr="003C0930" w14:paraId="1FE3A843" w14:textId="77777777" w:rsidTr="006314FE">
        <w:trPr>
          <w:jc w:val="center"/>
        </w:trPr>
        <w:tc>
          <w:tcPr>
            <w:tcW w:w="0" w:type="auto"/>
          </w:tcPr>
          <w:p w14:paraId="75DA4CC9" w14:textId="77777777" w:rsidR="00911645" w:rsidRPr="003C0930" w:rsidRDefault="00911645" w:rsidP="006314FE">
            <w:pPr>
              <w:bidi/>
              <w:rPr>
                <w:rFonts w:ascii="Times New Roman" w:eastAsia="Times New Roman" w:hAnsi="Times New Roman" w:cs="B Lotus"/>
                <w:sz w:val="20"/>
                <w:szCs w:val="20"/>
                <w:highlight w:val="yellow"/>
              </w:rPr>
            </w:pPr>
          </w:p>
        </w:tc>
        <w:tc>
          <w:tcPr>
            <w:tcW w:w="0" w:type="auto"/>
          </w:tcPr>
          <w:p w14:paraId="52C0C21D"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6</w:t>
            </w:r>
          </w:p>
        </w:tc>
        <w:tc>
          <w:tcPr>
            <w:tcW w:w="0" w:type="auto"/>
          </w:tcPr>
          <w:p w14:paraId="47E3BF8E"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زن</w:t>
            </w:r>
          </w:p>
        </w:tc>
        <w:tc>
          <w:tcPr>
            <w:tcW w:w="0" w:type="auto"/>
          </w:tcPr>
          <w:p w14:paraId="07388F71" w14:textId="77777777" w:rsidR="00911645" w:rsidRPr="003C0930" w:rsidRDefault="00911645" w:rsidP="006314FE">
            <w:pPr>
              <w:bidi/>
              <w:rPr>
                <w:rFonts w:ascii="Times New Roman" w:eastAsia="Times New Roman" w:hAnsi="Times New Roman" w:cs="B Lotus"/>
                <w:sz w:val="20"/>
                <w:szCs w:val="20"/>
                <w:highlight w:val="yellow"/>
              </w:rPr>
            </w:pPr>
          </w:p>
        </w:tc>
      </w:tr>
      <w:tr w:rsidR="00911645" w:rsidRPr="003C0930" w14:paraId="0FC2477D" w14:textId="77777777" w:rsidTr="006314FE">
        <w:trPr>
          <w:jc w:val="center"/>
        </w:trPr>
        <w:tc>
          <w:tcPr>
            <w:tcW w:w="0" w:type="auto"/>
          </w:tcPr>
          <w:p w14:paraId="7BBACD61"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hint="cs"/>
                <w:sz w:val="20"/>
                <w:szCs w:val="20"/>
                <w:highlight w:val="yellow"/>
                <w:rtl/>
              </w:rPr>
              <w:t>کمتری</w:t>
            </w:r>
            <w:r w:rsidRPr="003C0930">
              <w:rPr>
                <w:rFonts w:ascii="Times New Roman" w:eastAsia="Times New Roman" w:hAnsi="Times New Roman" w:cs="B Lotus"/>
                <w:sz w:val="20"/>
                <w:szCs w:val="20"/>
                <w:highlight w:val="yellow"/>
                <w:rtl/>
              </w:rPr>
              <w:t>ن سابق</w:t>
            </w:r>
            <w:r w:rsidRPr="003C0930">
              <w:rPr>
                <w:rFonts w:ascii="Times New Roman" w:eastAsia="Times New Roman" w:hAnsi="Times New Roman" w:cs="B Lotus" w:hint="cs"/>
                <w:sz w:val="20"/>
                <w:szCs w:val="20"/>
                <w:highlight w:val="yellow"/>
                <w:rtl/>
              </w:rPr>
              <w:t>ه 9</w:t>
            </w:r>
            <w:r w:rsidRPr="003C0930">
              <w:rPr>
                <w:rFonts w:ascii="Times New Roman" w:eastAsia="Times New Roman" w:hAnsi="Times New Roman" w:cs="B Lotus"/>
                <w:sz w:val="20"/>
                <w:szCs w:val="20"/>
                <w:highlight w:val="yellow"/>
                <w:rtl/>
              </w:rPr>
              <w:t xml:space="preserve"> سال</w:t>
            </w:r>
          </w:p>
        </w:tc>
        <w:tc>
          <w:tcPr>
            <w:tcW w:w="0" w:type="auto"/>
          </w:tcPr>
          <w:p w14:paraId="48660789"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Pr>
              <w:t>5</w:t>
            </w:r>
          </w:p>
        </w:tc>
        <w:tc>
          <w:tcPr>
            <w:tcW w:w="0" w:type="auto"/>
          </w:tcPr>
          <w:p w14:paraId="0D3BF202" w14:textId="77777777" w:rsidR="00911645" w:rsidRPr="003C0930" w:rsidRDefault="00911645" w:rsidP="006314FE">
            <w:pPr>
              <w:bidi/>
              <w:rPr>
                <w:rFonts w:ascii="Times New Roman" w:eastAsia="Times New Roman" w:hAnsi="Times New Roman" w:cs="B Lotus"/>
                <w:b/>
                <w:bCs/>
                <w:sz w:val="20"/>
                <w:szCs w:val="20"/>
                <w:highlight w:val="yellow"/>
                <w:rtl/>
              </w:rPr>
            </w:pPr>
            <w:r w:rsidRPr="003C0930">
              <w:rPr>
                <w:rFonts w:ascii="Times New Roman" w:eastAsia="Times New Roman" w:hAnsi="Times New Roman" w:cs="B Lotus"/>
                <w:sz w:val="20"/>
                <w:szCs w:val="20"/>
                <w:highlight w:val="yellow"/>
              </w:rPr>
              <w:t>7–10</w:t>
            </w:r>
          </w:p>
        </w:tc>
        <w:tc>
          <w:tcPr>
            <w:tcW w:w="0" w:type="auto"/>
          </w:tcPr>
          <w:p w14:paraId="4FBFE508"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b/>
                <w:bCs/>
                <w:sz w:val="20"/>
                <w:szCs w:val="20"/>
                <w:highlight w:val="yellow"/>
                <w:rtl/>
              </w:rPr>
              <w:t>سابقه کاری (سال)</w:t>
            </w:r>
          </w:p>
        </w:tc>
      </w:tr>
      <w:tr w:rsidR="00911645" w:rsidRPr="003C0930" w14:paraId="54475CAA" w14:textId="77777777" w:rsidTr="006314FE">
        <w:trPr>
          <w:jc w:val="center"/>
        </w:trPr>
        <w:tc>
          <w:tcPr>
            <w:tcW w:w="0" w:type="auto"/>
          </w:tcPr>
          <w:p w14:paraId="2B3D493F" w14:textId="77777777" w:rsidR="00911645" w:rsidRPr="003C0930" w:rsidRDefault="00911645" w:rsidP="006314FE">
            <w:pPr>
              <w:bidi/>
              <w:rPr>
                <w:rFonts w:ascii="Times New Roman" w:eastAsia="Times New Roman" w:hAnsi="Times New Roman" w:cs="B Lotus"/>
                <w:sz w:val="20"/>
                <w:szCs w:val="20"/>
                <w:highlight w:val="yellow"/>
              </w:rPr>
            </w:pPr>
          </w:p>
        </w:tc>
        <w:tc>
          <w:tcPr>
            <w:tcW w:w="0" w:type="auto"/>
          </w:tcPr>
          <w:p w14:paraId="692FD09F"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Pr>
              <w:t>6</w:t>
            </w:r>
          </w:p>
        </w:tc>
        <w:tc>
          <w:tcPr>
            <w:tcW w:w="0" w:type="auto"/>
          </w:tcPr>
          <w:p w14:paraId="6A6362B0"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Pr>
              <w:t>11–15</w:t>
            </w:r>
          </w:p>
        </w:tc>
        <w:tc>
          <w:tcPr>
            <w:tcW w:w="0" w:type="auto"/>
          </w:tcPr>
          <w:p w14:paraId="01CDEE9B" w14:textId="77777777" w:rsidR="00911645" w:rsidRPr="003C0930" w:rsidRDefault="00911645" w:rsidP="006314FE">
            <w:pPr>
              <w:bidi/>
              <w:rPr>
                <w:rFonts w:ascii="Times New Roman" w:eastAsia="Times New Roman" w:hAnsi="Times New Roman" w:cs="B Lotus"/>
                <w:sz w:val="20"/>
                <w:szCs w:val="20"/>
                <w:highlight w:val="yellow"/>
              </w:rPr>
            </w:pPr>
          </w:p>
        </w:tc>
      </w:tr>
      <w:tr w:rsidR="00911645" w:rsidRPr="003C0930" w14:paraId="42EA4C39" w14:textId="77777777" w:rsidTr="006314FE">
        <w:trPr>
          <w:jc w:val="center"/>
        </w:trPr>
        <w:tc>
          <w:tcPr>
            <w:tcW w:w="0" w:type="auto"/>
          </w:tcPr>
          <w:p w14:paraId="50BAD3FB"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hint="cs"/>
                <w:sz w:val="20"/>
                <w:szCs w:val="20"/>
                <w:highlight w:val="yellow"/>
                <w:rtl/>
              </w:rPr>
              <w:t>بیشت</w:t>
            </w:r>
            <w:r w:rsidRPr="003C0930">
              <w:rPr>
                <w:rFonts w:ascii="Times New Roman" w:eastAsia="Times New Roman" w:hAnsi="Times New Roman" w:cs="B Lotus"/>
                <w:sz w:val="20"/>
                <w:szCs w:val="20"/>
                <w:highlight w:val="yellow"/>
                <w:rtl/>
              </w:rPr>
              <w:t>رین سابقه 20 سال</w:t>
            </w:r>
          </w:p>
        </w:tc>
        <w:tc>
          <w:tcPr>
            <w:tcW w:w="0" w:type="auto"/>
          </w:tcPr>
          <w:p w14:paraId="2A631615"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Pr>
              <w:t>5</w:t>
            </w:r>
          </w:p>
        </w:tc>
        <w:tc>
          <w:tcPr>
            <w:tcW w:w="0" w:type="auto"/>
          </w:tcPr>
          <w:p w14:paraId="3652EB90"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16–20</w:t>
            </w:r>
          </w:p>
        </w:tc>
        <w:tc>
          <w:tcPr>
            <w:tcW w:w="0" w:type="auto"/>
          </w:tcPr>
          <w:p w14:paraId="2623B52D" w14:textId="77777777" w:rsidR="00911645" w:rsidRPr="003C0930" w:rsidRDefault="00911645" w:rsidP="006314FE">
            <w:pPr>
              <w:bidi/>
              <w:rPr>
                <w:rFonts w:ascii="Times New Roman" w:eastAsia="Times New Roman" w:hAnsi="Times New Roman" w:cs="B Lotus"/>
                <w:sz w:val="20"/>
                <w:szCs w:val="20"/>
                <w:highlight w:val="yellow"/>
                <w:rtl/>
              </w:rPr>
            </w:pPr>
          </w:p>
        </w:tc>
      </w:tr>
      <w:tr w:rsidR="00911645" w:rsidRPr="003C0930" w14:paraId="4B548FA1" w14:textId="77777777" w:rsidTr="006314FE">
        <w:trPr>
          <w:jc w:val="center"/>
        </w:trPr>
        <w:tc>
          <w:tcPr>
            <w:tcW w:w="0" w:type="auto"/>
          </w:tcPr>
          <w:p w14:paraId="317B0E7C" w14:textId="77777777" w:rsidR="00911645" w:rsidRPr="003C0930" w:rsidRDefault="00911645" w:rsidP="006314FE">
            <w:pPr>
              <w:bidi/>
              <w:rPr>
                <w:rFonts w:ascii="Times New Roman" w:eastAsia="Times New Roman" w:hAnsi="Times New Roman" w:cs="B Lotus"/>
                <w:sz w:val="20"/>
                <w:szCs w:val="20"/>
                <w:highlight w:val="yellow"/>
              </w:rPr>
            </w:pPr>
          </w:p>
        </w:tc>
        <w:tc>
          <w:tcPr>
            <w:tcW w:w="0" w:type="auto"/>
          </w:tcPr>
          <w:p w14:paraId="58E7747A"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5</w:t>
            </w:r>
          </w:p>
        </w:tc>
        <w:tc>
          <w:tcPr>
            <w:tcW w:w="0" w:type="auto"/>
          </w:tcPr>
          <w:p w14:paraId="426C4676" w14:textId="77777777" w:rsidR="00911645" w:rsidRPr="003C0930" w:rsidRDefault="00911645" w:rsidP="006314FE">
            <w:pPr>
              <w:bidi/>
              <w:rPr>
                <w:rFonts w:ascii="Times New Roman" w:eastAsia="Times New Roman" w:hAnsi="Times New Roman" w:cs="B Lotus" w:hint="cs"/>
                <w:b/>
                <w:bCs/>
                <w:sz w:val="20"/>
                <w:szCs w:val="20"/>
                <w:highlight w:val="yellow"/>
                <w:rtl/>
                <w:lang w:bidi="fa-IR"/>
              </w:rPr>
            </w:pPr>
            <w:r w:rsidRPr="003C0930">
              <w:rPr>
                <w:rFonts w:ascii="Times New Roman" w:eastAsia="Times New Roman" w:hAnsi="Times New Roman" w:cs="B Lotus"/>
                <w:sz w:val="20"/>
                <w:szCs w:val="20"/>
                <w:highlight w:val="yellow"/>
                <w:rtl/>
              </w:rPr>
              <w:t>کارشناسی</w:t>
            </w:r>
          </w:p>
        </w:tc>
        <w:tc>
          <w:tcPr>
            <w:tcW w:w="0" w:type="auto"/>
          </w:tcPr>
          <w:p w14:paraId="4ED7E40C"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b/>
                <w:bCs/>
                <w:sz w:val="20"/>
                <w:szCs w:val="20"/>
                <w:highlight w:val="yellow"/>
                <w:rtl/>
              </w:rPr>
              <w:t>سطح تحصیلات</w:t>
            </w:r>
          </w:p>
        </w:tc>
      </w:tr>
      <w:tr w:rsidR="00911645" w:rsidRPr="003C0930" w14:paraId="08374977" w14:textId="77777777" w:rsidTr="006314FE">
        <w:trPr>
          <w:jc w:val="center"/>
        </w:trPr>
        <w:tc>
          <w:tcPr>
            <w:tcW w:w="0" w:type="auto"/>
          </w:tcPr>
          <w:p w14:paraId="0616E337" w14:textId="77777777" w:rsidR="00911645" w:rsidRPr="003C0930" w:rsidRDefault="00911645" w:rsidP="006314FE">
            <w:pPr>
              <w:bidi/>
              <w:rPr>
                <w:rFonts w:ascii="Times New Roman" w:eastAsia="Times New Roman" w:hAnsi="Times New Roman" w:cs="B Lotus"/>
                <w:sz w:val="20"/>
                <w:szCs w:val="20"/>
                <w:highlight w:val="yellow"/>
              </w:rPr>
            </w:pPr>
          </w:p>
        </w:tc>
        <w:tc>
          <w:tcPr>
            <w:tcW w:w="0" w:type="auto"/>
          </w:tcPr>
          <w:p w14:paraId="371772A6"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6</w:t>
            </w:r>
          </w:p>
        </w:tc>
        <w:tc>
          <w:tcPr>
            <w:tcW w:w="0" w:type="auto"/>
          </w:tcPr>
          <w:p w14:paraId="19961097"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کارشناسی ارشد</w:t>
            </w:r>
          </w:p>
        </w:tc>
        <w:tc>
          <w:tcPr>
            <w:tcW w:w="0" w:type="auto"/>
          </w:tcPr>
          <w:p w14:paraId="2D0732DE" w14:textId="77777777" w:rsidR="00911645" w:rsidRPr="003C0930" w:rsidRDefault="00911645" w:rsidP="006314FE">
            <w:pPr>
              <w:bidi/>
              <w:rPr>
                <w:rFonts w:ascii="Times New Roman" w:eastAsia="Times New Roman" w:hAnsi="Times New Roman" w:cs="B Lotus"/>
                <w:sz w:val="20"/>
                <w:szCs w:val="20"/>
                <w:highlight w:val="yellow"/>
              </w:rPr>
            </w:pPr>
          </w:p>
        </w:tc>
      </w:tr>
      <w:tr w:rsidR="00911645" w:rsidRPr="003C0930" w14:paraId="40ED4283" w14:textId="77777777" w:rsidTr="006314FE">
        <w:trPr>
          <w:jc w:val="center"/>
        </w:trPr>
        <w:tc>
          <w:tcPr>
            <w:tcW w:w="0" w:type="auto"/>
          </w:tcPr>
          <w:p w14:paraId="4C0A1366" w14:textId="77777777" w:rsidR="00911645" w:rsidRPr="003C0930" w:rsidRDefault="00911645" w:rsidP="006314FE">
            <w:pPr>
              <w:bidi/>
              <w:rPr>
                <w:rFonts w:ascii="Times New Roman" w:eastAsia="Times New Roman" w:hAnsi="Times New Roman" w:cs="B Lotus"/>
                <w:sz w:val="20"/>
                <w:szCs w:val="20"/>
                <w:highlight w:val="yellow"/>
              </w:rPr>
            </w:pPr>
          </w:p>
        </w:tc>
        <w:tc>
          <w:tcPr>
            <w:tcW w:w="0" w:type="auto"/>
          </w:tcPr>
          <w:p w14:paraId="39972099"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5</w:t>
            </w:r>
          </w:p>
        </w:tc>
        <w:tc>
          <w:tcPr>
            <w:tcW w:w="0" w:type="auto"/>
          </w:tcPr>
          <w:p w14:paraId="75CA60AD"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دکتری</w:t>
            </w:r>
          </w:p>
        </w:tc>
        <w:tc>
          <w:tcPr>
            <w:tcW w:w="0" w:type="auto"/>
          </w:tcPr>
          <w:p w14:paraId="6FEBB78B" w14:textId="77777777" w:rsidR="00911645" w:rsidRPr="003C0930" w:rsidRDefault="00911645" w:rsidP="006314FE">
            <w:pPr>
              <w:bidi/>
              <w:rPr>
                <w:rFonts w:ascii="Times New Roman" w:eastAsia="Times New Roman" w:hAnsi="Times New Roman" w:cs="B Lotus"/>
                <w:sz w:val="20"/>
                <w:szCs w:val="20"/>
                <w:highlight w:val="yellow"/>
              </w:rPr>
            </w:pPr>
          </w:p>
        </w:tc>
      </w:tr>
      <w:tr w:rsidR="00911645" w:rsidRPr="003C0930" w14:paraId="1E93098F" w14:textId="77777777" w:rsidTr="006314FE">
        <w:trPr>
          <w:jc w:val="center"/>
        </w:trPr>
        <w:tc>
          <w:tcPr>
            <w:tcW w:w="0" w:type="auto"/>
          </w:tcPr>
          <w:p w14:paraId="691D6E89"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شامل مدیران استخر و بهره‌برداران</w:t>
            </w:r>
          </w:p>
        </w:tc>
        <w:tc>
          <w:tcPr>
            <w:tcW w:w="0" w:type="auto"/>
          </w:tcPr>
          <w:p w14:paraId="29265A88"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8</w:t>
            </w:r>
          </w:p>
        </w:tc>
        <w:tc>
          <w:tcPr>
            <w:tcW w:w="0" w:type="auto"/>
          </w:tcPr>
          <w:p w14:paraId="3F6BE84D" w14:textId="77777777" w:rsidR="00911645" w:rsidRPr="003C0930" w:rsidRDefault="00911645" w:rsidP="006314FE">
            <w:pPr>
              <w:bidi/>
              <w:rPr>
                <w:rFonts w:ascii="Times New Roman" w:eastAsia="Times New Roman" w:hAnsi="Times New Roman" w:cs="B Lotus"/>
                <w:b/>
                <w:bCs/>
                <w:sz w:val="20"/>
                <w:szCs w:val="20"/>
                <w:highlight w:val="yellow"/>
                <w:rtl/>
              </w:rPr>
            </w:pPr>
            <w:r w:rsidRPr="003C0930">
              <w:rPr>
                <w:rFonts w:ascii="Times New Roman" w:eastAsia="Times New Roman" w:hAnsi="Times New Roman" w:cs="B Lotus"/>
                <w:sz w:val="20"/>
                <w:szCs w:val="20"/>
                <w:highlight w:val="yellow"/>
                <w:rtl/>
              </w:rPr>
              <w:t>اجرایی</w:t>
            </w:r>
          </w:p>
        </w:tc>
        <w:tc>
          <w:tcPr>
            <w:tcW w:w="0" w:type="auto"/>
          </w:tcPr>
          <w:p w14:paraId="29BBA419"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b/>
                <w:bCs/>
                <w:sz w:val="20"/>
                <w:szCs w:val="20"/>
                <w:highlight w:val="yellow"/>
                <w:rtl/>
              </w:rPr>
              <w:t>نوع ارتباط با استخرها</w:t>
            </w:r>
          </w:p>
        </w:tc>
      </w:tr>
      <w:tr w:rsidR="00911645" w:rsidRPr="003C0930" w14:paraId="38767FBA" w14:textId="77777777" w:rsidTr="006314FE">
        <w:trPr>
          <w:jc w:val="center"/>
        </w:trPr>
        <w:tc>
          <w:tcPr>
            <w:tcW w:w="0" w:type="auto"/>
          </w:tcPr>
          <w:p w14:paraId="09E26874"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م</w:t>
            </w:r>
            <w:r w:rsidRPr="003C0930">
              <w:rPr>
                <w:rFonts w:ascii="Times New Roman" w:eastAsia="Times New Roman" w:hAnsi="Times New Roman" w:cs="B Lotus" w:hint="cs"/>
                <w:sz w:val="20"/>
                <w:szCs w:val="20"/>
                <w:highlight w:val="yellow"/>
                <w:rtl/>
              </w:rPr>
              <w:t>درسان</w:t>
            </w:r>
            <w:r w:rsidRPr="003C0930">
              <w:rPr>
                <w:rFonts w:ascii="Times New Roman" w:eastAsia="Times New Roman" w:hAnsi="Times New Roman" w:cs="B Lotus"/>
                <w:sz w:val="20"/>
                <w:szCs w:val="20"/>
                <w:highlight w:val="yellow"/>
                <w:rtl/>
              </w:rPr>
              <w:t xml:space="preserve"> و مدیر آموزش</w:t>
            </w:r>
          </w:p>
        </w:tc>
        <w:tc>
          <w:tcPr>
            <w:tcW w:w="0" w:type="auto"/>
          </w:tcPr>
          <w:p w14:paraId="4DCDD1C7"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2</w:t>
            </w:r>
          </w:p>
        </w:tc>
        <w:tc>
          <w:tcPr>
            <w:tcW w:w="0" w:type="auto"/>
          </w:tcPr>
          <w:p w14:paraId="6BF59C80"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tl/>
              </w:rPr>
              <w:t>آموزشی / اجرایی</w:t>
            </w:r>
          </w:p>
        </w:tc>
        <w:tc>
          <w:tcPr>
            <w:tcW w:w="0" w:type="auto"/>
          </w:tcPr>
          <w:p w14:paraId="4881D934" w14:textId="77777777" w:rsidR="00911645" w:rsidRPr="003C0930" w:rsidRDefault="00911645" w:rsidP="006314FE">
            <w:pPr>
              <w:bidi/>
              <w:rPr>
                <w:rFonts w:ascii="Times New Roman" w:eastAsia="Times New Roman" w:hAnsi="Times New Roman" w:cs="B Lotus"/>
                <w:sz w:val="20"/>
                <w:szCs w:val="20"/>
                <w:highlight w:val="yellow"/>
                <w:rtl/>
              </w:rPr>
            </w:pPr>
          </w:p>
        </w:tc>
      </w:tr>
      <w:tr w:rsidR="00911645" w:rsidRPr="003C0930" w14:paraId="7C7EE3A3" w14:textId="77777777" w:rsidTr="006314FE">
        <w:trPr>
          <w:jc w:val="center"/>
        </w:trPr>
        <w:tc>
          <w:tcPr>
            <w:tcW w:w="0" w:type="auto"/>
          </w:tcPr>
          <w:p w14:paraId="350EC243"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اعضای هیئت علمی</w:t>
            </w:r>
          </w:p>
        </w:tc>
        <w:tc>
          <w:tcPr>
            <w:tcW w:w="0" w:type="auto"/>
          </w:tcPr>
          <w:p w14:paraId="123F46F4"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3</w:t>
            </w:r>
          </w:p>
        </w:tc>
        <w:tc>
          <w:tcPr>
            <w:tcW w:w="0" w:type="auto"/>
          </w:tcPr>
          <w:p w14:paraId="2091C47A"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tl/>
              </w:rPr>
              <w:t>علمی / پژوهشی</w:t>
            </w:r>
          </w:p>
        </w:tc>
        <w:tc>
          <w:tcPr>
            <w:tcW w:w="0" w:type="auto"/>
          </w:tcPr>
          <w:p w14:paraId="132B3AE3" w14:textId="77777777" w:rsidR="00911645" w:rsidRPr="003C0930" w:rsidRDefault="00911645" w:rsidP="006314FE">
            <w:pPr>
              <w:bidi/>
              <w:rPr>
                <w:rFonts w:ascii="Times New Roman" w:eastAsia="Times New Roman" w:hAnsi="Times New Roman" w:cs="B Lotus"/>
                <w:sz w:val="20"/>
                <w:szCs w:val="20"/>
                <w:highlight w:val="yellow"/>
                <w:rtl/>
              </w:rPr>
            </w:pPr>
          </w:p>
        </w:tc>
      </w:tr>
      <w:tr w:rsidR="00911645" w:rsidRPr="003C0930" w14:paraId="3227DA4E" w14:textId="77777777" w:rsidTr="006314FE">
        <w:trPr>
          <w:jc w:val="center"/>
        </w:trPr>
        <w:tc>
          <w:tcPr>
            <w:tcW w:w="0" w:type="auto"/>
          </w:tcPr>
          <w:p w14:paraId="2AEFE7DE"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کارشناسان فدراسیون و مدیران</w:t>
            </w:r>
          </w:p>
        </w:tc>
        <w:tc>
          <w:tcPr>
            <w:tcW w:w="0" w:type="auto"/>
          </w:tcPr>
          <w:p w14:paraId="509EE8AB"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3</w:t>
            </w:r>
          </w:p>
        </w:tc>
        <w:tc>
          <w:tcPr>
            <w:tcW w:w="0" w:type="auto"/>
          </w:tcPr>
          <w:p w14:paraId="7B50CAB9"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tl/>
              </w:rPr>
              <w:t>سیاست‌گذار / تصمیم‌گیر</w:t>
            </w:r>
          </w:p>
        </w:tc>
        <w:tc>
          <w:tcPr>
            <w:tcW w:w="0" w:type="auto"/>
          </w:tcPr>
          <w:p w14:paraId="657E1CE8" w14:textId="77777777" w:rsidR="00911645" w:rsidRPr="003C0930" w:rsidRDefault="00911645" w:rsidP="006314FE">
            <w:pPr>
              <w:bidi/>
              <w:rPr>
                <w:rFonts w:ascii="Times New Roman" w:eastAsia="Times New Roman" w:hAnsi="Times New Roman" w:cs="B Lotus"/>
                <w:sz w:val="20"/>
                <w:szCs w:val="20"/>
                <w:highlight w:val="yellow"/>
                <w:rtl/>
              </w:rPr>
            </w:pPr>
          </w:p>
        </w:tc>
      </w:tr>
      <w:tr w:rsidR="00911645" w:rsidRPr="003C0930" w14:paraId="5AFB4B7E" w14:textId="77777777" w:rsidTr="006314FE">
        <w:trPr>
          <w:jc w:val="center"/>
        </w:trPr>
        <w:tc>
          <w:tcPr>
            <w:tcW w:w="0" w:type="auto"/>
          </w:tcPr>
          <w:p w14:paraId="3DEEBD00"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متخصص ایمنی و بهداشت</w:t>
            </w:r>
          </w:p>
        </w:tc>
        <w:tc>
          <w:tcPr>
            <w:tcW w:w="0" w:type="auto"/>
          </w:tcPr>
          <w:p w14:paraId="0AD57A9A"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1</w:t>
            </w:r>
          </w:p>
        </w:tc>
        <w:tc>
          <w:tcPr>
            <w:tcW w:w="0" w:type="auto"/>
          </w:tcPr>
          <w:p w14:paraId="3ACD1201"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tl/>
              </w:rPr>
              <w:t>تخصصی / نظارتی</w:t>
            </w:r>
          </w:p>
        </w:tc>
        <w:tc>
          <w:tcPr>
            <w:tcW w:w="0" w:type="auto"/>
          </w:tcPr>
          <w:p w14:paraId="683882B5" w14:textId="77777777" w:rsidR="00911645" w:rsidRPr="003C0930" w:rsidRDefault="00911645" w:rsidP="006314FE">
            <w:pPr>
              <w:bidi/>
              <w:rPr>
                <w:rFonts w:ascii="Times New Roman" w:eastAsia="Times New Roman" w:hAnsi="Times New Roman" w:cs="B Lotus"/>
                <w:sz w:val="20"/>
                <w:szCs w:val="20"/>
                <w:highlight w:val="yellow"/>
                <w:rtl/>
              </w:rPr>
            </w:pPr>
          </w:p>
        </w:tc>
      </w:tr>
      <w:tr w:rsidR="00911645" w:rsidRPr="003C0930" w14:paraId="728BB7E0" w14:textId="77777777" w:rsidTr="006314FE">
        <w:trPr>
          <w:jc w:val="center"/>
        </w:trPr>
        <w:tc>
          <w:tcPr>
            <w:tcW w:w="0" w:type="auto"/>
          </w:tcPr>
          <w:p w14:paraId="758C16A2" w14:textId="77777777" w:rsidR="00911645" w:rsidRPr="003C0930" w:rsidRDefault="00911645" w:rsidP="006314FE">
            <w:pPr>
              <w:bidi/>
              <w:rPr>
                <w:rFonts w:ascii="Times New Roman" w:eastAsia="Times New Roman" w:hAnsi="Times New Roman" w:cs="B Lotus"/>
                <w:sz w:val="20"/>
                <w:szCs w:val="20"/>
                <w:highlight w:val="yellow"/>
              </w:rPr>
            </w:pPr>
            <w:r w:rsidRPr="003C0930">
              <w:rPr>
                <w:rFonts w:ascii="Times New Roman" w:eastAsia="Times New Roman" w:hAnsi="Times New Roman" w:cs="B Lotus"/>
                <w:sz w:val="20"/>
                <w:szCs w:val="20"/>
                <w:highlight w:val="yellow"/>
                <w:rtl/>
              </w:rPr>
              <w:t>بهره‌بردار مجموعه ورزشی</w:t>
            </w:r>
          </w:p>
        </w:tc>
        <w:tc>
          <w:tcPr>
            <w:tcW w:w="0" w:type="auto"/>
          </w:tcPr>
          <w:p w14:paraId="1A4D3A57" w14:textId="77777777" w:rsidR="00911645" w:rsidRPr="003C0930" w:rsidRDefault="00911645" w:rsidP="006314FE">
            <w:pPr>
              <w:bidi/>
              <w:rPr>
                <w:rFonts w:ascii="Times New Roman" w:eastAsia="Times New Roman" w:hAnsi="Times New Roman" w:cs="B Lotus"/>
                <w:sz w:val="20"/>
                <w:szCs w:val="20"/>
                <w:highlight w:val="yellow"/>
                <w:rtl/>
              </w:rPr>
            </w:pPr>
            <w:r w:rsidRPr="003C0930">
              <w:rPr>
                <w:rFonts w:ascii="Times New Roman" w:eastAsia="Times New Roman" w:hAnsi="Times New Roman" w:cs="B Lotus"/>
                <w:sz w:val="20"/>
                <w:szCs w:val="20"/>
                <w:highlight w:val="yellow"/>
              </w:rPr>
              <w:t>1</w:t>
            </w:r>
          </w:p>
        </w:tc>
        <w:tc>
          <w:tcPr>
            <w:tcW w:w="0" w:type="auto"/>
          </w:tcPr>
          <w:p w14:paraId="1FC3EE41" w14:textId="77777777" w:rsidR="00911645" w:rsidRPr="003C0930" w:rsidRDefault="00911645" w:rsidP="006314FE">
            <w:pPr>
              <w:bidi/>
              <w:rPr>
                <w:rFonts w:ascii="Times New Roman" w:eastAsia="Times New Roman" w:hAnsi="Times New Roman" w:cs="B Lotus"/>
                <w:sz w:val="20"/>
                <w:szCs w:val="20"/>
                <w:rtl/>
              </w:rPr>
            </w:pPr>
            <w:r w:rsidRPr="003C0930">
              <w:rPr>
                <w:rFonts w:ascii="Times New Roman" w:eastAsia="Times New Roman" w:hAnsi="Times New Roman" w:cs="B Lotus"/>
                <w:sz w:val="20"/>
                <w:szCs w:val="20"/>
                <w:highlight w:val="yellow"/>
                <w:rtl/>
              </w:rPr>
              <w:t>مشاوره</w:t>
            </w:r>
          </w:p>
        </w:tc>
        <w:tc>
          <w:tcPr>
            <w:tcW w:w="0" w:type="auto"/>
          </w:tcPr>
          <w:p w14:paraId="3A97F480" w14:textId="77777777" w:rsidR="00911645" w:rsidRPr="003C0930" w:rsidRDefault="00911645" w:rsidP="006314FE">
            <w:pPr>
              <w:bidi/>
              <w:rPr>
                <w:rFonts w:ascii="Times New Roman" w:eastAsia="Times New Roman" w:hAnsi="Times New Roman" w:cs="B Lotus"/>
                <w:sz w:val="20"/>
                <w:szCs w:val="20"/>
                <w:rtl/>
              </w:rPr>
            </w:pPr>
          </w:p>
        </w:tc>
      </w:tr>
    </w:tbl>
    <w:p w14:paraId="344EF51D" w14:textId="714A7016" w:rsidR="00D5135E" w:rsidRDefault="00E52C87" w:rsidP="00730E6F">
      <w:pPr>
        <w:bidi/>
        <w:jc w:val="both"/>
        <w:rPr>
          <w:rFonts w:cs="B Lotus"/>
          <w:szCs w:val="26"/>
        </w:rPr>
      </w:pPr>
      <w:r w:rsidRPr="003A25D4">
        <w:rPr>
          <w:rFonts w:cs="B Lotus"/>
          <w:szCs w:val="26"/>
          <w:rtl/>
        </w:rPr>
        <w:lastRenderedPageBreak/>
        <w:t>فرایند تحلیل داده‌ها در سه مرحله انجام شد</w:t>
      </w:r>
      <w:r w:rsidRPr="003A25D4">
        <w:rPr>
          <w:rFonts w:cs="B Lotus"/>
          <w:szCs w:val="26"/>
        </w:rPr>
        <w:t>:</w:t>
      </w:r>
      <w:r>
        <w:rPr>
          <w:rFonts w:cs="B Lotus" w:hint="cs"/>
          <w:szCs w:val="26"/>
          <w:rtl/>
        </w:rPr>
        <w:t xml:space="preserve"> 1)</w:t>
      </w:r>
      <w:r w:rsidRPr="003A25D4">
        <w:rPr>
          <w:rFonts w:cs="B Lotus"/>
          <w:szCs w:val="26"/>
          <w:rtl/>
        </w:rPr>
        <w:t>کدگذاری توصیفی: شناسایی مفاهیم اولیه</w:t>
      </w:r>
      <w:r w:rsidRPr="003A25D4">
        <w:rPr>
          <w:rFonts w:cs="B Lotus"/>
          <w:szCs w:val="26"/>
        </w:rPr>
        <w:t>.</w:t>
      </w:r>
      <w:r>
        <w:rPr>
          <w:rFonts w:cs="B Lotus" w:hint="cs"/>
          <w:szCs w:val="26"/>
          <w:rtl/>
        </w:rPr>
        <w:t xml:space="preserve"> 2)</w:t>
      </w:r>
      <w:r w:rsidRPr="003A25D4">
        <w:rPr>
          <w:rFonts w:cs="B Lotus"/>
          <w:szCs w:val="26"/>
          <w:rtl/>
        </w:rPr>
        <w:t>کدگذاری تفسیری: دسته‌بندی مفاهیم در قالب زیرمضامین</w:t>
      </w:r>
      <w:r w:rsidRPr="003A25D4">
        <w:rPr>
          <w:rFonts w:cs="B Lotus"/>
          <w:szCs w:val="26"/>
        </w:rPr>
        <w:t>.</w:t>
      </w:r>
      <w:r>
        <w:rPr>
          <w:rFonts w:cs="B Lotus" w:hint="cs"/>
          <w:szCs w:val="26"/>
          <w:rtl/>
        </w:rPr>
        <w:t xml:space="preserve"> 3) </w:t>
      </w:r>
      <w:r w:rsidRPr="003A25D4">
        <w:rPr>
          <w:rFonts w:cs="B Lotus"/>
          <w:szCs w:val="26"/>
          <w:rtl/>
        </w:rPr>
        <w:t>یکپارچه‌سازی: تلفیق مضامین در ساختار مدل مفهومی نهایی</w:t>
      </w:r>
      <w:r w:rsidRPr="003A25D4">
        <w:rPr>
          <w:rFonts w:cs="B Lotus"/>
          <w:szCs w:val="26"/>
        </w:rPr>
        <w:t>.</w:t>
      </w:r>
      <w:r>
        <w:rPr>
          <w:rFonts w:cs="B Lotus" w:hint="cs"/>
          <w:szCs w:val="26"/>
          <w:rtl/>
        </w:rPr>
        <w:t xml:space="preserve"> </w:t>
      </w:r>
    </w:p>
    <w:p w14:paraId="19F3FF91" w14:textId="4542F21C" w:rsidR="00E52C87" w:rsidRPr="00D5135E" w:rsidRDefault="00E52C87" w:rsidP="00D5135E">
      <w:pPr>
        <w:bidi/>
        <w:jc w:val="center"/>
        <w:rPr>
          <w:rFonts w:cs="B Lotus"/>
          <w:sz w:val="22"/>
        </w:rPr>
      </w:pPr>
      <w:r w:rsidRPr="00D5135E">
        <w:rPr>
          <w:rFonts w:cs="B Lotus"/>
          <w:sz w:val="22"/>
          <w:rtl/>
        </w:rPr>
        <w:t>جدول</w:t>
      </w:r>
      <w:r w:rsidRPr="00D5135E">
        <w:rPr>
          <w:rFonts w:cs="B Lotus" w:hint="cs"/>
          <w:sz w:val="22"/>
          <w:rtl/>
        </w:rPr>
        <w:t>2</w:t>
      </w:r>
      <w:r w:rsidRPr="00D5135E">
        <w:rPr>
          <w:rFonts w:cs="B Lotus"/>
          <w:sz w:val="22"/>
          <w:rtl/>
        </w:rPr>
        <w:t>. مراحل تحلیل مضمون به روایت بران و کلارک</w:t>
      </w:r>
      <w:r w:rsidRPr="00D5135E">
        <w:rPr>
          <w:rFonts w:cs="B Lotus"/>
          <w:sz w:val="22"/>
        </w:rPr>
        <w:t xml:space="preserve"> </w:t>
      </w:r>
      <w:r w:rsidRPr="00D5135E">
        <w:rPr>
          <w:rFonts w:cs="B Lotus" w:hint="cs"/>
          <w:sz w:val="22"/>
          <w:rtl/>
        </w:rPr>
        <w:t>(2006)</w:t>
      </w:r>
    </w:p>
    <w:tbl>
      <w:tblPr>
        <w:tblW w:w="999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84"/>
        <w:gridCol w:w="5741"/>
        <w:gridCol w:w="1865"/>
      </w:tblGrid>
      <w:tr w:rsidR="00E52C87" w:rsidRPr="003A25D4" w14:paraId="0DFBB042" w14:textId="77777777" w:rsidTr="00D548F0">
        <w:trPr>
          <w:trHeight w:val="378"/>
          <w:tblHeader/>
          <w:tblCellSpacing w:w="15" w:type="dxa"/>
          <w:jc w:val="center"/>
        </w:trPr>
        <w:tc>
          <w:tcPr>
            <w:tcW w:w="0" w:type="auto"/>
            <w:vAlign w:val="center"/>
            <w:hideMark/>
          </w:tcPr>
          <w:p w14:paraId="40A013B3" w14:textId="77777777" w:rsidR="00E52C87" w:rsidRPr="003A25D4" w:rsidRDefault="00E52C87" w:rsidP="00D548F0">
            <w:pPr>
              <w:bidi/>
              <w:jc w:val="center"/>
              <w:rPr>
                <w:rFonts w:cs="B Lotus"/>
                <w:b/>
                <w:bCs/>
                <w:sz w:val="20"/>
                <w:szCs w:val="20"/>
              </w:rPr>
            </w:pPr>
            <w:r w:rsidRPr="003A25D4">
              <w:rPr>
                <w:rFonts w:cs="B Lotus"/>
                <w:b/>
                <w:bCs/>
                <w:sz w:val="20"/>
                <w:szCs w:val="20"/>
                <w:rtl/>
              </w:rPr>
              <w:t>هدف</w:t>
            </w:r>
          </w:p>
        </w:tc>
        <w:tc>
          <w:tcPr>
            <w:tcW w:w="0" w:type="auto"/>
            <w:vAlign w:val="center"/>
            <w:hideMark/>
          </w:tcPr>
          <w:p w14:paraId="58209271" w14:textId="77777777" w:rsidR="00E52C87" w:rsidRPr="003A25D4" w:rsidRDefault="00E52C87" w:rsidP="00D548F0">
            <w:pPr>
              <w:bidi/>
              <w:jc w:val="center"/>
              <w:rPr>
                <w:rFonts w:cs="B Lotus"/>
                <w:b/>
                <w:bCs/>
                <w:sz w:val="20"/>
                <w:szCs w:val="20"/>
              </w:rPr>
            </w:pPr>
            <w:r w:rsidRPr="003A25D4">
              <w:rPr>
                <w:rFonts w:cs="B Lotus"/>
                <w:b/>
                <w:bCs/>
                <w:sz w:val="20"/>
                <w:szCs w:val="20"/>
                <w:rtl/>
              </w:rPr>
              <w:t>گام‌ها</w:t>
            </w:r>
          </w:p>
        </w:tc>
        <w:tc>
          <w:tcPr>
            <w:tcW w:w="0" w:type="auto"/>
            <w:vAlign w:val="center"/>
          </w:tcPr>
          <w:p w14:paraId="749EDFC6" w14:textId="77777777" w:rsidR="00E52C87" w:rsidRPr="003A25D4" w:rsidRDefault="00E52C87" w:rsidP="00D548F0">
            <w:pPr>
              <w:bidi/>
              <w:jc w:val="center"/>
              <w:rPr>
                <w:rFonts w:cs="B Lotus"/>
                <w:b/>
                <w:bCs/>
                <w:sz w:val="20"/>
                <w:szCs w:val="20"/>
                <w:rtl/>
              </w:rPr>
            </w:pPr>
            <w:r w:rsidRPr="003A25D4">
              <w:rPr>
                <w:rFonts w:cs="B Lotus"/>
                <w:b/>
                <w:bCs/>
                <w:sz w:val="20"/>
                <w:szCs w:val="20"/>
                <w:rtl/>
              </w:rPr>
              <w:t>مرحله</w:t>
            </w:r>
          </w:p>
        </w:tc>
      </w:tr>
      <w:tr w:rsidR="00E52C87" w:rsidRPr="003A25D4" w14:paraId="5D8A3678" w14:textId="77777777" w:rsidTr="00D548F0">
        <w:trPr>
          <w:trHeight w:val="378"/>
          <w:tblCellSpacing w:w="15" w:type="dxa"/>
          <w:jc w:val="center"/>
        </w:trPr>
        <w:tc>
          <w:tcPr>
            <w:tcW w:w="0" w:type="auto"/>
            <w:vAlign w:val="center"/>
            <w:hideMark/>
          </w:tcPr>
          <w:p w14:paraId="0BA59B3D" w14:textId="77777777" w:rsidR="00E52C87" w:rsidRPr="003A25D4" w:rsidRDefault="00E52C87" w:rsidP="00D548F0">
            <w:pPr>
              <w:bidi/>
              <w:jc w:val="center"/>
              <w:rPr>
                <w:rFonts w:cs="B Lotus"/>
                <w:sz w:val="20"/>
                <w:szCs w:val="20"/>
              </w:rPr>
            </w:pPr>
            <w:r w:rsidRPr="003A25D4">
              <w:rPr>
                <w:rFonts w:cs="B Lotus"/>
                <w:sz w:val="20"/>
                <w:szCs w:val="20"/>
                <w:rtl/>
              </w:rPr>
              <w:t>تجزیه و توصیف متن</w:t>
            </w:r>
          </w:p>
        </w:tc>
        <w:tc>
          <w:tcPr>
            <w:tcW w:w="0" w:type="auto"/>
            <w:vAlign w:val="center"/>
            <w:hideMark/>
          </w:tcPr>
          <w:p w14:paraId="6B411CAB" w14:textId="77777777" w:rsidR="00E52C87" w:rsidRPr="003A25D4" w:rsidRDefault="00E52C87" w:rsidP="00D548F0">
            <w:pPr>
              <w:bidi/>
              <w:jc w:val="center"/>
              <w:rPr>
                <w:rFonts w:cs="B Lotus"/>
                <w:sz w:val="20"/>
                <w:szCs w:val="20"/>
              </w:rPr>
            </w:pPr>
            <w:r>
              <w:rPr>
                <w:rFonts w:cs="B Lotus" w:hint="cs"/>
                <w:sz w:val="20"/>
                <w:szCs w:val="20"/>
                <w:rtl/>
              </w:rPr>
              <w:t>1.</w:t>
            </w:r>
            <w:r w:rsidRPr="003A25D4">
              <w:rPr>
                <w:rFonts w:cs="B Lotus"/>
                <w:sz w:val="20"/>
                <w:szCs w:val="20"/>
                <w:rtl/>
              </w:rPr>
              <w:t xml:space="preserve">آشنا شدن با متن </w:t>
            </w:r>
            <w:r>
              <w:rPr>
                <w:rFonts w:cs="B Lotus" w:hint="cs"/>
                <w:sz w:val="20"/>
                <w:szCs w:val="20"/>
                <w:rtl/>
              </w:rPr>
              <w:t>2.</w:t>
            </w:r>
            <w:r w:rsidRPr="003A25D4">
              <w:rPr>
                <w:rFonts w:cs="B Lotus"/>
                <w:sz w:val="20"/>
                <w:szCs w:val="20"/>
                <w:rtl/>
              </w:rPr>
              <w:t xml:space="preserve">ایجاد کدهای اولیه </w:t>
            </w:r>
            <w:r>
              <w:rPr>
                <w:rFonts w:cs="B Lotus" w:hint="cs"/>
                <w:sz w:val="20"/>
                <w:szCs w:val="20"/>
                <w:rtl/>
              </w:rPr>
              <w:t>3.</w:t>
            </w:r>
            <w:r w:rsidRPr="003A25D4">
              <w:rPr>
                <w:rFonts w:cs="B Lotus"/>
                <w:sz w:val="20"/>
                <w:szCs w:val="20"/>
              </w:rPr>
              <w:t xml:space="preserve"> </w:t>
            </w:r>
            <w:r w:rsidRPr="003A25D4">
              <w:rPr>
                <w:rFonts w:cs="B Lotus"/>
                <w:sz w:val="20"/>
                <w:szCs w:val="20"/>
                <w:rtl/>
              </w:rPr>
              <w:t>شناخت مضامین</w:t>
            </w:r>
          </w:p>
        </w:tc>
        <w:tc>
          <w:tcPr>
            <w:tcW w:w="0" w:type="auto"/>
            <w:vAlign w:val="center"/>
          </w:tcPr>
          <w:p w14:paraId="3BF5BE16" w14:textId="77777777" w:rsidR="00E52C87" w:rsidRPr="003A25D4" w:rsidRDefault="00E52C87" w:rsidP="00D548F0">
            <w:pPr>
              <w:bidi/>
              <w:jc w:val="center"/>
              <w:rPr>
                <w:rFonts w:cs="B Lotus"/>
                <w:sz w:val="20"/>
                <w:szCs w:val="20"/>
              </w:rPr>
            </w:pPr>
            <w:r w:rsidRPr="003A25D4">
              <w:rPr>
                <w:rFonts w:cs="B Lotus"/>
                <w:sz w:val="20"/>
                <w:szCs w:val="20"/>
                <w:rtl/>
              </w:rPr>
              <w:t>کدگذاری توصیفی</w:t>
            </w:r>
          </w:p>
        </w:tc>
      </w:tr>
      <w:tr w:rsidR="00E52C87" w:rsidRPr="003A25D4" w14:paraId="201C40FE" w14:textId="77777777" w:rsidTr="00D548F0">
        <w:trPr>
          <w:trHeight w:val="378"/>
          <w:tblCellSpacing w:w="15" w:type="dxa"/>
          <w:jc w:val="center"/>
        </w:trPr>
        <w:tc>
          <w:tcPr>
            <w:tcW w:w="0" w:type="auto"/>
            <w:vAlign w:val="center"/>
            <w:hideMark/>
          </w:tcPr>
          <w:p w14:paraId="1A5889B0" w14:textId="77777777" w:rsidR="00E52C87" w:rsidRPr="003A25D4" w:rsidRDefault="00E52C87" w:rsidP="00D548F0">
            <w:pPr>
              <w:bidi/>
              <w:jc w:val="center"/>
              <w:rPr>
                <w:rFonts w:cs="B Lotus"/>
                <w:sz w:val="20"/>
                <w:szCs w:val="20"/>
              </w:rPr>
            </w:pPr>
            <w:r w:rsidRPr="003A25D4">
              <w:rPr>
                <w:rFonts w:cs="B Lotus"/>
                <w:sz w:val="20"/>
                <w:szCs w:val="20"/>
                <w:rtl/>
              </w:rPr>
              <w:t>تشریح و تفسیر مضامین</w:t>
            </w:r>
          </w:p>
        </w:tc>
        <w:tc>
          <w:tcPr>
            <w:tcW w:w="0" w:type="auto"/>
            <w:vAlign w:val="center"/>
            <w:hideMark/>
          </w:tcPr>
          <w:p w14:paraId="51A6F496" w14:textId="77777777" w:rsidR="00E52C87" w:rsidRPr="003A25D4" w:rsidRDefault="00E52C87" w:rsidP="00D548F0">
            <w:pPr>
              <w:bidi/>
              <w:jc w:val="center"/>
              <w:rPr>
                <w:rFonts w:cs="B Lotus"/>
                <w:sz w:val="20"/>
                <w:szCs w:val="20"/>
              </w:rPr>
            </w:pPr>
            <w:r>
              <w:rPr>
                <w:rFonts w:cs="B Lotus" w:hint="cs"/>
                <w:sz w:val="20"/>
                <w:szCs w:val="20"/>
                <w:rtl/>
              </w:rPr>
              <w:t>1.</w:t>
            </w:r>
            <w:r w:rsidRPr="003A25D4">
              <w:rPr>
                <w:rFonts w:cs="B Lotus"/>
                <w:sz w:val="20"/>
                <w:szCs w:val="20"/>
                <w:rtl/>
              </w:rPr>
              <w:t xml:space="preserve">ترسیم شبکه مضامین </w:t>
            </w:r>
            <w:r>
              <w:rPr>
                <w:rFonts w:cs="B Lotus" w:hint="cs"/>
                <w:sz w:val="20"/>
                <w:szCs w:val="20"/>
                <w:rtl/>
              </w:rPr>
              <w:t>2.</w:t>
            </w:r>
            <w:r w:rsidRPr="003A25D4">
              <w:rPr>
                <w:rFonts w:cs="B Lotus"/>
                <w:sz w:val="20"/>
                <w:szCs w:val="20"/>
              </w:rPr>
              <w:t xml:space="preserve"> </w:t>
            </w:r>
            <w:r w:rsidRPr="003A25D4">
              <w:rPr>
                <w:rFonts w:cs="B Lotus"/>
                <w:sz w:val="20"/>
                <w:szCs w:val="20"/>
                <w:rtl/>
              </w:rPr>
              <w:t>تحلیل و تبیین روابط</w:t>
            </w:r>
          </w:p>
        </w:tc>
        <w:tc>
          <w:tcPr>
            <w:tcW w:w="0" w:type="auto"/>
            <w:vAlign w:val="center"/>
          </w:tcPr>
          <w:p w14:paraId="0D01FB8E" w14:textId="77777777" w:rsidR="00E52C87" w:rsidRPr="003A25D4" w:rsidRDefault="00E52C87" w:rsidP="00D548F0">
            <w:pPr>
              <w:bidi/>
              <w:jc w:val="center"/>
              <w:rPr>
                <w:rFonts w:cs="B Lotus"/>
                <w:sz w:val="20"/>
                <w:szCs w:val="20"/>
              </w:rPr>
            </w:pPr>
            <w:r w:rsidRPr="003A25D4">
              <w:rPr>
                <w:rFonts w:cs="B Lotus"/>
                <w:sz w:val="20"/>
                <w:szCs w:val="20"/>
                <w:rtl/>
              </w:rPr>
              <w:t>کدگذاری تفسیری</w:t>
            </w:r>
          </w:p>
        </w:tc>
      </w:tr>
      <w:tr w:rsidR="00E52C87" w:rsidRPr="003A25D4" w14:paraId="6283648B" w14:textId="77777777" w:rsidTr="00D548F0">
        <w:trPr>
          <w:trHeight w:val="378"/>
          <w:tblCellSpacing w:w="15" w:type="dxa"/>
          <w:jc w:val="center"/>
        </w:trPr>
        <w:tc>
          <w:tcPr>
            <w:tcW w:w="0" w:type="auto"/>
            <w:vAlign w:val="center"/>
            <w:hideMark/>
          </w:tcPr>
          <w:p w14:paraId="76F611E8" w14:textId="77777777" w:rsidR="00E52C87" w:rsidRPr="003A25D4" w:rsidRDefault="00E52C87" w:rsidP="00D548F0">
            <w:pPr>
              <w:bidi/>
              <w:jc w:val="center"/>
              <w:rPr>
                <w:rFonts w:cs="B Lotus"/>
                <w:sz w:val="20"/>
                <w:szCs w:val="20"/>
              </w:rPr>
            </w:pPr>
            <w:r w:rsidRPr="003A25D4">
              <w:rPr>
                <w:rFonts w:cs="B Lotus"/>
                <w:sz w:val="20"/>
                <w:szCs w:val="20"/>
                <w:rtl/>
              </w:rPr>
              <w:t>تلفیق و ادغام یافته‌ها</w:t>
            </w:r>
          </w:p>
        </w:tc>
        <w:tc>
          <w:tcPr>
            <w:tcW w:w="0" w:type="auto"/>
            <w:vAlign w:val="center"/>
            <w:hideMark/>
          </w:tcPr>
          <w:p w14:paraId="5919F5FA" w14:textId="77777777" w:rsidR="00E52C87" w:rsidRPr="003A25D4" w:rsidRDefault="00E52C87" w:rsidP="00D548F0">
            <w:pPr>
              <w:bidi/>
              <w:jc w:val="center"/>
              <w:rPr>
                <w:rFonts w:cs="B Lotus"/>
                <w:sz w:val="20"/>
                <w:szCs w:val="20"/>
              </w:rPr>
            </w:pPr>
            <w:r>
              <w:rPr>
                <w:rFonts w:cs="B Lotus" w:hint="cs"/>
                <w:sz w:val="20"/>
                <w:szCs w:val="20"/>
                <w:rtl/>
              </w:rPr>
              <w:t>1.</w:t>
            </w:r>
            <w:r w:rsidRPr="003A25D4">
              <w:rPr>
                <w:rFonts w:cs="B Lotus"/>
                <w:sz w:val="20"/>
                <w:szCs w:val="20"/>
              </w:rPr>
              <w:t xml:space="preserve"> </w:t>
            </w:r>
            <w:r w:rsidRPr="003A25D4">
              <w:rPr>
                <w:rFonts w:cs="B Lotus"/>
                <w:sz w:val="20"/>
                <w:szCs w:val="20"/>
                <w:rtl/>
              </w:rPr>
              <w:t>تدوین گزارش و ساختار مفهومی مدل</w:t>
            </w:r>
          </w:p>
        </w:tc>
        <w:tc>
          <w:tcPr>
            <w:tcW w:w="0" w:type="auto"/>
            <w:vAlign w:val="center"/>
          </w:tcPr>
          <w:p w14:paraId="53FE6C08" w14:textId="77777777" w:rsidR="00E52C87" w:rsidRPr="003A25D4" w:rsidRDefault="00E52C87" w:rsidP="00D548F0">
            <w:pPr>
              <w:bidi/>
              <w:jc w:val="center"/>
              <w:rPr>
                <w:rFonts w:cs="B Lotus"/>
                <w:sz w:val="20"/>
                <w:szCs w:val="20"/>
              </w:rPr>
            </w:pPr>
            <w:r w:rsidRPr="003A25D4">
              <w:rPr>
                <w:rFonts w:cs="B Lotus"/>
                <w:sz w:val="20"/>
                <w:szCs w:val="20"/>
                <w:rtl/>
              </w:rPr>
              <w:t>یکپارچه‌سازی</w:t>
            </w:r>
          </w:p>
        </w:tc>
      </w:tr>
    </w:tbl>
    <w:p w14:paraId="65B50914" w14:textId="77777777" w:rsidR="00E52C87" w:rsidRDefault="00E52C87" w:rsidP="00E52C87">
      <w:pPr>
        <w:bidi/>
        <w:jc w:val="both"/>
        <w:rPr>
          <w:rFonts w:cs="B Lotus"/>
          <w:szCs w:val="26"/>
          <w:rtl/>
        </w:rPr>
      </w:pPr>
    </w:p>
    <w:p w14:paraId="575A67FD" w14:textId="09A7EC4A" w:rsidR="00E52C87" w:rsidRPr="00D5135E" w:rsidRDefault="00E52C87" w:rsidP="00D5135E">
      <w:pPr>
        <w:bidi/>
        <w:jc w:val="both"/>
        <w:rPr>
          <w:rFonts w:asciiTheme="minorHAnsi" w:hAnsiTheme="minorHAnsi" w:cs="B Lotus"/>
          <w:szCs w:val="26"/>
          <w:lang w:bidi="fa-IR"/>
        </w:rPr>
      </w:pPr>
      <w:r w:rsidRPr="00D5135E">
        <w:rPr>
          <w:rFonts w:cs="B Lotus"/>
          <w:szCs w:val="26"/>
          <w:rtl/>
        </w:rPr>
        <w:t>تحلیل کدها در محیط نرم‌افزار</w:t>
      </w:r>
      <w:r w:rsidRPr="00D5135E">
        <w:rPr>
          <w:rFonts w:cs="B Lotus"/>
          <w:szCs w:val="26"/>
        </w:rPr>
        <w:t xml:space="preserve"> MAXQDA 2024 </w:t>
      </w:r>
      <w:r w:rsidRPr="00D5135E">
        <w:rPr>
          <w:rFonts w:cs="B Lotus"/>
          <w:szCs w:val="26"/>
          <w:rtl/>
        </w:rPr>
        <w:t>، با بهره‌گیری از ابزار کدبوک، گراف‌های درختی و نقشه‌های مفهومی انجام شد</w:t>
      </w:r>
      <w:r w:rsidRPr="00D5135E">
        <w:rPr>
          <w:rFonts w:cs="B Lotus" w:hint="cs"/>
          <w:szCs w:val="26"/>
          <w:rtl/>
        </w:rPr>
        <w:t xml:space="preserve">. </w:t>
      </w:r>
      <w:r w:rsidRPr="00D5135E">
        <w:rPr>
          <w:rFonts w:cs="B Lotus"/>
          <w:szCs w:val="26"/>
          <w:rtl/>
        </w:rPr>
        <w:t>برای کنترل سوگیری،</w:t>
      </w:r>
      <w:r w:rsidRPr="00D5135E">
        <w:rPr>
          <w:rFonts w:cs="B Lotus" w:hint="cs"/>
          <w:szCs w:val="26"/>
          <w:rtl/>
        </w:rPr>
        <w:t xml:space="preserve"> </w:t>
      </w:r>
      <w:r w:rsidRPr="00D5135E">
        <w:rPr>
          <w:rFonts w:cs="B Lotus"/>
          <w:szCs w:val="26"/>
          <w:rtl/>
        </w:rPr>
        <w:t>کد</w:t>
      </w:r>
      <w:r w:rsidRPr="00D5135E">
        <w:rPr>
          <w:rFonts w:cs="B Lotus" w:hint="cs"/>
          <w:szCs w:val="26"/>
          <w:rtl/>
        </w:rPr>
        <w:t>گ</w:t>
      </w:r>
      <w:r w:rsidRPr="00D5135E">
        <w:rPr>
          <w:rFonts w:cs="B Lotus"/>
          <w:szCs w:val="26"/>
          <w:rtl/>
        </w:rPr>
        <w:t>ذاری مجدد توسط تحلیل‌گر دوم در مرحله توصیفی انجام شد و تطابق در سطح مضمون‌های اولیه بررسی گردید</w:t>
      </w:r>
      <w:r w:rsidRPr="00D5135E">
        <w:rPr>
          <w:rFonts w:cs="B Lotus" w:hint="cs"/>
          <w:szCs w:val="26"/>
          <w:rtl/>
        </w:rPr>
        <w:t xml:space="preserve">. </w:t>
      </w:r>
      <w:r w:rsidRPr="00D5135E">
        <w:rPr>
          <w:rFonts w:cs="B Lotus"/>
          <w:szCs w:val="26"/>
          <w:rtl/>
        </w:rPr>
        <w:t xml:space="preserve">میزان توافق بین دو کدگذار با استفاده از فرمول هولستی </w:t>
      </w:r>
      <w:r w:rsidRPr="00D5135E">
        <w:rPr>
          <w:rFonts w:cs="B Lotus"/>
          <w:szCs w:val="26"/>
          <w:rtl/>
          <w:lang w:bidi="fa-IR"/>
        </w:rPr>
        <w:t>۸۷</w:t>
      </w:r>
      <w:r w:rsidRPr="00D5135E">
        <w:rPr>
          <w:rFonts w:cs="B Lotus"/>
          <w:szCs w:val="26"/>
          <w:rtl/>
        </w:rPr>
        <w:t xml:space="preserve"> درصد محاسبه شد که نشان‌دهنده پایایی مناسب </w:t>
      </w:r>
      <w:r w:rsidRPr="00D5135E">
        <w:rPr>
          <w:rFonts w:cs="B Lotus" w:hint="cs"/>
          <w:szCs w:val="26"/>
          <w:rtl/>
          <w:lang w:bidi="fa-IR"/>
        </w:rPr>
        <w:t>است (</w:t>
      </w:r>
      <w:r w:rsidR="003D6A62">
        <w:rPr>
          <w:rFonts w:cs="B Lotus" w:hint="cs"/>
          <w:szCs w:val="26"/>
          <w:rtl/>
          <w:lang w:bidi="fa-IR"/>
        </w:rPr>
        <w:t>22</w:t>
      </w:r>
      <w:r w:rsidRPr="00D5135E">
        <w:rPr>
          <w:rFonts w:cs="B Lotus" w:hint="cs"/>
          <w:szCs w:val="26"/>
          <w:rtl/>
          <w:lang w:bidi="fa-IR"/>
        </w:rPr>
        <w:t>).</w:t>
      </w:r>
    </w:p>
    <w:p w14:paraId="42543618" w14:textId="77777777" w:rsidR="00E52C87" w:rsidRPr="00D5135E" w:rsidRDefault="00E52C87" w:rsidP="00E52C87">
      <w:pPr>
        <w:bidi/>
        <w:jc w:val="center"/>
        <w:rPr>
          <w:rFonts w:cs="B Lotus"/>
          <w:sz w:val="22"/>
        </w:rPr>
      </w:pPr>
      <w:r w:rsidRPr="00D5135E">
        <w:rPr>
          <w:rFonts w:cs="B Lotus"/>
          <w:sz w:val="22"/>
          <w:rtl/>
        </w:rPr>
        <w:t>جدول 3. محاسبه پایایی بین دو کدگذار</w:t>
      </w:r>
    </w:p>
    <w:tbl>
      <w:tblPr>
        <w:tblW w:w="929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3"/>
        <w:gridCol w:w="1235"/>
        <w:gridCol w:w="1147"/>
        <w:gridCol w:w="1743"/>
        <w:gridCol w:w="1695"/>
        <w:gridCol w:w="1020"/>
        <w:gridCol w:w="598"/>
      </w:tblGrid>
      <w:tr w:rsidR="00E52C87" w:rsidRPr="003A25D4" w14:paraId="00BE2384" w14:textId="77777777" w:rsidTr="00D548F0">
        <w:trPr>
          <w:tblHeader/>
          <w:tblCellSpacing w:w="15" w:type="dxa"/>
          <w:jc w:val="center"/>
        </w:trPr>
        <w:tc>
          <w:tcPr>
            <w:tcW w:w="0" w:type="auto"/>
            <w:vAlign w:val="center"/>
            <w:hideMark/>
          </w:tcPr>
          <w:p w14:paraId="33AC00C0" w14:textId="77777777" w:rsidR="00E52C87" w:rsidRPr="001C354D" w:rsidRDefault="00E52C87" w:rsidP="00D548F0">
            <w:pPr>
              <w:bidi/>
              <w:jc w:val="both"/>
              <w:rPr>
                <w:rFonts w:cs="B Lotus"/>
                <w:b/>
                <w:bCs/>
                <w:sz w:val="22"/>
              </w:rPr>
            </w:pPr>
            <w:r w:rsidRPr="001C354D">
              <w:rPr>
                <w:rFonts w:cs="B Lotus"/>
                <w:b/>
                <w:bCs/>
                <w:sz w:val="22"/>
                <w:rtl/>
              </w:rPr>
              <w:t>پایایی بین دو کدگذار</w:t>
            </w:r>
          </w:p>
        </w:tc>
        <w:tc>
          <w:tcPr>
            <w:tcW w:w="0" w:type="auto"/>
            <w:vAlign w:val="center"/>
          </w:tcPr>
          <w:p w14:paraId="68A58AE8" w14:textId="77777777" w:rsidR="00E52C87" w:rsidRPr="001C354D" w:rsidRDefault="00E52C87" w:rsidP="00D548F0">
            <w:pPr>
              <w:bidi/>
              <w:jc w:val="both"/>
              <w:rPr>
                <w:rFonts w:cs="B Lotus"/>
                <w:b/>
                <w:bCs/>
                <w:sz w:val="22"/>
                <w:rtl/>
              </w:rPr>
            </w:pPr>
            <w:r w:rsidRPr="001C354D">
              <w:rPr>
                <w:rFonts w:cs="B Lotus"/>
                <w:b/>
                <w:bCs/>
                <w:sz w:val="22"/>
                <w:rtl/>
              </w:rPr>
              <w:t>تعداد توافقات</w:t>
            </w:r>
          </w:p>
        </w:tc>
        <w:tc>
          <w:tcPr>
            <w:tcW w:w="0" w:type="auto"/>
            <w:vAlign w:val="center"/>
          </w:tcPr>
          <w:p w14:paraId="31CED939" w14:textId="77777777" w:rsidR="00E52C87" w:rsidRPr="001C354D" w:rsidRDefault="00E52C87" w:rsidP="00D548F0">
            <w:pPr>
              <w:bidi/>
              <w:jc w:val="both"/>
              <w:rPr>
                <w:rFonts w:cs="B Lotus"/>
                <w:b/>
                <w:bCs/>
                <w:sz w:val="22"/>
                <w:rtl/>
              </w:rPr>
            </w:pPr>
            <w:r w:rsidRPr="001C354D">
              <w:rPr>
                <w:rFonts w:cs="B Lotus"/>
                <w:b/>
                <w:bCs/>
                <w:sz w:val="22"/>
                <w:rtl/>
              </w:rPr>
              <w:t>مجموع کدها</w:t>
            </w:r>
          </w:p>
        </w:tc>
        <w:tc>
          <w:tcPr>
            <w:tcW w:w="0" w:type="auto"/>
            <w:vAlign w:val="center"/>
          </w:tcPr>
          <w:p w14:paraId="67702B9B" w14:textId="77777777" w:rsidR="00E52C87" w:rsidRPr="001C354D" w:rsidRDefault="00E52C87" w:rsidP="00D548F0">
            <w:pPr>
              <w:bidi/>
              <w:jc w:val="both"/>
              <w:rPr>
                <w:rFonts w:cs="B Lotus"/>
                <w:b/>
                <w:bCs/>
                <w:sz w:val="22"/>
                <w:rtl/>
              </w:rPr>
            </w:pPr>
            <w:r w:rsidRPr="001C354D">
              <w:rPr>
                <w:rFonts w:cs="B Lotus"/>
                <w:b/>
                <w:bCs/>
                <w:sz w:val="22"/>
                <w:rtl/>
              </w:rPr>
              <w:t>تعداد کدهای همکار</w:t>
            </w:r>
          </w:p>
        </w:tc>
        <w:tc>
          <w:tcPr>
            <w:tcW w:w="0" w:type="auto"/>
            <w:vAlign w:val="center"/>
          </w:tcPr>
          <w:p w14:paraId="5545D996" w14:textId="77777777" w:rsidR="00E52C87" w:rsidRPr="001C354D" w:rsidRDefault="00E52C87" w:rsidP="00D548F0">
            <w:pPr>
              <w:bidi/>
              <w:jc w:val="both"/>
              <w:rPr>
                <w:rFonts w:cs="B Lotus"/>
                <w:b/>
                <w:bCs/>
                <w:sz w:val="22"/>
                <w:rtl/>
              </w:rPr>
            </w:pPr>
            <w:r w:rsidRPr="001C354D">
              <w:rPr>
                <w:rFonts w:cs="B Lotus"/>
                <w:b/>
                <w:bCs/>
                <w:sz w:val="22"/>
                <w:rtl/>
              </w:rPr>
              <w:t>تعداد کدهای محقق</w:t>
            </w:r>
          </w:p>
        </w:tc>
        <w:tc>
          <w:tcPr>
            <w:tcW w:w="0" w:type="auto"/>
            <w:vAlign w:val="center"/>
          </w:tcPr>
          <w:p w14:paraId="73B92821" w14:textId="77777777" w:rsidR="00E52C87" w:rsidRPr="001C354D" w:rsidRDefault="00E52C87" w:rsidP="00D548F0">
            <w:pPr>
              <w:bidi/>
              <w:jc w:val="both"/>
              <w:rPr>
                <w:rFonts w:cs="B Lotus"/>
                <w:b/>
                <w:bCs/>
                <w:sz w:val="22"/>
                <w:rtl/>
              </w:rPr>
            </w:pPr>
            <w:r w:rsidRPr="001C354D">
              <w:rPr>
                <w:rFonts w:cs="B Lotus"/>
                <w:b/>
                <w:bCs/>
                <w:sz w:val="22"/>
                <w:rtl/>
              </w:rPr>
              <w:t>کد مصاحبه</w:t>
            </w:r>
          </w:p>
        </w:tc>
        <w:tc>
          <w:tcPr>
            <w:tcW w:w="0" w:type="auto"/>
            <w:vAlign w:val="center"/>
          </w:tcPr>
          <w:p w14:paraId="2145759F" w14:textId="77777777" w:rsidR="00E52C87" w:rsidRPr="001C354D" w:rsidRDefault="00E52C87" w:rsidP="00D548F0">
            <w:pPr>
              <w:bidi/>
              <w:jc w:val="both"/>
              <w:rPr>
                <w:rFonts w:cs="B Lotus"/>
                <w:b/>
                <w:bCs/>
                <w:sz w:val="22"/>
                <w:rtl/>
              </w:rPr>
            </w:pPr>
            <w:r w:rsidRPr="001C354D">
              <w:rPr>
                <w:rFonts w:cs="B Lotus"/>
                <w:b/>
                <w:bCs/>
                <w:sz w:val="22"/>
                <w:rtl/>
              </w:rPr>
              <w:t>ردیف</w:t>
            </w:r>
          </w:p>
        </w:tc>
      </w:tr>
      <w:tr w:rsidR="00E52C87" w:rsidRPr="003A25D4" w14:paraId="7514458A" w14:textId="77777777" w:rsidTr="00D548F0">
        <w:trPr>
          <w:tblCellSpacing w:w="15" w:type="dxa"/>
          <w:jc w:val="center"/>
        </w:trPr>
        <w:tc>
          <w:tcPr>
            <w:tcW w:w="0" w:type="auto"/>
            <w:vAlign w:val="center"/>
            <w:hideMark/>
          </w:tcPr>
          <w:p w14:paraId="19652EC3" w14:textId="77777777" w:rsidR="00E52C87" w:rsidRPr="001C354D" w:rsidRDefault="00E52C87" w:rsidP="00D548F0">
            <w:pPr>
              <w:bidi/>
              <w:jc w:val="both"/>
              <w:rPr>
                <w:rFonts w:cs="B Lotus"/>
                <w:sz w:val="22"/>
              </w:rPr>
            </w:pPr>
            <w:r w:rsidRPr="001C354D">
              <w:rPr>
                <w:rFonts w:cs="B Lotus" w:hint="cs"/>
                <w:sz w:val="22"/>
                <w:rtl/>
              </w:rPr>
              <w:t>86%</w:t>
            </w:r>
          </w:p>
        </w:tc>
        <w:tc>
          <w:tcPr>
            <w:tcW w:w="0" w:type="auto"/>
            <w:vAlign w:val="center"/>
          </w:tcPr>
          <w:p w14:paraId="59BF9DF8" w14:textId="77777777" w:rsidR="00E52C87" w:rsidRPr="001C354D" w:rsidRDefault="00E52C87" w:rsidP="00D548F0">
            <w:pPr>
              <w:bidi/>
              <w:jc w:val="both"/>
              <w:rPr>
                <w:rFonts w:cs="B Lotus"/>
                <w:sz w:val="22"/>
                <w:rtl/>
              </w:rPr>
            </w:pPr>
            <w:r w:rsidRPr="001C354D">
              <w:rPr>
                <w:rFonts w:cs="B Lotus" w:hint="cs"/>
                <w:sz w:val="22"/>
                <w:rtl/>
              </w:rPr>
              <w:t>33</w:t>
            </w:r>
          </w:p>
        </w:tc>
        <w:tc>
          <w:tcPr>
            <w:tcW w:w="0" w:type="auto"/>
            <w:vAlign w:val="center"/>
          </w:tcPr>
          <w:p w14:paraId="271C221A" w14:textId="77777777" w:rsidR="00E52C87" w:rsidRPr="001C354D" w:rsidRDefault="00E52C87" w:rsidP="00D548F0">
            <w:pPr>
              <w:bidi/>
              <w:jc w:val="both"/>
              <w:rPr>
                <w:rFonts w:cs="B Lotus"/>
                <w:sz w:val="22"/>
                <w:rtl/>
              </w:rPr>
            </w:pPr>
            <w:r w:rsidRPr="001C354D">
              <w:rPr>
                <w:rFonts w:cs="B Lotus" w:hint="cs"/>
                <w:sz w:val="22"/>
                <w:rtl/>
              </w:rPr>
              <w:t>76</w:t>
            </w:r>
          </w:p>
        </w:tc>
        <w:tc>
          <w:tcPr>
            <w:tcW w:w="0" w:type="auto"/>
            <w:vAlign w:val="center"/>
          </w:tcPr>
          <w:p w14:paraId="7D5509EC" w14:textId="77777777" w:rsidR="00E52C87" w:rsidRPr="001C354D" w:rsidRDefault="00E52C87" w:rsidP="00D548F0">
            <w:pPr>
              <w:bidi/>
              <w:jc w:val="both"/>
              <w:rPr>
                <w:rFonts w:cs="B Lotus"/>
                <w:sz w:val="22"/>
                <w:rtl/>
              </w:rPr>
            </w:pPr>
            <w:r w:rsidRPr="001C354D">
              <w:rPr>
                <w:rFonts w:cs="B Lotus" w:hint="cs"/>
                <w:sz w:val="22"/>
                <w:rtl/>
              </w:rPr>
              <w:t>40</w:t>
            </w:r>
          </w:p>
        </w:tc>
        <w:tc>
          <w:tcPr>
            <w:tcW w:w="0" w:type="auto"/>
            <w:vAlign w:val="center"/>
          </w:tcPr>
          <w:p w14:paraId="426A91B4" w14:textId="77777777" w:rsidR="00E52C87" w:rsidRPr="001C354D" w:rsidRDefault="00E52C87" w:rsidP="00D548F0">
            <w:pPr>
              <w:bidi/>
              <w:jc w:val="both"/>
              <w:rPr>
                <w:rFonts w:cs="B Lotus"/>
                <w:sz w:val="22"/>
              </w:rPr>
            </w:pPr>
            <w:r w:rsidRPr="001C354D">
              <w:rPr>
                <w:rFonts w:cs="B Lotus" w:hint="cs"/>
                <w:sz w:val="22"/>
                <w:rtl/>
              </w:rPr>
              <w:t>36</w:t>
            </w:r>
          </w:p>
        </w:tc>
        <w:tc>
          <w:tcPr>
            <w:tcW w:w="0" w:type="auto"/>
            <w:vAlign w:val="center"/>
          </w:tcPr>
          <w:p w14:paraId="0D6480AF" w14:textId="77777777" w:rsidR="00E52C87" w:rsidRPr="001C354D" w:rsidRDefault="00E52C87" w:rsidP="00D548F0">
            <w:pPr>
              <w:bidi/>
              <w:jc w:val="both"/>
              <w:rPr>
                <w:rFonts w:cs="B Lotus"/>
                <w:sz w:val="22"/>
              </w:rPr>
            </w:pPr>
            <w:r w:rsidRPr="001C354D">
              <w:rPr>
                <w:rFonts w:cs="B Lotus"/>
                <w:sz w:val="22"/>
              </w:rPr>
              <w:t>M1</w:t>
            </w:r>
          </w:p>
        </w:tc>
        <w:tc>
          <w:tcPr>
            <w:tcW w:w="0" w:type="auto"/>
            <w:vAlign w:val="center"/>
          </w:tcPr>
          <w:p w14:paraId="63A96854" w14:textId="77777777" w:rsidR="00E52C87" w:rsidRPr="001C354D" w:rsidRDefault="00E52C87" w:rsidP="00D548F0">
            <w:pPr>
              <w:bidi/>
              <w:jc w:val="both"/>
              <w:rPr>
                <w:rFonts w:cs="B Lotus"/>
                <w:sz w:val="22"/>
                <w:rtl/>
              </w:rPr>
            </w:pPr>
            <w:r w:rsidRPr="001C354D">
              <w:rPr>
                <w:rFonts w:cs="B Lotus"/>
                <w:sz w:val="22"/>
              </w:rPr>
              <w:t>1</w:t>
            </w:r>
          </w:p>
        </w:tc>
      </w:tr>
      <w:tr w:rsidR="00E52C87" w:rsidRPr="003A25D4" w14:paraId="71F97A87" w14:textId="77777777" w:rsidTr="00D548F0">
        <w:trPr>
          <w:tblCellSpacing w:w="15" w:type="dxa"/>
          <w:jc w:val="center"/>
        </w:trPr>
        <w:tc>
          <w:tcPr>
            <w:tcW w:w="0" w:type="auto"/>
            <w:vAlign w:val="center"/>
            <w:hideMark/>
          </w:tcPr>
          <w:p w14:paraId="25BCB5F9" w14:textId="77777777" w:rsidR="00E52C87" w:rsidRPr="001C354D" w:rsidRDefault="00E52C87" w:rsidP="00D548F0">
            <w:pPr>
              <w:bidi/>
              <w:jc w:val="both"/>
              <w:rPr>
                <w:rFonts w:cs="B Lotus"/>
                <w:sz w:val="22"/>
              </w:rPr>
            </w:pPr>
            <w:r w:rsidRPr="001C354D">
              <w:rPr>
                <w:rFonts w:cs="B Lotus" w:hint="cs"/>
                <w:sz w:val="22"/>
                <w:rtl/>
              </w:rPr>
              <w:t>90%</w:t>
            </w:r>
          </w:p>
        </w:tc>
        <w:tc>
          <w:tcPr>
            <w:tcW w:w="0" w:type="auto"/>
            <w:vAlign w:val="center"/>
          </w:tcPr>
          <w:p w14:paraId="539DC83B" w14:textId="77777777" w:rsidR="00E52C87" w:rsidRPr="001C354D" w:rsidRDefault="00E52C87" w:rsidP="00D548F0">
            <w:pPr>
              <w:bidi/>
              <w:jc w:val="both"/>
              <w:rPr>
                <w:rFonts w:cs="B Lotus"/>
                <w:sz w:val="22"/>
                <w:rtl/>
              </w:rPr>
            </w:pPr>
            <w:r w:rsidRPr="001C354D">
              <w:rPr>
                <w:rFonts w:cs="B Lotus" w:hint="cs"/>
                <w:sz w:val="22"/>
                <w:rtl/>
              </w:rPr>
              <w:t>35</w:t>
            </w:r>
          </w:p>
        </w:tc>
        <w:tc>
          <w:tcPr>
            <w:tcW w:w="0" w:type="auto"/>
            <w:vAlign w:val="center"/>
          </w:tcPr>
          <w:p w14:paraId="671750CE" w14:textId="77777777" w:rsidR="00E52C87" w:rsidRPr="001C354D" w:rsidRDefault="00E52C87" w:rsidP="00D548F0">
            <w:pPr>
              <w:bidi/>
              <w:jc w:val="both"/>
              <w:rPr>
                <w:rFonts w:cs="B Lotus"/>
                <w:sz w:val="22"/>
                <w:rtl/>
              </w:rPr>
            </w:pPr>
            <w:r w:rsidRPr="001C354D">
              <w:rPr>
                <w:rFonts w:cs="B Lotus" w:hint="cs"/>
                <w:sz w:val="22"/>
                <w:rtl/>
              </w:rPr>
              <w:t>77</w:t>
            </w:r>
          </w:p>
        </w:tc>
        <w:tc>
          <w:tcPr>
            <w:tcW w:w="0" w:type="auto"/>
            <w:vAlign w:val="center"/>
          </w:tcPr>
          <w:p w14:paraId="0483D2B8" w14:textId="77777777" w:rsidR="00E52C87" w:rsidRPr="001C354D" w:rsidRDefault="00E52C87" w:rsidP="00D548F0">
            <w:pPr>
              <w:bidi/>
              <w:jc w:val="both"/>
              <w:rPr>
                <w:rFonts w:cs="B Lotus"/>
                <w:sz w:val="22"/>
                <w:rtl/>
              </w:rPr>
            </w:pPr>
            <w:r w:rsidRPr="001C354D">
              <w:rPr>
                <w:rFonts w:cs="B Lotus" w:hint="cs"/>
                <w:sz w:val="22"/>
                <w:rtl/>
              </w:rPr>
              <w:t>37</w:t>
            </w:r>
          </w:p>
        </w:tc>
        <w:tc>
          <w:tcPr>
            <w:tcW w:w="0" w:type="auto"/>
            <w:vAlign w:val="center"/>
          </w:tcPr>
          <w:p w14:paraId="50379530" w14:textId="77777777" w:rsidR="00E52C87" w:rsidRPr="001C354D" w:rsidRDefault="00E52C87" w:rsidP="00D548F0">
            <w:pPr>
              <w:bidi/>
              <w:jc w:val="both"/>
              <w:rPr>
                <w:rFonts w:cs="B Lotus"/>
                <w:sz w:val="22"/>
              </w:rPr>
            </w:pPr>
            <w:r w:rsidRPr="001C354D">
              <w:rPr>
                <w:rFonts w:cs="B Lotus" w:hint="cs"/>
                <w:sz w:val="22"/>
                <w:rtl/>
              </w:rPr>
              <w:t>40</w:t>
            </w:r>
          </w:p>
        </w:tc>
        <w:tc>
          <w:tcPr>
            <w:tcW w:w="0" w:type="auto"/>
            <w:vAlign w:val="center"/>
          </w:tcPr>
          <w:p w14:paraId="7F63430D" w14:textId="77777777" w:rsidR="00E52C87" w:rsidRPr="001C354D" w:rsidRDefault="00E52C87" w:rsidP="00D548F0">
            <w:pPr>
              <w:bidi/>
              <w:jc w:val="both"/>
              <w:rPr>
                <w:rFonts w:cs="B Lotus"/>
                <w:sz w:val="22"/>
              </w:rPr>
            </w:pPr>
            <w:r w:rsidRPr="001C354D">
              <w:rPr>
                <w:rFonts w:cs="B Lotus"/>
                <w:sz w:val="22"/>
              </w:rPr>
              <w:t>M3</w:t>
            </w:r>
          </w:p>
        </w:tc>
        <w:tc>
          <w:tcPr>
            <w:tcW w:w="0" w:type="auto"/>
            <w:vAlign w:val="center"/>
          </w:tcPr>
          <w:p w14:paraId="1E104A27" w14:textId="77777777" w:rsidR="00E52C87" w:rsidRPr="001C354D" w:rsidRDefault="00E52C87" w:rsidP="00D548F0">
            <w:pPr>
              <w:bidi/>
              <w:jc w:val="both"/>
              <w:rPr>
                <w:rFonts w:cs="B Lotus"/>
                <w:sz w:val="22"/>
                <w:rtl/>
                <w:lang w:bidi="fa-IR"/>
              </w:rPr>
            </w:pPr>
            <w:r w:rsidRPr="001C354D">
              <w:rPr>
                <w:rFonts w:cs="B Lotus" w:hint="cs"/>
                <w:sz w:val="22"/>
                <w:rtl/>
                <w:lang w:bidi="fa-IR"/>
              </w:rPr>
              <w:t>2</w:t>
            </w:r>
          </w:p>
        </w:tc>
      </w:tr>
      <w:tr w:rsidR="00E52C87" w:rsidRPr="003A25D4" w14:paraId="7E5CD6BA" w14:textId="77777777" w:rsidTr="00D548F0">
        <w:trPr>
          <w:tblCellSpacing w:w="15" w:type="dxa"/>
          <w:jc w:val="center"/>
        </w:trPr>
        <w:tc>
          <w:tcPr>
            <w:tcW w:w="0" w:type="auto"/>
            <w:vAlign w:val="center"/>
            <w:hideMark/>
          </w:tcPr>
          <w:p w14:paraId="0ADE8E5F" w14:textId="77777777" w:rsidR="00E52C87" w:rsidRPr="001C354D" w:rsidRDefault="00E52C87" w:rsidP="00D548F0">
            <w:pPr>
              <w:bidi/>
              <w:jc w:val="both"/>
              <w:rPr>
                <w:rFonts w:cs="B Lotus"/>
                <w:sz w:val="22"/>
              </w:rPr>
            </w:pPr>
            <w:r w:rsidRPr="001C354D">
              <w:rPr>
                <w:rFonts w:cs="B Lotus" w:hint="cs"/>
                <w:sz w:val="22"/>
                <w:rtl/>
              </w:rPr>
              <w:t>84%</w:t>
            </w:r>
          </w:p>
        </w:tc>
        <w:tc>
          <w:tcPr>
            <w:tcW w:w="0" w:type="auto"/>
            <w:vAlign w:val="center"/>
          </w:tcPr>
          <w:p w14:paraId="170899C5" w14:textId="77777777" w:rsidR="00E52C87" w:rsidRPr="001C354D" w:rsidRDefault="00E52C87" w:rsidP="00D548F0">
            <w:pPr>
              <w:bidi/>
              <w:jc w:val="both"/>
              <w:rPr>
                <w:rFonts w:cs="B Lotus"/>
                <w:sz w:val="22"/>
                <w:rtl/>
              </w:rPr>
            </w:pPr>
            <w:r w:rsidRPr="001C354D">
              <w:rPr>
                <w:rFonts w:cs="B Lotus" w:hint="cs"/>
                <w:sz w:val="22"/>
                <w:rtl/>
              </w:rPr>
              <w:t>40</w:t>
            </w:r>
          </w:p>
        </w:tc>
        <w:tc>
          <w:tcPr>
            <w:tcW w:w="0" w:type="auto"/>
            <w:vAlign w:val="center"/>
          </w:tcPr>
          <w:p w14:paraId="3FFFEA71" w14:textId="77777777" w:rsidR="00E52C87" w:rsidRPr="001C354D" w:rsidRDefault="00E52C87" w:rsidP="00D548F0">
            <w:pPr>
              <w:bidi/>
              <w:jc w:val="both"/>
              <w:rPr>
                <w:rFonts w:cs="B Lotus"/>
                <w:sz w:val="22"/>
                <w:rtl/>
              </w:rPr>
            </w:pPr>
            <w:r w:rsidRPr="001C354D">
              <w:rPr>
                <w:rFonts w:cs="B Lotus" w:hint="cs"/>
                <w:sz w:val="22"/>
                <w:rtl/>
              </w:rPr>
              <w:t>95</w:t>
            </w:r>
          </w:p>
        </w:tc>
        <w:tc>
          <w:tcPr>
            <w:tcW w:w="0" w:type="auto"/>
            <w:vAlign w:val="center"/>
          </w:tcPr>
          <w:p w14:paraId="57D1BCA7" w14:textId="77777777" w:rsidR="00E52C87" w:rsidRPr="001C354D" w:rsidRDefault="00E52C87" w:rsidP="00D548F0">
            <w:pPr>
              <w:bidi/>
              <w:jc w:val="both"/>
              <w:rPr>
                <w:rFonts w:cs="B Lotus"/>
                <w:sz w:val="22"/>
                <w:rtl/>
              </w:rPr>
            </w:pPr>
            <w:r w:rsidRPr="001C354D">
              <w:rPr>
                <w:rFonts w:cs="B Lotus" w:hint="cs"/>
                <w:sz w:val="22"/>
                <w:rtl/>
              </w:rPr>
              <w:t>51</w:t>
            </w:r>
          </w:p>
        </w:tc>
        <w:tc>
          <w:tcPr>
            <w:tcW w:w="0" w:type="auto"/>
            <w:vAlign w:val="center"/>
          </w:tcPr>
          <w:p w14:paraId="243F3713" w14:textId="77777777" w:rsidR="00E52C87" w:rsidRPr="001C354D" w:rsidRDefault="00E52C87" w:rsidP="00D548F0">
            <w:pPr>
              <w:bidi/>
              <w:jc w:val="both"/>
              <w:rPr>
                <w:rFonts w:cs="B Lotus"/>
                <w:sz w:val="22"/>
              </w:rPr>
            </w:pPr>
            <w:r w:rsidRPr="001C354D">
              <w:rPr>
                <w:rFonts w:cs="B Lotus" w:hint="cs"/>
                <w:sz w:val="22"/>
                <w:rtl/>
              </w:rPr>
              <w:t>44</w:t>
            </w:r>
          </w:p>
        </w:tc>
        <w:tc>
          <w:tcPr>
            <w:tcW w:w="0" w:type="auto"/>
            <w:vAlign w:val="center"/>
          </w:tcPr>
          <w:p w14:paraId="283096AA" w14:textId="77777777" w:rsidR="00E52C87" w:rsidRPr="001C354D" w:rsidRDefault="00E52C87" w:rsidP="00D548F0">
            <w:pPr>
              <w:bidi/>
              <w:jc w:val="both"/>
              <w:rPr>
                <w:rFonts w:cs="B Lotus"/>
                <w:sz w:val="22"/>
              </w:rPr>
            </w:pPr>
            <w:r w:rsidRPr="001C354D">
              <w:rPr>
                <w:rFonts w:cs="B Lotus"/>
                <w:sz w:val="22"/>
              </w:rPr>
              <w:t>M5</w:t>
            </w:r>
          </w:p>
        </w:tc>
        <w:tc>
          <w:tcPr>
            <w:tcW w:w="0" w:type="auto"/>
            <w:vAlign w:val="center"/>
          </w:tcPr>
          <w:p w14:paraId="6B10CB86" w14:textId="77777777" w:rsidR="00E52C87" w:rsidRPr="001C354D" w:rsidRDefault="00E52C87" w:rsidP="00D548F0">
            <w:pPr>
              <w:bidi/>
              <w:jc w:val="both"/>
              <w:rPr>
                <w:rFonts w:cs="B Lotus"/>
                <w:sz w:val="22"/>
              </w:rPr>
            </w:pPr>
            <w:r w:rsidRPr="001C354D">
              <w:rPr>
                <w:rFonts w:cs="B Lotus" w:hint="cs"/>
                <w:sz w:val="22"/>
                <w:rtl/>
              </w:rPr>
              <w:t>3</w:t>
            </w:r>
          </w:p>
        </w:tc>
      </w:tr>
      <w:tr w:rsidR="00E52C87" w:rsidRPr="003A25D4" w14:paraId="27FF8F28" w14:textId="77777777" w:rsidTr="00D548F0">
        <w:trPr>
          <w:tblCellSpacing w:w="15" w:type="dxa"/>
          <w:jc w:val="center"/>
        </w:trPr>
        <w:tc>
          <w:tcPr>
            <w:tcW w:w="0" w:type="auto"/>
            <w:vAlign w:val="center"/>
            <w:hideMark/>
          </w:tcPr>
          <w:p w14:paraId="4AA691EF" w14:textId="77777777" w:rsidR="00E52C87" w:rsidRPr="001C354D" w:rsidRDefault="00E52C87" w:rsidP="00D548F0">
            <w:pPr>
              <w:bidi/>
              <w:jc w:val="both"/>
              <w:rPr>
                <w:rFonts w:cs="B Lotus"/>
                <w:sz w:val="22"/>
              </w:rPr>
            </w:pPr>
            <w:r w:rsidRPr="001C354D">
              <w:rPr>
                <w:rFonts w:cs="B Lotus" w:hint="cs"/>
                <w:sz w:val="22"/>
                <w:rtl/>
              </w:rPr>
              <w:t>87%</w:t>
            </w:r>
          </w:p>
        </w:tc>
        <w:tc>
          <w:tcPr>
            <w:tcW w:w="0" w:type="auto"/>
            <w:vAlign w:val="center"/>
          </w:tcPr>
          <w:p w14:paraId="73395B1B" w14:textId="77777777" w:rsidR="00E52C87" w:rsidRPr="001C354D" w:rsidRDefault="00E52C87" w:rsidP="00D548F0">
            <w:pPr>
              <w:bidi/>
              <w:jc w:val="both"/>
              <w:rPr>
                <w:rFonts w:cs="B Lotus"/>
                <w:sz w:val="22"/>
                <w:rtl/>
              </w:rPr>
            </w:pPr>
            <w:r w:rsidRPr="001C354D">
              <w:rPr>
                <w:rFonts w:cs="B Lotus" w:hint="cs"/>
                <w:sz w:val="22"/>
                <w:rtl/>
              </w:rPr>
              <w:t>108</w:t>
            </w:r>
          </w:p>
        </w:tc>
        <w:tc>
          <w:tcPr>
            <w:tcW w:w="0" w:type="auto"/>
            <w:vAlign w:val="center"/>
          </w:tcPr>
          <w:p w14:paraId="7A69207A" w14:textId="77777777" w:rsidR="00E52C87" w:rsidRPr="001C354D" w:rsidRDefault="00E52C87" w:rsidP="00D548F0">
            <w:pPr>
              <w:bidi/>
              <w:jc w:val="both"/>
              <w:rPr>
                <w:rFonts w:cs="B Lotus"/>
                <w:sz w:val="22"/>
                <w:rtl/>
              </w:rPr>
            </w:pPr>
            <w:r w:rsidRPr="001C354D">
              <w:rPr>
                <w:rFonts w:cs="B Lotus" w:hint="cs"/>
                <w:sz w:val="22"/>
                <w:rtl/>
              </w:rPr>
              <w:t>248</w:t>
            </w:r>
          </w:p>
        </w:tc>
        <w:tc>
          <w:tcPr>
            <w:tcW w:w="0" w:type="auto"/>
            <w:vAlign w:val="center"/>
          </w:tcPr>
          <w:p w14:paraId="2E0FEA53" w14:textId="77777777" w:rsidR="00E52C87" w:rsidRPr="001C354D" w:rsidRDefault="00E52C87" w:rsidP="00D548F0">
            <w:pPr>
              <w:bidi/>
              <w:jc w:val="both"/>
              <w:rPr>
                <w:rFonts w:cs="B Lotus"/>
                <w:sz w:val="22"/>
                <w:rtl/>
              </w:rPr>
            </w:pPr>
            <w:r w:rsidRPr="001C354D">
              <w:rPr>
                <w:rFonts w:cs="B Lotus" w:hint="cs"/>
                <w:sz w:val="22"/>
                <w:rtl/>
              </w:rPr>
              <w:t>128</w:t>
            </w:r>
          </w:p>
        </w:tc>
        <w:tc>
          <w:tcPr>
            <w:tcW w:w="0" w:type="auto"/>
            <w:vAlign w:val="center"/>
          </w:tcPr>
          <w:p w14:paraId="339D2B53" w14:textId="77777777" w:rsidR="00E52C87" w:rsidRPr="001C354D" w:rsidRDefault="00E52C87" w:rsidP="00D548F0">
            <w:pPr>
              <w:bidi/>
              <w:jc w:val="both"/>
              <w:rPr>
                <w:rFonts w:cs="B Lotus"/>
                <w:b/>
                <w:bCs/>
                <w:sz w:val="22"/>
                <w:rtl/>
              </w:rPr>
            </w:pPr>
            <w:r w:rsidRPr="001C354D">
              <w:rPr>
                <w:rFonts w:cs="B Lotus" w:hint="cs"/>
                <w:sz w:val="22"/>
                <w:rtl/>
              </w:rPr>
              <w:t>120</w:t>
            </w:r>
          </w:p>
        </w:tc>
        <w:tc>
          <w:tcPr>
            <w:tcW w:w="0" w:type="auto"/>
            <w:vAlign w:val="center"/>
          </w:tcPr>
          <w:p w14:paraId="2F93D955" w14:textId="77777777" w:rsidR="00E52C87" w:rsidRPr="001C354D" w:rsidRDefault="00E52C87" w:rsidP="00D548F0">
            <w:pPr>
              <w:bidi/>
              <w:jc w:val="both"/>
              <w:rPr>
                <w:rFonts w:cs="B Lotus"/>
                <w:b/>
                <w:bCs/>
                <w:sz w:val="22"/>
                <w:rtl/>
              </w:rPr>
            </w:pPr>
          </w:p>
        </w:tc>
        <w:tc>
          <w:tcPr>
            <w:tcW w:w="0" w:type="auto"/>
            <w:vAlign w:val="center"/>
          </w:tcPr>
          <w:p w14:paraId="560564F9" w14:textId="77777777" w:rsidR="00E52C87" w:rsidRPr="001C354D" w:rsidRDefault="00E52C87" w:rsidP="00D548F0">
            <w:pPr>
              <w:bidi/>
              <w:jc w:val="both"/>
              <w:rPr>
                <w:rFonts w:cs="B Lotus"/>
                <w:b/>
                <w:bCs/>
                <w:sz w:val="22"/>
              </w:rPr>
            </w:pPr>
            <w:r w:rsidRPr="001C354D">
              <w:rPr>
                <w:rFonts w:cs="B Lotus"/>
                <w:b/>
                <w:bCs/>
                <w:sz w:val="22"/>
                <w:rtl/>
              </w:rPr>
              <w:t>کل</w:t>
            </w:r>
          </w:p>
        </w:tc>
      </w:tr>
    </w:tbl>
    <w:p w14:paraId="1223BE30" w14:textId="77777777" w:rsidR="00E52C87" w:rsidRPr="003A25D4" w:rsidRDefault="00E52C87" w:rsidP="00E52C87">
      <w:pPr>
        <w:bidi/>
        <w:jc w:val="both"/>
        <w:rPr>
          <w:rFonts w:cs="B Lotus"/>
          <w:szCs w:val="26"/>
        </w:rPr>
      </w:pPr>
    </w:p>
    <w:p w14:paraId="0043E3F3" w14:textId="7ECF9970" w:rsidR="00E52C87" w:rsidRPr="008855A0" w:rsidRDefault="00E52C87" w:rsidP="00E52C87">
      <w:pPr>
        <w:bidi/>
        <w:spacing w:before="100" w:beforeAutospacing="1" w:after="100" w:afterAutospacing="1"/>
        <w:jc w:val="both"/>
        <w:rPr>
          <w:rFonts w:ascii="Times New Roman" w:eastAsia="Times New Roman" w:hAnsi="Times New Roman" w:cs="B Nazanin"/>
          <w:szCs w:val="26"/>
        </w:rPr>
      </w:pPr>
      <w:r w:rsidRPr="003A25D4">
        <w:rPr>
          <w:rFonts w:cs="B Nazanin"/>
          <w:szCs w:val="26"/>
          <w:rtl/>
        </w:rPr>
        <w:lastRenderedPageBreak/>
        <w:t>برای اطمینان از روایی پژوهش، چهار معیار لینکلن و گوبا</w:t>
      </w:r>
      <w:r>
        <w:rPr>
          <w:rStyle w:val="afff"/>
          <w:rFonts w:cs="B Nazanin"/>
          <w:szCs w:val="26"/>
          <w:rtl/>
        </w:rPr>
        <w:footnoteReference w:id="5"/>
      </w:r>
      <w:r w:rsidRPr="003A25D4">
        <w:rPr>
          <w:rFonts w:cs="B Nazanin"/>
          <w:szCs w:val="26"/>
          <w:rtl/>
        </w:rPr>
        <w:t xml:space="preserve"> (1985) شامل قابلیت‌پذیری، انتقال‌پذیری، قابلیت اطمینان و تأییدپذیری رعایت شد. از جمله اقدامات انجام‌شده می‌توان به بازبینی یافته‌ها توسط مشارکت‌کنندگان، مستندسازی فرایند تحلیل، تنوع نمونه‌گیری، و نگهداری داده‌ها در فضای ابری اشاره کرد</w:t>
      </w:r>
      <w:r w:rsidRPr="003A25D4">
        <w:rPr>
          <w:rFonts w:cs="B Nazanin"/>
          <w:szCs w:val="26"/>
        </w:rPr>
        <w:t>.</w:t>
      </w:r>
      <w:r w:rsidRPr="008855A0">
        <w:rPr>
          <w:rFonts w:cs="B Nazanin" w:hint="cs"/>
          <w:szCs w:val="26"/>
          <w:rtl/>
        </w:rPr>
        <w:t xml:space="preserve"> </w:t>
      </w:r>
      <w:r w:rsidRPr="003A25D4">
        <w:rPr>
          <w:rFonts w:cs="B Nazanin"/>
          <w:szCs w:val="26"/>
          <w:rtl/>
        </w:rPr>
        <w:t>در مرحله تأیید مدل نهایی،</w:t>
      </w:r>
      <w:r w:rsidR="00F9642E">
        <w:rPr>
          <w:rFonts w:cs="B Nazanin" w:hint="cs"/>
          <w:szCs w:val="26"/>
          <w:rtl/>
        </w:rPr>
        <w:t xml:space="preserve"> </w:t>
      </w:r>
      <w:r w:rsidRPr="003A25D4">
        <w:rPr>
          <w:rFonts w:cs="B Nazanin"/>
          <w:szCs w:val="26"/>
          <w:rtl/>
        </w:rPr>
        <w:t xml:space="preserve">تکنیک گروه کانونی با حضور </w:t>
      </w:r>
      <w:r w:rsidRPr="003A25D4">
        <w:rPr>
          <w:rFonts w:cs="B Nazanin"/>
          <w:szCs w:val="26"/>
          <w:rtl/>
          <w:lang w:bidi="fa-IR"/>
        </w:rPr>
        <w:t>۹</w:t>
      </w:r>
      <w:r w:rsidRPr="003A25D4">
        <w:rPr>
          <w:rFonts w:cs="B Nazanin"/>
          <w:szCs w:val="26"/>
          <w:rtl/>
        </w:rPr>
        <w:t xml:space="preserve"> نفر از </w:t>
      </w:r>
      <w:r w:rsidR="00F9642E">
        <w:rPr>
          <w:rFonts w:cs="B Nazanin" w:hint="cs"/>
          <w:szCs w:val="26"/>
          <w:rtl/>
        </w:rPr>
        <w:t>مصاحبه شوندگا</w:t>
      </w:r>
      <w:r w:rsidRPr="003A25D4">
        <w:rPr>
          <w:rFonts w:cs="B Nazanin"/>
          <w:szCs w:val="26"/>
          <w:rtl/>
        </w:rPr>
        <w:t>ن اجرا شد.</w:t>
      </w:r>
      <w:r w:rsidRPr="008855A0">
        <w:rPr>
          <w:rFonts w:cs="B Nazanin"/>
          <w:rtl/>
        </w:rPr>
        <w:t xml:space="preserve"> </w:t>
      </w:r>
      <w:r w:rsidRPr="003A25D4">
        <w:rPr>
          <w:rFonts w:cs="B Nazanin"/>
          <w:szCs w:val="26"/>
          <w:rtl/>
        </w:rPr>
        <w:t xml:space="preserve">این جلسه شامل ارائه یافته‌ها، دریافت بازخوردها، بحث گروهی و </w:t>
      </w:r>
      <w:r w:rsidRPr="008855A0">
        <w:rPr>
          <w:rFonts w:cs="B Nazanin" w:hint="cs"/>
          <w:szCs w:val="26"/>
          <w:rtl/>
          <w:lang w:bidi="fa-IR"/>
        </w:rPr>
        <w:t xml:space="preserve">وزن دهی </w:t>
      </w:r>
      <w:r w:rsidRPr="003A25D4">
        <w:rPr>
          <w:rFonts w:cs="B Nazanin"/>
          <w:szCs w:val="26"/>
          <w:rtl/>
        </w:rPr>
        <w:t>به شاخص‌ها بود که به اصلاح و نهایی‌سازی ساختار مدل منجر شد</w:t>
      </w:r>
      <w:r w:rsidRPr="008855A0">
        <w:rPr>
          <w:rFonts w:ascii="Times New Roman" w:eastAsia="Times New Roman" w:hAnsi="Times New Roman" w:cs="B Nazanin"/>
          <w:szCs w:val="26"/>
          <w:rtl/>
        </w:rPr>
        <w:t xml:space="preserve">. در راستای عملیاتی‌سازی مدل طراحی‌شده، نظام </w:t>
      </w:r>
      <w:r>
        <w:rPr>
          <w:rFonts w:ascii="Times New Roman" w:eastAsia="Times New Roman" w:hAnsi="Times New Roman" w:cs="B Nazanin" w:hint="cs"/>
          <w:szCs w:val="26"/>
          <w:rtl/>
          <w:lang w:bidi="fa-IR"/>
        </w:rPr>
        <w:t>وزن دهی</w:t>
      </w:r>
      <w:r w:rsidRPr="008855A0">
        <w:rPr>
          <w:rFonts w:ascii="Times New Roman" w:eastAsia="Times New Roman" w:hAnsi="Times New Roman" w:cs="B Nazanin"/>
          <w:szCs w:val="26"/>
          <w:rtl/>
        </w:rPr>
        <w:t xml:space="preserve"> استانداردی تدوین گردید تا بتوان از طریق آن به ارزیابی عملکرد استخرهای ورزشی پرداخت. در این سیستم، </w:t>
      </w:r>
      <w:r>
        <w:rPr>
          <w:rFonts w:ascii="Times New Roman" w:eastAsia="Times New Roman" w:hAnsi="Times New Roman" w:cs="B Nazanin" w:hint="cs"/>
          <w:szCs w:val="26"/>
          <w:rtl/>
        </w:rPr>
        <w:t xml:space="preserve">وزن کل مدل </w:t>
      </w:r>
      <w:r w:rsidRPr="008855A0">
        <w:rPr>
          <w:rFonts w:ascii="Times New Roman" w:eastAsia="Times New Roman" w:hAnsi="Times New Roman" w:cs="B Nazanin"/>
          <w:szCs w:val="26"/>
          <w:rtl/>
        </w:rPr>
        <w:t>معادل</w:t>
      </w:r>
      <w:r>
        <w:rPr>
          <w:rFonts w:ascii="Times New Roman" w:eastAsia="Times New Roman" w:hAnsi="Times New Roman" w:cs="B Nazanin"/>
          <w:szCs w:val="26"/>
        </w:rPr>
        <w:t xml:space="preserve"> </w:t>
      </w:r>
      <w:r>
        <w:rPr>
          <w:rFonts w:ascii="Times New Roman" w:eastAsia="Times New Roman" w:hAnsi="Times New Roman" w:cs="B Nazanin" w:hint="cs"/>
          <w:b/>
          <w:bCs/>
          <w:szCs w:val="26"/>
          <w:rtl/>
          <w:lang w:bidi="fa-IR"/>
        </w:rPr>
        <w:t>1000</w:t>
      </w:r>
      <w:r w:rsidRPr="008855A0">
        <w:rPr>
          <w:rFonts w:ascii="Times New Roman" w:eastAsia="Times New Roman" w:hAnsi="Times New Roman" w:cs="B Nazanin"/>
          <w:szCs w:val="26"/>
          <w:rtl/>
        </w:rPr>
        <w:t xml:space="preserve"> در نظر گرفته شد که مبنای توزیع </w:t>
      </w:r>
      <w:r>
        <w:rPr>
          <w:rFonts w:ascii="Times New Roman" w:eastAsia="Times New Roman" w:hAnsi="Times New Roman" w:cs="B Nazanin" w:hint="cs"/>
          <w:szCs w:val="26"/>
          <w:rtl/>
        </w:rPr>
        <w:t xml:space="preserve">وزن </w:t>
      </w:r>
      <w:r w:rsidRPr="008855A0">
        <w:rPr>
          <w:rFonts w:ascii="Times New Roman" w:eastAsia="Times New Roman" w:hAnsi="Times New Roman" w:cs="B Nazanin"/>
          <w:szCs w:val="26"/>
          <w:rtl/>
        </w:rPr>
        <w:t>در سطح مؤلفه‌ها و زیرمولفه‌ها</w:t>
      </w:r>
      <w:r>
        <w:rPr>
          <w:rFonts w:ascii="Times New Roman" w:eastAsia="Times New Roman" w:hAnsi="Times New Roman" w:cs="B Nazanin" w:hint="cs"/>
          <w:szCs w:val="26"/>
          <w:rtl/>
        </w:rPr>
        <w:t xml:space="preserve"> توسط گروه کانونی</w:t>
      </w:r>
      <w:r w:rsidRPr="008855A0">
        <w:rPr>
          <w:rFonts w:ascii="Times New Roman" w:eastAsia="Times New Roman" w:hAnsi="Times New Roman" w:cs="B Nazanin"/>
          <w:szCs w:val="26"/>
          <w:rtl/>
        </w:rPr>
        <w:t xml:space="preserve"> قرار گرفت</w:t>
      </w:r>
      <w:r w:rsidRPr="008855A0">
        <w:rPr>
          <w:rFonts w:ascii="Times New Roman" w:eastAsia="Times New Roman" w:hAnsi="Times New Roman" w:cs="B Nazanin"/>
          <w:szCs w:val="26"/>
        </w:rPr>
        <w:t>.</w:t>
      </w:r>
    </w:p>
    <w:p w14:paraId="0794FD72" w14:textId="77777777" w:rsidR="00F6596F" w:rsidRDefault="00E52C87" w:rsidP="00F6596F">
      <w:pPr>
        <w:bidi/>
        <w:spacing w:before="100" w:beforeAutospacing="1" w:after="100" w:afterAutospacing="1"/>
        <w:jc w:val="both"/>
        <w:rPr>
          <w:rFonts w:ascii="Times New Roman" w:eastAsia="Times New Roman" w:hAnsi="Times New Roman" w:cs="B Nazanin"/>
          <w:szCs w:val="26"/>
          <w:rtl/>
        </w:rPr>
      </w:pPr>
      <w:r w:rsidRPr="008855A0">
        <w:rPr>
          <w:rFonts w:ascii="Times New Roman" w:eastAsia="Times New Roman" w:hAnsi="Times New Roman" w:cs="B Nazanin"/>
          <w:szCs w:val="26"/>
          <w:rtl/>
        </w:rPr>
        <w:t xml:space="preserve">در گام نخست، این </w:t>
      </w:r>
      <w:r>
        <w:rPr>
          <w:rFonts w:ascii="Times New Roman" w:eastAsia="Times New Roman" w:hAnsi="Times New Roman" w:cs="B Nazanin" w:hint="cs"/>
          <w:szCs w:val="26"/>
          <w:rtl/>
        </w:rPr>
        <w:t xml:space="preserve">وزن </w:t>
      </w:r>
      <w:r w:rsidRPr="008855A0">
        <w:rPr>
          <w:rFonts w:ascii="Times New Roman" w:eastAsia="Times New Roman" w:hAnsi="Times New Roman" w:cs="B Nazanin"/>
          <w:szCs w:val="26"/>
          <w:rtl/>
        </w:rPr>
        <w:t>کل میان چهار مؤلفه اصلی مدل به صورت متناسب</w:t>
      </w:r>
      <w:r>
        <w:rPr>
          <w:rFonts w:ascii="Times New Roman" w:eastAsia="Times New Roman" w:hAnsi="Times New Roman" w:cs="B Nazanin" w:hint="cs"/>
          <w:szCs w:val="26"/>
          <w:rtl/>
        </w:rPr>
        <w:t xml:space="preserve"> با توجه به اهمیت هر مولفه</w:t>
      </w:r>
      <w:r w:rsidRPr="008855A0">
        <w:rPr>
          <w:rFonts w:ascii="Times New Roman" w:eastAsia="Times New Roman" w:hAnsi="Times New Roman" w:cs="B Nazanin"/>
          <w:szCs w:val="26"/>
          <w:rtl/>
        </w:rPr>
        <w:t xml:space="preserve"> توزیع گردید. توزیع اولیه </w:t>
      </w:r>
      <w:r>
        <w:rPr>
          <w:rFonts w:ascii="Times New Roman" w:eastAsia="Times New Roman" w:hAnsi="Times New Roman" w:cs="B Nazanin" w:hint="cs"/>
          <w:szCs w:val="26"/>
          <w:rtl/>
        </w:rPr>
        <w:t xml:space="preserve">اوزان </w:t>
      </w:r>
      <w:r w:rsidRPr="008855A0">
        <w:rPr>
          <w:rFonts w:ascii="Times New Roman" w:eastAsia="Times New Roman" w:hAnsi="Times New Roman" w:cs="B Nazanin"/>
          <w:szCs w:val="26"/>
          <w:rtl/>
        </w:rPr>
        <w:t>در سطح مؤلفه‌ها بر مبنای تحلیل اهمیت نسبی آن‌ها در ساختار مدل مفهومی و نتایج حاصل از تحلیل مضمون صورت گرفت</w:t>
      </w:r>
      <w:r w:rsidRPr="008855A0">
        <w:rPr>
          <w:rFonts w:ascii="Times New Roman" w:eastAsia="Times New Roman" w:hAnsi="Times New Roman" w:cs="B Nazanin"/>
          <w:szCs w:val="26"/>
        </w:rPr>
        <w:t>.</w:t>
      </w:r>
      <w:r>
        <w:rPr>
          <w:rFonts w:ascii="Times New Roman" w:eastAsia="Times New Roman" w:hAnsi="Times New Roman" w:cs="B Nazanin" w:hint="cs"/>
          <w:szCs w:val="26"/>
          <w:rtl/>
        </w:rPr>
        <w:t xml:space="preserve"> </w:t>
      </w:r>
      <w:r w:rsidRPr="008855A0">
        <w:rPr>
          <w:rFonts w:ascii="Times New Roman" w:eastAsia="Times New Roman" w:hAnsi="Times New Roman" w:cs="B Nazanin"/>
          <w:szCs w:val="26"/>
          <w:rtl/>
        </w:rPr>
        <w:t xml:space="preserve">در مرحله بعد، </w:t>
      </w:r>
      <w:r>
        <w:rPr>
          <w:rFonts w:ascii="Times New Roman" w:eastAsia="Times New Roman" w:hAnsi="Times New Roman" w:cs="B Nazanin" w:hint="cs"/>
          <w:szCs w:val="26"/>
          <w:rtl/>
        </w:rPr>
        <w:t xml:space="preserve">اوزان </w:t>
      </w:r>
      <w:r w:rsidRPr="008855A0">
        <w:rPr>
          <w:rFonts w:ascii="Times New Roman" w:eastAsia="Times New Roman" w:hAnsi="Times New Roman" w:cs="B Nazanin"/>
          <w:szCs w:val="26"/>
          <w:rtl/>
        </w:rPr>
        <w:t>اختصاص‌ یافته به هر مؤلفه اصلی، به زیرمولفه‌های مربوطه تخصیص یافت. این تخصیص با بهره‌گیری از روش اجماع گروهی و وزن‌دهی انجام‌شده توسط اعضای گروه کانونی صورت گرفت. معیار اصلی در این مرحله، میزان اهمیت و اثرگذاری هر زیرمولفه در بهبود عملکرد استخرهای ورزشی بود</w:t>
      </w:r>
      <w:r w:rsidRPr="008855A0">
        <w:rPr>
          <w:rFonts w:ascii="Times New Roman" w:eastAsia="Times New Roman" w:hAnsi="Times New Roman" w:cs="B Nazanin"/>
          <w:szCs w:val="26"/>
        </w:rPr>
        <w:t>.</w:t>
      </w:r>
      <w:r>
        <w:rPr>
          <w:rFonts w:ascii="Times New Roman" w:eastAsia="Times New Roman" w:hAnsi="Times New Roman" w:cs="B Nazanin" w:hint="cs"/>
          <w:szCs w:val="26"/>
          <w:rtl/>
        </w:rPr>
        <w:t xml:space="preserve"> </w:t>
      </w:r>
      <w:r w:rsidRPr="008855A0">
        <w:rPr>
          <w:rFonts w:ascii="Times New Roman" w:eastAsia="Times New Roman" w:hAnsi="Times New Roman" w:cs="B Nazanin"/>
          <w:szCs w:val="26"/>
          <w:rtl/>
        </w:rPr>
        <w:t xml:space="preserve">در نهایت، برای تعیین دقیق </w:t>
      </w:r>
      <w:r>
        <w:rPr>
          <w:rFonts w:ascii="Times New Roman" w:eastAsia="Times New Roman" w:hAnsi="Times New Roman" w:cs="B Nazanin" w:hint="cs"/>
          <w:szCs w:val="26"/>
          <w:rtl/>
        </w:rPr>
        <w:t xml:space="preserve">وزن </w:t>
      </w:r>
      <w:r w:rsidRPr="008855A0">
        <w:rPr>
          <w:rFonts w:ascii="Times New Roman" w:eastAsia="Times New Roman" w:hAnsi="Times New Roman" w:cs="B Nazanin"/>
          <w:szCs w:val="26"/>
          <w:rtl/>
        </w:rPr>
        <w:t xml:space="preserve">هر زیرمولفه، اعضای گروه کانونی به‌صورت مستقل </w:t>
      </w:r>
      <w:r>
        <w:rPr>
          <w:rFonts w:ascii="Times New Roman" w:eastAsia="Times New Roman" w:hAnsi="Times New Roman" w:cs="B Nazanin" w:hint="cs"/>
          <w:szCs w:val="26"/>
          <w:rtl/>
        </w:rPr>
        <w:t xml:space="preserve">وزن </w:t>
      </w:r>
      <w:r w:rsidRPr="008855A0">
        <w:rPr>
          <w:rFonts w:ascii="Times New Roman" w:eastAsia="Times New Roman" w:hAnsi="Times New Roman" w:cs="B Nazanin"/>
          <w:szCs w:val="26"/>
          <w:rtl/>
        </w:rPr>
        <w:t>پیشنهادی خود را ارائه دادند</w:t>
      </w:r>
      <w:r w:rsidRPr="008855A0">
        <w:rPr>
          <w:rFonts w:ascii="Times New Roman" w:eastAsia="Times New Roman" w:hAnsi="Times New Roman" w:cs="B Nazanin"/>
          <w:szCs w:val="26"/>
        </w:rPr>
        <w:t xml:space="preserve">. </w:t>
      </w:r>
      <w:r w:rsidRPr="008855A0">
        <w:rPr>
          <w:rFonts w:ascii="Times New Roman" w:eastAsia="Times New Roman" w:hAnsi="Times New Roman" w:cs="B Nazanin"/>
          <w:szCs w:val="26"/>
          <w:rtl/>
        </w:rPr>
        <w:t xml:space="preserve">پس از گردآوری داده‌ها، میانگین </w:t>
      </w:r>
      <w:r>
        <w:rPr>
          <w:rFonts w:ascii="Times New Roman" w:eastAsia="Times New Roman" w:hAnsi="Times New Roman" w:cs="B Nazanin" w:hint="cs"/>
          <w:szCs w:val="26"/>
          <w:rtl/>
        </w:rPr>
        <w:t xml:space="preserve">اوزان </w:t>
      </w:r>
      <w:r w:rsidRPr="008855A0">
        <w:rPr>
          <w:rFonts w:ascii="Times New Roman" w:eastAsia="Times New Roman" w:hAnsi="Times New Roman" w:cs="B Nazanin"/>
          <w:szCs w:val="26"/>
          <w:rtl/>
        </w:rPr>
        <w:t xml:space="preserve">به عنوان </w:t>
      </w:r>
      <w:r>
        <w:rPr>
          <w:rFonts w:ascii="Times New Roman" w:eastAsia="Times New Roman" w:hAnsi="Times New Roman" w:cs="B Nazanin" w:hint="cs"/>
          <w:szCs w:val="26"/>
          <w:rtl/>
        </w:rPr>
        <w:t xml:space="preserve">وزن </w:t>
      </w:r>
      <w:r w:rsidRPr="008855A0">
        <w:rPr>
          <w:rFonts w:ascii="Times New Roman" w:eastAsia="Times New Roman" w:hAnsi="Times New Roman" w:cs="B Nazanin"/>
          <w:szCs w:val="26"/>
          <w:rtl/>
        </w:rPr>
        <w:t>نهایی هر زیرمولفه در نظر گرفته شد. این روش موجب افزایش دقت، اجماع نظر و اعتبار فرآیند وزن‌دهی در ساختار نهایی مدل گردید</w:t>
      </w:r>
      <w:r w:rsidRPr="008855A0">
        <w:rPr>
          <w:rFonts w:ascii="Times New Roman" w:eastAsia="Times New Roman" w:hAnsi="Times New Roman" w:cs="B Nazanin"/>
          <w:szCs w:val="26"/>
        </w:rPr>
        <w:t>.</w:t>
      </w:r>
    </w:p>
    <w:p w14:paraId="352944C5" w14:textId="16FBEE04" w:rsidR="005023A2" w:rsidRPr="00F6596F" w:rsidRDefault="00D733DB" w:rsidP="00F6596F">
      <w:pPr>
        <w:bidi/>
        <w:spacing w:before="100" w:beforeAutospacing="1" w:after="100" w:afterAutospacing="1"/>
        <w:jc w:val="both"/>
        <w:rPr>
          <w:rFonts w:ascii="Times New Roman" w:eastAsia="Times New Roman" w:hAnsi="Times New Roman" w:cs="B Nazanin"/>
          <w:szCs w:val="26"/>
          <w:rtl/>
        </w:rPr>
      </w:pPr>
      <w:r>
        <w:rPr>
          <w:rFonts w:ascii="B Titr" w:hAnsi="B Titr"/>
          <w:b/>
        </w:rPr>
        <w:t>‌</w:t>
      </w:r>
      <w:r w:rsidR="00F6596F">
        <w:rPr>
          <w:rFonts w:ascii="B Titr" w:hAnsi="B Titr" w:cs="B Titr" w:hint="cs"/>
          <w:b/>
          <w:bCs/>
          <w:szCs w:val="26"/>
          <w:rtl/>
        </w:rPr>
        <w:t>یافته‌ه</w:t>
      </w:r>
      <w:r>
        <w:rPr>
          <w:rFonts w:ascii="B Titr" w:hAnsi="B Titr" w:cs="B Titr"/>
          <w:b/>
          <w:bCs/>
          <w:szCs w:val="26"/>
          <w:rtl/>
        </w:rPr>
        <w:t>ا</w:t>
      </w:r>
    </w:p>
    <w:p w14:paraId="3E5253FB" w14:textId="77777777" w:rsidR="00E52C87" w:rsidRPr="00F707ED" w:rsidRDefault="00E52C87" w:rsidP="00E52C87">
      <w:pPr>
        <w:bidi/>
        <w:jc w:val="both"/>
        <w:rPr>
          <w:rFonts w:cs="B Lotus"/>
          <w:szCs w:val="26"/>
        </w:rPr>
      </w:pPr>
      <w:r w:rsidRPr="00F707ED">
        <w:rPr>
          <w:rFonts w:cs="B Lotus"/>
          <w:szCs w:val="26"/>
          <w:rtl/>
        </w:rPr>
        <w:t>تحلیل داده‌های این پژوهش با استفاده از روش تحلیل مضمون و نرم‌افزار</w:t>
      </w:r>
      <w:r w:rsidRPr="00F707ED">
        <w:rPr>
          <w:rFonts w:cs="B Lotus"/>
          <w:szCs w:val="26"/>
        </w:rPr>
        <w:t xml:space="preserve"> </w:t>
      </w:r>
      <w:r w:rsidRPr="005604B3">
        <w:rPr>
          <w:rFonts w:cs="B Lotus"/>
        </w:rPr>
        <w:t>MAXQDA</w:t>
      </w:r>
      <w:r>
        <w:rPr>
          <w:rFonts w:cs="B Lotus"/>
          <w:szCs w:val="26"/>
        </w:rPr>
        <w:t xml:space="preserve"> </w:t>
      </w:r>
      <w:r w:rsidRPr="00F707ED">
        <w:rPr>
          <w:rFonts w:cs="B Lotus"/>
          <w:szCs w:val="26"/>
          <w:rtl/>
        </w:rPr>
        <w:t>، به شناسایی چهار مضمون فراگیر منجر شد: «زیرساخت‌ها و استانداردها»، «مدیریت و پشتیبانی منابع»، «فرایندهای خدماتی و تجربه مشتری» و «بازاریابی و رقابت‌پذیری». این مضامین، ساختاری سیستم‌محور را برای مدیریت عملکرد استخرهای ورزشی ایران ترسیم می‌کنند که از تعامل عناصر فنی، انسانی، اجتماعی و اقتصادی بهره می‌برد</w:t>
      </w:r>
      <w:r w:rsidRPr="00F707ED">
        <w:rPr>
          <w:rFonts w:cs="B Lotus"/>
          <w:szCs w:val="26"/>
        </w:rPr>
        <w:t>.</w:t>
      </w:r>
    </w:p>
    <w:p w14:paraId="776C8A63" w14:textId="77777777" w:rsidR="00E52C87" w:rsidRPr="00F707ED" w:rsidRDefault="00E52C87" w:rsidP="00E52C87">
      <w:pPr>
        <w:bidi/>
        <w:jc w:val="both"/>
        <w:rPr>
          <w:rFonts w:cs="B Lotus"/>
          <w:szCs w:val="26"/>
        </w:rPr>
      </w:pPr>
      <w:r w:rsidRPr="00F707ED">
        <w:rPr>
          <w:rFonts w:cs="B Lotus"/>
          <w:szCs w:val="26"/>
          <w:rtl/>
        </w:rPr>
        <w:t>فرآیند تحلیل داده‌ها در سه مرحله اصلی انجام شد</w:t>
      </w:r>
      <w:r w:rsidRPr="00F707ED">
        <w:rPr>
          <w:rFonts w:cs="B Lotus"/>
          <w:szCs w:val="26"/>
        </w:rPr>
        <w:t>:</w:t>
      </w:r>
    </w:p>
    <w:p w14:paraId="1A05FFBD" w14:textId="5D0A8D81" w:rsidR="00E52C87" w:rsidRPr="00850A41" w:rsidRDefault="00E52C87" w:rsidP="00850A41">
      <w:pPr>
        <w:numPr>
          <w:ilvl w:val="0"/>
          <w:numId w:val="32"/>
        </w:numPr>
        <w:bidi/>
        <w:spacing w:after="160" w:line="278" w:lineRule="auto"/>
        <w:jc w:val="both"/>
        <w:rPr>
          <w:rFonts w:cs="B Lotus"/>
          <w:szCs w:val="26"/>
        </w:rPr>
      </w:pPr>
      <w:r w:rsidRPr="00F707ED">
        <w:rPr>
          <w:rFonts w:cs="B Lotus"/>
          <w:b/>
          <w:bCs/>
          <w:szCs w:val="26"/>
          <w:rtl/>
        </w:rPr>
        <w:lastRenderedPageBreak/>
        <w:t>کدگذاری توصیفی</w:t>
      </w:r>
      <w:r w:rsidRPr="00F707ED">
        <w:rPr>
          <w:rFonts w:cs="B Lotus"/>
          <w:szCs w:val="26"/>
        </w:rPr>
        <w:t xml:space="preserve">: </w:t>
      </w:r>
      <w:r w:rsidR="00850A41" w:rsidRPr="00850A41">
        <w:rPr>
          <w:rFonts w:ascii="Aptos" w:eastAsia="Aptos" w:hAnsi="Aptos" w:cs="B Nazanin"/>
          <w:szCs w:val="26"/>
          <w:rtl/>
        </w:rPr>
        <w:t xml:space="preserve"> </w:t>
      </w:r>
      <w:r w:rsidR="00850A41" w:rsidRPr="00850A41">
        <w:rPr>
          <w:rFonts w:cs="B Lotus"/>
          <w:szCs w:val="26"/>
          <w:rtl/>
        </w:rPr>
        <w:t xml:space="preserve">حاصل این مرحله، احصا </w:t>
      </w:r>
      <w:r w:rsidR="00850A41" w:rsidRPr="00850A41">
        <w:rPr>
          <w:rFonts w:cs="B Lotus" w:hint="cs"/>
          <w:szCs w:val="26"/>
          <w:rtl/>
        </w:rPr>
        <w:t>82</w:t>
      </w:r>
      <w:r w:rsidR="00850A41" w:rsidRPr="00850A41">
        <w:rPr>
          <w:rFonts w:cs="B Lotus"/>
          <w:szCs w:val="26"/>
          <w:rtl/>
        </w:rPr>
        <w:t xml:space="preserve"> کد توصیفی بود که از 511 ارجاع از مصاحبه‌ها به آن صورت گرفته است.</w:t>
      </w:r>
      <w:r w:rsidR="00850A41">
        <w:rPr>
          <w:rFonts w:cs="B Lotus"/>
          <w:szCs w:val="26"/>
        </w:rPr>
        <w:t xml:space="preserve"> </w:t>
      </w:r>
      <w:r w:rsidR="00850A41">
        <w:rPr>
          <w:rFonts w:cs="B Lotus" w:hint="cs"/>
          <w:szCs w:val="26"/>
          <w:rtl/>
        </w:rPr>
        <w:t>پر</w:t>
      </w:r>
      <w:r w:rsidRPr="00850A41">
        <w:rPr>
          <w:rFonts w:cs="B Lotus"/>
          <w:szCs w:val="26"/>
          <w:rtl/>
        </w:rPr>
        <w:t>تکرارترین کدها شامل «الزام مدرک بازآموزی</w:t>
      </w:r>
      <w:r w:rsidRPr="00850A41">
        <w:rPr>
          <w:rFonts w:cs="B Lotus" w:hint="cs"/>
          <w:szCs w:val="26"/>
          <w:rtl/>
        </w:rPr>
        <w:t xml:space="preserve"> مربیگری شنا و آمادگی نجات غریق</w:t>
      </w:r>
      <w:r w:rsidRPr="00850A41">
        <w:rPr>
          <w:rFonts w:cs="B Lotus"/>
          <w:szCs w:val="26"/>
          <w:rtl/>
        </w:rPr>
        <w:t xml:space="preserve"> سالیانه»، «کنترل کیفیت آب و کلر»، «زیبایی‌شناسی فضا»، و «برنامه آموزشی برای اقشار خاص» بودند</w:t>
      </w:r>
      <w:r w:rsidRPr="00850A41">
        <w:rPr>
          <w:rFonts w:cs="B Lotus"/>
          <w:szCs w:val="26"/>
        </w:rPr>
        <w:t>.</w:t>
      </w:r>
    </w:p>
    <w:p w14:paraId="7330AE3A" w14:textId="77777777" w:rsidR="00E52C87" w:rsidRPr="00F707ED" w:rsidRDefault="00E52C87" w:rsidP="00E52C87">
      <w:pPr>
        <w:numPr>
          <w:ilvl w:val="0"/>
          <w:numId w:val="32"/>
        </w:numPr>
        <w:bidi/>
        <w:spacing w:after="160" w:line="278" w:lineRule="auto"/>
        <w:jc w:val="both"/>
        <w:rPr>
          <w:rFonts w:cs="B Lotus"/>
          <w:szCs w:val="26"/>
        </w:rPr>
      </w:pPr>
      <w:r w:rsidRPr="00F707ED">
        <w:rPr>
          <w:rFonts w:cs="B Lotus"/>
          <w:b/>
          <w:bCs/>
          <w:szCs w:val="26"/>
          <w:rtl/>
        </w:rPr>
        <w:t>کدگذاری تفسیری</w:t>
      </w:r>
      <w:r w:rsidRPr="00F707ED">
        <w:rPr>
          <w:rFonts w:cs="B Lotus"/>
          <w:szCs w:val="26"/>
        </w:rPr>
        <w:t xml:space="preserve">: </w:t>
      </w:r>
      <w:r w:rsidRPr="00F707ED">
        <w:rPr>
          <w:rFonts w:cs="B Lotus"/>
          <w:szCs w:val="26"/>
          <w:rtl/>
        </w:rPr>
        <w:t>کدها در قالب 1</w:t>
      </w:r>
      <w:r>
        <w:rPr>
          <w:rFonts w:cs="B Lotus" w:hint="cs"/>
          <w:szCs w:val="26"/>
          <w:rtl/>
        </w:rPr>
        <w:t>4</w:t>
      </w:r>
      <w:r w:rsidRPr="00F707ED">
        <w:rPr>
          <w:rFonts w:cs="B Lotus"/>
          <w:szCs w:val="26"/>
          <w:rtl/>
        </w:rPr>
        <w:t xml:space="preserve"> مضمون تفسیری شامل ایمنی و بهداشت محیطی، منابع فیزیکی، منابع انسانی و آموزشی، فرآیندهای خدماتی، تجربه مشتری، بازاریابی، رقابت‌پذیری و... طبقه‌بندی شدند</w:t>
      </w:r>
      <w:r w:rsidRPr="00F707ED">
        <w:rPr>
          <w:rFonts w:cs="B Lotus"/>
          <w:szCs w:val="26"/>
        </w:rPr>
        <w:t>.</w:t>
      </w:r>
    </w:p>
    <w:p w14:paraId="34B73C0C" w14:textId="28AD318C" w:rsidR="00D558B5" w:rsidRDefault="00E52C87" w:rsidP="00D558B5">
      <w:pPr>
        <w:numPr>
          <w:ilvl w:val="0"/>
          <w:numId w:val="32"/>
        </w:numPr>
        <w:bidi/>
        <w:spacing w:after="160" w:line="278" w:lineRule="auto"/>
        <w:jc w:val="both"/>
        <w:rPr>
          <w:rFonts w:cs="B Lotus"/>
          <w:szCs w:val="26"/>
        </w:rPr>
      </w:pPr>
      <w:r w:rsidRPr="00F707ED">
        <w:rPr>
          <w:rFonts w:cs="B Lotus"/>
          <w:b/>
          <w:bCs/>
          <w:szCs w:val="26"/>
          <w:rtl/>
        </w:rPr>
        <w:t>کدگذاری یکپارچه‌ساز</w:t>
      </w:r>
      <w:r w:rsidRPr="00F707ED">
        <w:rPr>
          <w:rFonts w:cs="B Lotus"/>
          <w:szCs w:val="26"/>
        </w:rPr>
        <w:t xml:space="preserve">: </w:t>
      </w:r>
      <w:r w:rsidRPr="00F707ED">
        <w:rPr>
          <w:rFonts w:cs="B Lotus"/>
          <w:szCs w:val="26"/>
          <w:rtl/>
        </w:rPr>
        <w:t>این مضامین در نهایت در چهار مضمون فراگیر تلفیق شدند که ساختار نهایی مدل را تشکیل دادند</w:t>
      </w:r>
      <w:r w:rsidRPr="00F707ED">
        <w:rPr>
          <w:rFonts w:cs="B Lotus"/>
          <w:szCs w:val="26"/>
        </w:rPr>
        <w:t>.</w:t>
      </w:r>
      <w:r>
        <w:rPr>
          <w:rFonts w:cs="B Lotus" w:hint="cs"/>
          <w:szCs w:val="26"/>
          <w:rtl/>
        </w:rPr>
        <w:t xml:space="preserve"> </w:t>
      </w:r>
      <w:r w:rsidRPr="00105E39">
        <w:rPr>
          <w:rFonts w:cs="B Lotus" w:hint="cs"/>
          <w:szCs w:val="26"/>
          <w:rtl/>
        </w:rPr>
        <w:t>این</w:t>
      </w:r>
      <w:r w:rsidRPr="00105E39">
        <w:rPr>
          <w:rFonts w:cs="B Lotus"/>
          <w:szCs w:val="26"/>
          <w:rtl/>
        </w:rPr>
        <w:t xml:space="preserve"> </w:t>
      </w:r>
      <w:r w:rsidRPr="00105E39">
        <w:rPr>
          <w:rFonts w:cs="B Lotus" w:hint="cs"/>
          <w:szCs w:val="26"/>
          <w:rtl/>
        </w:rPr>
        <w:t>فرایند</w:t>
      </w:r>
      <w:r w:rsidRPr="00105E39">
        <w:rPr>
          <w:rFonts w:cs="B Lotus"/>
          <w:szCs w:val="26"/>
          <w:rtl/>
        </w:rPr>
        <w:t xml:space="preserve"> </w:t>
      </w:r>
      <w:r w:rsidRPr="00105E39">
        <w:rPr>
          <w:rFonts w:cs="B Lotus" w:hint="cs"/>
          <w:szCs w:val="26"/>
          <w:rtl/>
        </w:rPr>
        <w:t>کدگذاری</w:t>
      </w:r>
      <w:r w:rsidRPr="00105E39">
        <w:rPr>
          <w:rFonts w:cs="B Lotus"/>
          <w:szCs w:val="26"/>
          <w:rtl/>
        </w:rPr>
        <w:t xml:space="preserve"> </w:t>
      </w:r>
      <w:r w:rsidRPr="00105E39">
        <w:rPr>
          <w:rFonts w:cs="B Lotus" w:hint="cs"/>
          <w:szCs w:val="26"/>
          <w:rtl/>
        </w:rPr>
        <w:t>و</w:t>
      </w:r>
      <w:r w:rsidRPr="00105E39">
        <w:rPr>
          <w:rFonts w:cs="B Lotus"/>
          <w:szCs w:val="26"/>
          <w:rtl/>
        </w:rPr>
        <w:t xml:space="preserve"> </w:t>
      </w:r>
      <w:r w:rsidRPr="00105E39">
        <w:rPr>
          <w:rFonts w:cs="B Lotus" w:hint="cs"/>
          <w:szCs w:val="26"/>
          <w:rtl/>
        </w:rPr>
        <w:t>تجمیع،</w:t>
      </w:r>
      <w:r w:rsidRPr="00105E39">
        <w:rPr>
          <w:rFonts w:cs="B Lotus"/>
          <w:szCs w:val="26"/>
          <w:rtl/>
        </w:rPr>
        <w:t xml:space="preserve"> </w:t>
      </w:r>
      <w:r w:rsidRPr="00105E39">
        <w:rPr>
          <w:rFonts w:cs="B Lotus" w:hint="cs"/>
          <w:szCs w:val="26"/>
          <w:rtl/>
        </w:rPr>
        <w:t>با</w:t>
      </w:r>
      <w:r w:rsidRPr="00105E39">
        <w:rPr>
          <w:rFonts w:cs="B Lotus"/>
          <w:szCs w:val="26"/>
          <w:rtl/>
        </w:rPr>
        <w:t xml:space="preserve"> </w:t>
      </w:r>
      <w:r w:rsidRPr="00105E39">
        <w:rPr>
          <w:rFonts w:cs="B Lotus" w:hint="cs"/>
          <w:szCs w:val="26"/>
          <w:rtl/>
        </w:rPr>
        <w:t>هدف</w:t>
      </w:r>
      <w:r w:rsidRPr="00105E39">
        <w:rPr>
          <w:rFonts w:cs="B Lotus"/>
          <w:szCs w:val="26"/>
          <w:rtl/>
        </w:rPr>
        <w:t xml:space="preserve"> </w:t>
      </w:r>
      <w:r w:rsidRPr="00105E39">
        <w:rPr>
          <w:rFonts w:cs="B Lotus" w:hint="cs"/>
          <w:szCs w:val="26"/>
          <w:rtl/>
        </w:rPr>
        <w:t>استخراج</w:t>
      </w:r>
      <w:r w:rsidRPr="00105E39">
        <w:rPr>
          <w:rFonts w:cs="B Lotus"/>
          <w:szCs w:val="26"/>
          <w:rtl/>
        </w:rPr>
        <w:t xml:space="preserve"> </w:t>
      </w:r>
      <w:r w:rsidRPr="00105E39">
        <w:rPr>
          <w:rFonts w:cs="B Lotus" w:hint="cs"/>
          <w:szCs w:val="26"/>
          <w:rtl/>
        </w:rPr>
        <w:t>ساختار</w:t>
      </w:r>
      <w:r w:rsidRPr="00105E39">
        <w:rPr>
          <w:rFonts w:cs="B Lotus"/>
          <w:szCs w:val="26"/>
          <w:rtl/>
        </w:rPr>
        <w:t xml:space="preserve"> </w:t>
      </w:r>
      <w:r w:rsidRPr="00105E39">
        <w:rPr>
          <w:rFonts w:cs="B Lotus" w:hint="cs"/>
          <w:szCs w:val="26"/>
          <w:rtl/>
        </w:rPr>
        <w:t>نهایی</w:t>
      </w:r>
      <w:r w:rsidRPr="00105E39">
        <w:rPr>
          <w:rFonts w:cs="B Lotus"/>
          <w:szCs w:val="26"/>
          <w:rtl/>
        </w:rPr>
        <w:t xml:space="preserve"> </w:t>
      </w:r>
      <w:r w:rsidRPr="00105E39">
        <w:rPr>
          <w:rFonts w:cs="B Lotus" w:hint="cs"/>
          <w:szCs w:val="26"/>
          <w:rtl/>
        </w:rPr>
        <w:t>مدل</w:t>
      </w:r>
      <w:r w:rsidRPr="00105E39">
        <w:rPr>
          <w:rFonts w:cs="B Lotus"/>
          <w:szCs w:val="26"/>
          <w:rtl/>
        </w:rPr>
        <w:t xml:space="preserve"> </w:t>
      </w:r>
      <w:r w:rsidRPr="00105E39">
        <w:rPr>
          <w:rFonts w:cs="B Lotus" w:hint="cs"/>
          <w:szCs w:val="26"/>
          <w:rtl/>
        </w:rPr>
        <w:t>مفهومی</w:t>
      </w:r>
      <w:r w:rsidRPr="00105E39">
        <w:rPr>
          <w:rFonts w:cs="B Lotus"/>
          <w:szCs w:val="26"/>
          <w:rtl/>
        </w:rPr>
        <w:t xml:space="preserve"> </w:t>
      </w:r>
      <w:r w:rsidRPr="00105E39">
        <w:rPr>
          <w:rFonts w:cs="B Lotus" w:hint="cs"/>
          <w:szCs w:val="26"/>
          <w:rtl/>
        </w:rPr>
        <w:t>صورت</w:t>
      </w:r>
      <w:r w:rsidRPr="00105E39">
        <w:rPr>
          <w:rFonts w:cs="B Lotus"/>
          <w:szCs w:val="26"/>
          <w:rtl/>
        </w:rPr>
        <w:t xml:space="preserve"> </w:t>
      </w:r>
      <w:r w:rsidRPr="00105E39">
        <w:rPr>
          <w:rFonts w:cs="B Lotus" w:hint="cs"/>
          <w:szCs w:val="26"/>
          <w:rtl/>
        </w:rPr>
        <w:t>گرفت</w:t>
      </w:r>
      <w:r w:rsidRPr="00105E39">
        <w:rPr>
          <w:rFonts w:cs="B Lotus"/>
          <w:szCs w:val="26"/>
          <w:rtl/>
        </w:rPr>
        <w:t xml:space="preserve"> </w:t>
      </w:r>
      <w:r w:rsidRPr="00105E39">
        <w:rPr>
          <w:rFonts w:cs="B Lotus" w:hint="cs"/>
          <w:szCs w:val="26"/>
          <w:rtl/>
        </w:rPr>
        <w:t>که</w:t>
      </w:r>
      <w:r w:rsidRPr="00105E39">
        <w:rPr>
          <w:rFonts w:cs="B Lotus"/>
          <w:szCs w:val="26"/>
          <w:rtl/>
        </w:rPr>
        <w:t xml:space="preserve"> </w:t>
      </w:r>
      <w:r w:rsidRPr="00105E39">
        <w:rPr>
          <w:rFonts w:cs="B Lotus" w:hint="cs"/>
          <w:szCs w:val="26"/>
          <w:rtl/>
        </w:rPr>
        <w:t>در</w:t>
      </w:r>
      <w:r w:rsidRPr="00105E39">
        <w:rPr>
          <w:rFonts w:cs="B Lotus"/>
          <w:szCs w:val="26"/>
          <w:rtl/>
        </w:rPr>
        <w:t xml:space="preserve"> </w:t>
      </w:r>
      <w:r w:rsidRPr="00105E39">
        <w:rPr>
          <w:rFonts w:cs="B Lotus" w:hint="cs"/>
          <w:szCs w:val="26"/>
          <w:rtl/>
        </w:rPr>
        <w:t>آن،</w:t>
      </w:r>
      <w:r w:rsidRPr="00105E39">
        <w:rPr>
          <w:rFonts w:cs="B Lotus"/>
          <w:szCs w:val="26"/>
          <w:rtl/>
        </w:rPr>
        <w:t xml:space="preserve"> </w:t>
      </w:r>
      <w:r w:rsidRPr="00105E39">
        <w:rPr>
          <w:rFonts w:cs="B Lotus" w:hint="cs"/>
          <w:szCs w:val="26"/>
          <w:rtl/>
        </w:rPr>
        <w:t>مؤلفه‌های</w:t>
      </w:r>
      <w:r w:rsidRPr="00105E39">
        <w:rPr>
          <w:rFonts w:cs="B Lotus"/>
          <w:szCs w:val="26"/>
          <w:rtl/>
        </w:rPr>
        <w:t xml:space="preserve"> </w:t>
      </w:r>
      <w:r w:rsidRPr="00105E39">
        <w:rPr>
          <w:rFonts w:cs="B Lotus" w:hint="cs"/>
          <w:szCs w:val="26"/>
          <w:rtl/>
        </w:rPr>
        <w:t>کلیدی</w:t>
      </w:r>
      <w:r w:rsidRPr="00105E39">
        <w:rPr>
          <w:rFonts w:cs="B Lotus"/>
          <w:szCs w:val="26"/>
          <w:rtl/>
        </w:rPr>
        <w:t xml:space="preserve"> </w:t>
      </w:r>
      <w:r w:rsidRPr="00105E39">
        <w:rPr>
          <w:rFonts w:cs="B Lotus" w:hint="cs"/>
          <w:szCs w:val="26"/>
          <w:rtl/>
        </w:rPr>
        <w:t>عملکرد</w:t>
      </w:r>
      <w:r w:rsidRPr="00105E39">
        <w:rPr>
          <w:rFonts w:cs="B Lotus"/>
          <w:szCs w:val="26"/>
          <w:rtl/>
        </w:rPr>
        <w:t xml:space="preserve"> </w:t>
      </w:r>
      <w:r w:rsidRPr="00105E39">
        <w:rPr>
          <w:rFonts w:cs="B Lotus" w:hint="cs"/>
          <w:szCs w:val="26"/>
          <w:rtl/>
        </w:rPr>
        <w:t>استخرهای</w:t>
      </w:r>
      <w:r w:rsidRPr="00105E39">
        <w:rPr>
          <w:rFonts w:cs="B Lotus"/>
          <w:szCs w:val="26"/>
          <w:rtl/>
        </w:rPr>
        <w:t xml:space="preserve"> </w:t>
      </w:r>
      <w:r w:rsidRPr="00105E39">
        <w:rPr>
          <w:rFonts w:cs="B Lotus" w:hint="cs"/>
          <w:szCs w:val="26"/>
          <w:rtl/>
        </w:rPr>
        <w:t>ورزشی</w:t>
      </w:r>
      <w:r w:rsidRPr="00105E39">
        <w:rPr>
          <w:rFonts w:cs="B Lotus"/>
          <w:szCs w:val="26"/>
          <w:rtl/>
        </w:rPr>
        <w:t xml:space="preserve"> </w:t>
      </w:r>
      <w:r w:rsidRPr="00105E39">
        <w:rPr>
          <w:rFonts w:cs="B Lotus" w:hint="cs"/>
          <w:szCs w:val="26"/>
          <w:rtl/>
        </w:rPr>
        <w:t>به‌صورت</w:t>
      </w:r>
      <w:r w:rsidRPr="00105E39">
        <w:rPr>
          <w:rFonts w:cs="B Lotus"/>
          <w:szCs w:val="26"/>
          <w:rtl/>
        </w:rPr>
        <w:t xml:space="preserve"> </w:t>
      </w:r>
      <w:r w:rsidRPr="00105E39">
        <w:rPr>
          <w:rFonts w:cs="B Lotus" w:hint="cs"/>
          <w:szCs w:val="26"/>
          <w:rtl/>
        </w:rPr>
        <w:t>منسجم</w:t>
      </w:r>
      <w:r w:rsidRPr="00105E39">
        <w:rPr>
          <w:rFonts w:cs="B Lotus"/>
          <w:szCs w:val="26"/>
          <w:rtl/>
        </w:rPr>
        <w:t xml:space="preserve"> </w:t>
      </w:r>
      <w:r w:rsidRPr="00105E39">
        <w:rPr>
          <w:rFonts w:cs="B Lotus" w:hint="cs"/>
          <w:szCs w:val="26"/>
          <w:rtl/>
        </w:rPr>
        <w:t>و</w:t>
      </w:r>
      <w:r w:rsidRPr="00105E39">
        <w:rPr>
          <w:rFonts w:cs="B Lotus"/>
          <w:szCs w:val="26"/>
          <w:rtl/>
        </w:rPr>
        <w:t xml:space="preserve"> </w:t>
      </w:r>
      <w:r w:rsidRPr="00105E39">
        <w:rPr>
          <w:rFonts w:cs="B Lotus" w:hint="cs"/>
          <w:szCs w:val="26"/>
          <w:rtl/>
        </w:rPr>
        <w:t>قابل</w:t>
      </w:r>
      <w:r w:rsidRPr="00105E39">
        <w:rPr>
          <w:rFonts w:cs="B Lotus"/>
          <w:szCs w:val="26"/>
          <w:rtl/>
        </w:rPr>
        <w:t xml:space="preserve"> </w:t>
      </w:r>
      <w:r w:rsidRPr="00105E39">
        <w:rPr>
          <w:rFonts w:cs="B Lotus" w:hint="cs"/>
          <w:szCs w:val="26"/>
          <w:rtl/>
        </w:rPr>
        <w:t>سنجش</w:t>
      </w:r>
      <w:r w:rsidRPr="00105E39">
        <w:rPr>
          <w:rFonts w:cs="B Lotus"/>
          <w:szCs w:val="26"/>
          <w:rtl/>
        </w:rPr>
        <w:t xml:space="preserve"> </w:t>
      </w:r>
      <w:r w:rsidRPr="00105E39">
        <w:rPr>
          <w:rFonts w:cs="B Lotus" w:hint="cs"/>
          <w:szCs w:val="26"/>
          <w:rtl/>
        </w:rPr>
        <w:t>سازماندهی</w:t>
      </w:r>
      <w:r w:rsidRPr="00105E39">
        <w:rPr>
          <w:rFonts w:cs="B Lotus"/>
          <w:szCs w:val="26"/>
          <w:rtl/>
        </w:rPr>
        <w:t xml:space="preserve"> </w:t>
      </w:r>
      <w:r w:rsidRPr="00105E39">
        <w:rPr>
          <w:rFonts w:cs="B Lotus" w:hint="cs"/>
          <w:szCs w:val="26"/>
          <w:rtl/>
        </w:rPr>
        <w:t>شده‌اند</w:t>
      </w:r>
      <w:r w:rsidRPr="00105E39">
        <w:rPr>
          <w:rFonts w:cs="B Lotus"/>
          <w:szCs w:val="26"/>
          <w:rtl/>
        </w:rPr>
        <w:t>.</w:t>
      </w:r>
    </w:p>
    <w:p w14:paraId="57266C4E" w14:textId="64596175" w:rsidR="00D558B5" w:rsidRDefault="00911645" w:rsidP="000178A3">
      <w:pPr>
        <w:bidi/>
        <w:spacing w:after="160" w:line="278" w:lineRule="auto"/>
        <w:jc w:val="center"/>
        <w:rPr>
          <w:rFonts w:cs="B Lotus"/>
          <w:szCs w:val="26"/>
          <w:rtl/>
        </w:rPr>
      </w:pPr>
      <w:r>
        <w:rPr>
          <w:rFonts w:cs="B Lotus"/>
          <w:noProof/>
          <w:szCs w:val="26"/>
        </w:rPr>
        <w:drawing>
          <wp:inline distT="0" distB="0" distL="0" distR="0" wp14:anchorId="53FCB047" wp14:editId="2003676A">
            <wp:extent cx="5222929" cy="3917197"/>
            <wp:effectExtent l="0" t="0" r="0" b="7620"/>
            <wp:docPr id="1570695072" name="تصوی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9866" cy="3974900"/>
                    </a:xfrm>
                    <a:prstGeom prst="rect">
                      <a:avLst/>
                    </a:prstGeom>
                    <a:noFill/>
                    <a:ln>
                      <a:noFill/>
                    </a:ln>
                  </pic:spPr>
                </pic:pic>
              </a:graphicData>
            </a:graphic>
          </wp:inline>
        </w:drawing>
      </w:r>
    </w:p>
    <w:p w14:paraId="75358B77" w14:textId="20FE064E" w:rsidR="00D558B5" w:rsidRPr="00D558B5" w:rsidRDefault="00D558B5" w:rsidP="00D558B5">
      <w:pPr>
        <w:bidi/>
        <w:spacing w:after="160" w:line="278" w:lineRule="auto"/>
        <w:jc w:val="center"/>
        <w:rPr>
          <w:rFonts w:cs="B Lotus"/>
          <w:sz w:val="22"/>
        </w:rPr>
      </w:pPr>
      <w:r w:rsidRPr="00911645">
        <w:rPr>
          <w:rFonts w:cs="B Lotus" w:hint="cs"/>
          <w:sz w:val="22"/>
          <w:highlight w:val="yellow"/>
          <w:rtl/>
        </w:rPr>
        <w:t xml:space="preserve">شکل1. </w:t>
      </w:r>
      <w:r w:rsidR="00F9642E" w:rsidRPr="00911645">
        <w:rPr>
          <w:rFonts w:cs="B Lotus" w:hint="cs"/>
          <w:sz w:val="22"/>
          <w:highlight w:val="yellow"/>
          <w:rtl/>
        </w:rPr>
        <w:t xml:space="preserve">شبکه </w:t>
      </w:r>
      <w:r w:rsidRPr="00911645">
        <w:rPr>
          <w:rFonts w:cs="B Lotus" w:hint="cs"/>
          <w:sz w:val="22"/>
          <w:highlight w:val="yellow"/>
          <w:rtl/>
        </w:rPr>
        <w:t>مضامین فراگیر</w:t>
      </w:r>
    </w:p>
    <w:p w14:paraId="5EB95111" w14:textId="77777777" w:rsidR="00E52C87" w:rsidRDefault="00E52C87" w:rsidP="00D5135E">
      <w:pPr>
        <w:numPr>
          <w:ilvl w:val="0"/>
          <w:numId w:val="32"/>
        </w:numPr>
        <w:bidi/>
        <w:spacing w:after="160"/>
        <w:jc w:val="both"/>
        <w:rPr>
          <w:rFonts w:cs="B Lotus"/>
          <w:szCs w:val="26"/>
        </w:rPr>
      </w:pPr>
      <w:r>
        <w:rPr>
          <w:rFonts w:cs="B Lotus" w:hint="cs"/>
          <w:b/>
          <w:bCs/>
          <w:szCs w:val="26"/>
          <w:rtl/>
        </w:rPr>
        <w:lastRenderedPageBreak/>
        <w:t>گروه کانونی</w:t>
      </w:r>
      <w:r w:rsidRPr="00741BBC">
        <w:rPr>
          <w:rFonts w:cs="B Lotus" w:hint="cs"/>
          <w:szCs w:val="26"/>
          <w:rtl/>
        </w:rPr>
        <w:t>:</w:t>
      </w:r>
      <w:r>
        <w:rPr>
          <w:rFonts w:cs="B Lotus" w:hint="cs"/>
          <w:szCs w:val="26"/>
          <w:rtl/>
          <w:lang w:bidi="fa-IR"/>
        </w:rPr>
        <w:t xml:space="preserve"> صحه گذاری نتایج و وزن دهی مولفه ها</w:t>
      </w:r>
      <w:r>
        <w:rPr>
          <w:rFonts w:cs="B Lotus" w:hint="cs"/>
          <w:szCs w:val="26"/>
          <w:rtl/>
        </w:rPr>
        <w:t xml:space="preserve"> </w:t>
      </w:r>
      <w:r w:rsidRPr="00741BBC">
        <w:rPr>
          <w:rFonts w:cs="B Lotus"/>
          <w:szCs w:val="26"/>
          <w:rtl/>
        </w:rPr>
        <w:t>جدول زیر نشان‌دهنده مضامین نهایی و وزن‌دهی نسبی آن‌هاست</w:t>
      </w:r>
    </w:p>
    <w:p w14:paraId="0667EED1" w14:textId="77777777" w:rsidR="00E52C87" w:rsidRPr="00817572" w:rsidRDefault="00E52C87" w:rsidP="00D5135E">
      <w:pPr>
        <w:bidi/>
        <w:ind w:left="720"/>
        <w:jc w:val="both"/>
        <w:rPr>
          <w:rFonts w:cs="B Lotus"/>
          <w:szCs w:val="26"/>
          <w:rtl/>
        </w:rPr>
      </w:pPr>
      <w:r w:rsidRPr="00817572">
        <w:rPr>
          <w:rFonts w:cs="B Lotus" w:hint="cs"/>
          <w:szCs w:val="26"/>
          <w:rtl/>
        </w:rPr>
        <w:t>به</w:t>
      </w:r>
      <w:r w:rsidRPr="00817572">
        <w:rPr>
          <w:rFonts w:cs="B Lotus"/>
          <w:szCs w:val="26"/>
          <w:rtl/>
        </w:rPr>
        <w:t xml:space="preserve"> </w:t>
      </w:r>
      <w:r w:rsidRPr="00817572">
        <w:rPr>
          <w:rFonts w:cs="B Lotus" w:hint="cs"/>
          <w:szCs w:val="26"/>
          <w:rtl/>
        </w:rPr>
        <w:t>منظور</w:t>
      </w:r>
      <w:r w:rsidRPr="00817572">
        <w:rPr>
          <w:rFonts w:cs="B Lotus"/>
          <w:szCs w:val="26"/>
          <w:rtl/>
        </w:rPr>
        <w:t xml:space="preserve"> </w:t>
      </w:r>
      <w:r w:rsidRPr="00817572">
        <w:rPr>
          <w:rFonts w:cs="B Lotus" w:hint="cs"/>
          <w:szCs w:val="26"/>
          <w:rtl/>
        </w:rPr>
        <w:t>سهولت</w:t>
      </w:r>
      <w:r w:rsidRPr="00817572">
        <w:rPr>
          <w:rFonts w:cs="B Lotus"/>
          <w:szCs w:val="26"/>
          <w:rtl/>
        </w:rPr>
        <w:t xml:space="preserve"> </w:t>
      </w:r>
      <w:r w:rsidRPr="00817572">
        <w:rPr>
          <w:rFonts w:cs="B Lotus" w:hint="cs"/>
          <w:szCs w:val="26"/>
          <w:rtl/>
        </w:rPr>
        <w:t>در</w:t>
      </w:r>
      <w:r w:rsidRPr="00817572">
        <w:rPr>
          <w:rFonts w:cs="B Lotus"/>
          <w:szCs w:val="26"/>
          <w:rtl/>
        </w:rPr>
        <w:t xml:space="preserve"> </w:t>
      </w:r>
      <w:r w:rsidRPr="00817572">
        <w:rPr>
          <w:rFonts w:cs="B Lotus" w:hint="cs"/>
          <w:szCs w:val="26"/>
          <w:rtl/>
        </w:rPr>
        <w:t>درک</w:t>
      </w:r>
      <w:r w:rsidRPr="00817572">
        <w:rPr>
          <w:rFonts w:cs="B Lotus"/>
          <w:szCs w:val="26"/>
          <w:rtl/>
        </w:rPr>
        <w:t xml:space="preserve"> </w:t>
      </w:r>
      <w:r w:rsidRPr="00817572">
        <w:rPr>
          <w:rFonts w:cs="B Lotus" w:hint="cs"/>
          <w:szCs w:val="26"/>
          <w:rtl/>
        </w:rPr>
        <w:t>ساختار</w:t>
      </w:r>
      <w:r w:rsidRPr="00817572">
        <w:rPr>
          <w:rFonts w:cs="B Lotus"/>
          <w:szCs w:val="26"/>
          <w:rtl/>
        </w:rPr>
        <w:t xml:space="preserve"> </w:t>
      </w:r>
      <w:r w:rsidRPr="00817572">
        <w:rPr>
          <w:rFonts w:cs="B Lotus" w:hint="cs"/>
          <w:szCs w:val="26"/>
          <w:rtl/>
        </w:rPr>
        <w:t>مدل،</w:t>
      </w:r>
      <w:r w:rsidRPr="00817572">
        <w:rPr>
          <w:rFonts w:cs="B Lotus"/>
          <w:szCs w:val="26"/>
          <w:rtl/>
        </w:rPr>
        <w:t xml:space="preserve"> </w:t>
      </w:r>
      <w:r w:rsidRPr="00817572">
        <w:rPr>
          <w:rFonts w:cs="B Lotus" w:hint="cs"/>
          <w:szCs w:val="26"/>
          <w:rtl/>
        </w:rPr>
        <w:t>در</w:t>
      </w:r>
      <w:r w:rsidRPr="00817572">
        <w:rPr>
          <w:rFonts w:cs="B Lotus"/>
          <w:szCs w:val="26"/>
          <w:rtl/>
        </w:rPr>
        <w:t xml:space="preserve"> </w:t>
      </w:r>
      <w:r w:rsidRPr="00817572">
        <w:rPr>
          <w:rFonts w:cs="B Lotus" w:hint="cs"/>
          <w:szCs w:val="26"/>
          <w:rtl/>
        </w:rPr>
        <w:t>جدول</w:t>
      </w:r>
      <w:r w:rsidRPr="00817572">
        <w:rPr>
          <w:rFonts w:cs="B Lotus"/>
          <w:szCs w:val="26"/>
          <w:rtl/>
        </w:rPr>
        <w:t xml:space="preserve"> </w:t>
      </w:r>
      <w:r w:rsidRPr="00817572">
        <w:rPr>
          <w:rFonts w:cs="B Lotus"/>
          <w:szCs w:val="26"/>
          <w:rtl/>
          <w:lang w:bidi="fa-IR"/>
        </w:rPr>
        <w:t>۴</w:t>
      </w:r>
      <w:r w:rsidRPr="00817572">
        <w:rPr>
          <w:rFonts w:cs="B Lotus"/>
          <w:szCs w:val="26"/>
          <w:rtl/>
        </w:rPr>
        <w:t xml:space="preserve"> </w:t>
      </w:r>
      <w:r w:rsidRPr="00817572">
        <w:rPr>
          <w:rFonts w:cs="B Lotus" w:hint="cs"/>
          <w:szCs w:val="26"/>
          <w:rtl/>
        </w:rPr>
        <w:t>مؤلفه‌های</w:t>
      </w:r>
      <w:r w:rsidRPr="00817572">
        <w:rPr>
          <w:rFonts w:cs="B Lotus"/>
          <w:szCs w:val="26"/>
          <w:rtl/>
        </w:rPr>
        <w:t xml:space="preserve"> </w:t>
      </w:r>
      <w:r w:rsidRPr="00817572">
        <w:rPr>
          <w:rFonts w:cs="B Lotus" w:hint="cs"/>
          <w:szCs w:val="26"/>
          <w:rtl/>
        </w:rPr>
        <w:t>اصلی</w:t>
      </w:r>
      <w:r w:rsidRPr="00817572">
        <w:rPr>
          <w:rFonts w:cs="B Lotus"/>
          <w:szCs w:val="26"/>
          <w:rtl/>
        </w:rPr>
        <w:t xml:space="preserve"> </w:t>
      </w:r>
      <w:r w:rsidRPr="00817572">
        <w:rPr>
          <w:rFonts w:cs="B Lotus" w:hint="cs"/>
          <w:szCs w:val="26"/>
          <w:rtl/>
        </w:rPr>
        <w:t>با</w:t>
      </w:r>
      <w:r w:rsidRPr="00817572">
        <w:rPr>
          <w:rFonts w:cs="B Lotus"/>
          <w:szCs w:val="26"/>
          <w:rtl/>
        </w:rPr>
        <w:t xml:space="preserve"> </w:t>
      </w:r>
      <w:r w:rsidRPr="00817572">
        <w:rPr>
          <w:rFonts w:cs="B Lotus" w:hint="cs"/>
          <w:szCs w:val="26"/>
          <w:rtl/>
        </w:rPr>
        <w:t>دو</w:t>
      </w:r>
      <w:r w:rsidRPr="00817572">
        <w:rPr>
          <w:rFonts w:cs="B Lotus"/>
          <w:szCs w:val="26"/>
          <w:rtl/>
        </w:rPr>
        <w:t xml:space="preserve"> </w:t>
      </w:r>
      <w:r w:rsidRPr="00817572">
        <w:rPr>
          <w:rFonts w:cs="B Lotus" w:hint="cs"/>
          <w:szCs w:val="26"/>
          <w:rtl/>
        </w:rPr>
        <w:t>ستاره</w:t>
      </w:r>
      <w:r w:rsidRPr="00817572">
        <w:rPr>
          <w:rFonts w:cs="B Lotus"/>
          <w:szCs w:val="26"/>
          <w:rtl/>
        </w:rPr>
        <w:t xml:space="preserve"> (**) </w:t>
      </w:r>
      <w:r w:rsidRPr="00817572">
        <w:rPr>
          <w:rFonts w:cs="B Lotus" w:hint="cs"/>
          <w:szCs w:val="26"/>
          <w:rtl/>
        </w:rPr>
        <w:t>مشخص</w:t>
      </w:r>
      <w:r w:rsidRPr="00817572">
        <w:rPr>
          <w:rFonts w:cs="B Lotus"/>
          <w:szCs w:val="26"/>
          <w:rtl/>
        </w:rPr>
        <w:t xml:space="preserve"> </w:t>
      </w:r>
      <w:r w:rsidRPr="00817572">
        <w:rPr>
          <w:rFonts w:cs="B Lotus" w:hint="cs"/>
          <w:szCs w:val="26"/>
          <w:rtl/>
        </w:rPr>
        <w:t>شده‌اند،</w:t>
      </w:r>
      <w:r w:rsidRPr="00817572">
        <w:rPr>
          <w:rFonts w:cs="B Lotus"/>
          <w:szCs w:val="26"/>
          <w:rtl/>
        </w:rPr>
        <w:t xml:space="preserve"> </w:t>
      </w:r>
      <w:r w:rsidRPr="00817572">
        <w:rPr>
          <w:rFonts w:cs="B Lotus" w:hint="cs"/>
          <w:szCs w:val="26"/>
          <w:rtl/>
        </w:rPr>
        <w:t>کدهای</w:t>
      </w:r>
      <w:r w:rsidRPr="00817572">
        <w:rPr>
          <w:rFonts w:cs="B Lotus"/>
          <w:szCs w:val="26"/>
          <w:rtl/>
        </w:rPr>
        <w:t xml:space="preserve"> </w:t>
      </w:r>
      <w:r w:rsidRPr="00817572">
        <w:rPr>
          <w:rFonts w:cs="B Lotus" w:hint="cs"/>
          <w:szCs w:val="26"/>
          <w:rtl/>
        </w:rPr>
        <w:t>تفسیری</w:t>
      </w:r>
      <w:r w:rsidRPr="00817572">
        <w:rPr>
          <w:rFonts w:cs="B Lotus"/>
          <w:szCs w:val="26"/>
          <w:rtl/>
        </w:rPr>
        <w:t xml:space="preserve"> (</w:t>
      </w:r>
      <w:r w:rsidRPr="00817572">
        <w:rPr>
          <w:rFonts w:cs="B Lotus" w:hint="cs"/>
          <w:szCs w:val="26"/>
          <w:rtl/>
        </w:rPr>
        <w:t>به‌عنوان</w:t>
      </w:r>
      <w:r w:rsidRPr="00817572">
        <w:rPr>
          <w:rFonts w:cs="B Lotus"/>
          <w:szCs w:val="26"/>
          <w:rtl/>
        </w:rPr>
        <w:t xml:space="preserve"> </w:t>
      </w:r>
      <w:r w:rsidRPr="00817572">
        <w:rPr>
          <w:rFonts w:cs="B Lotus" w:hint="cs"/>
          <w:szCs w:val="26"/>
          <w:rtl/>
        </w:rPr>
        <w:t>زیرمضامین</w:t>
      </w:r>
      <w:r w:rsidRPr="00817572">
        <w:rPr>
          <w:rFonts w:cs="B Lotus"/>
          <w:szCs w:val="26"/>
          <w:rtl/>
        </w:rPr>
        <w:t xml:space="preserve"> </w:t>
      </w:r>
      <w:r w:rsidRPr="00817572">
        <w:rPr>
          <w:rFonts w:cs="B Lotus" w:hint="cs"/>
          <w:szCs w:val="26"/>
          <w:rtl/>
        </w:rPr>
        <w:t>سطح</w:t>
      </w:r>
      <w:r w:rsidRPr="00817572">
        <w:rPr>
          <w:rFonts w:cs="B Lotus"/>
          <w:szCs w:val="26"/>
          <w:rtl/>
        </w:rPr>
        <w:t xml:space="preserve"> </w:t>
      </w:r>
      <w:r w:rsidRPr="00817572">
        <w:rPr>
          <w:rFonts w:cs="B Lotus" w:hint="cs"/>
          <w:szCs w:val="26"/>
          <w:rtl/>
        </w:rPr>
        <w:t>دوم</w:t>
      </w:r>
      <w:r w:rsidRPr="00817572">
        <w:rPr>
          <w:rFonts w:cs="B Lotus"/>
          <w:szCs w:val="26"/>
          <w:rtl/>
        </w:rPr>
        <w:t xml:space="preserve">) </w:t>
      </w:r>
      <w:r w:rsidRPr="00817572">
        <w:rPr>
          <w:rFonts w:cs="B Lotus" w:hint="cs"/>
          <w:szCs w:val="26"/>
          <w:rtl/>
        </w:rPr>
        <w:t>با</w:t>
      </w:r>
      <w:r w:rsidRPr="00817572">
        <w:rPr>
          <w:rFonts w:cs="B Lotus"/>
          <w:szCs w:val="26"/>
          <w:rtl/>
        </w:rPr>
        <w:t xml:space="preserve"> </w:t>
      </w:r>
      <w:r w:rsidRPr="00817572">
        <w:rPr>
          <w:rFonts w:cs="B Lotus" w:hint="cs"/>
          <w:szCs w:val="26"/>
          <w:rtl/>
        </w:rPr>
        <w:t>یک</w:t>
      </w:r>
      <w:r w:rsidRPr="00817572">
        <w:rPr>
          <w:rFonts w:cs="B Lotus"/>
          <w:szCs w:val="26"/>
          <w:rtl/>
        </w:rPr>
        <w:t xml:space="preserve"> </w:t>
      </w:r>
      <w:r w:rsidRPr="00817572">
        <w:rPr>
          <w:rFonts w:cs="B Lotus" w:hint="cs"/>
          <w:szCs w:val="26"/>
          <w:rtl/>
        </w:rPr>
        <w:t>ستاره</w:t>
      </w:r>
      <w:r w:rsidRPr="00817572">
        <w:rPr>
          <w:rFonts w:cs="B Lotus"/>
          <w:szCs w:val="26"/>
          <w:rtl/>
        </w:rPr>
        <w:t xml:space="preserve"> (*) </w:t>
      </w:r>
      <w:r w:rsidRPr="00817572">
        <w:rPr>
          <w:rFonts w:cs="B Lotus" w:hint="cs"/>
          <w:szCs w:val="26"/>
          <w:rtl/>
        </w:rPr>
        <w:t>و</w:t>
      </w:r>
      <w:r w:rsidRPr="00817572">
        <w:rPr>
          <w:rFonts w:cs="B Lotus"/>
          <w:szCs w:val="26"/>
          <w:rtl/>
        </w:rPr>
        <w:t xml:space="preserve"> </w:t>
      </w:r>
      <w:r w:rsidRPr="00817572">
        <w:rPr>
          <w:rFonts w:cs="B Lotus" w:hint="cs"/>
          <w:szCs w:val="26"/>
          <w:rtl/>
        </w:rPr>
        <w:t>زیرمولفه‌ها</w:t>
      </w:r>
      <w:r w:rsidRPr="00817572">
        <w:rPr>
          <w:rFonts w:cs="B Lotus"/>
          <w:szCs w:val="26"/>
          <w:rtl/>
        </w:rPr>
        <w:t xml:space="preserve"> </w:t>
      </w:r>
      <w:r w:rsidRPr="00817572">
        <w:rPr>
          <w:rFonts w:cs="B Lotus" w:hint="cs"/>
          <w:szCs w:val="26"/>
          <w:rtl/>
        </w:rPr>
        <w:t>بدون</w:t>
      </w:r>
      <w:r w:rsidRPr="00817572">
        <w:rPr>
          <w:rFonts w:cs="B Lotus"/>
          <w:szCs w:val="26"/>
          <w:rtl/>
        </w:rPr>
        <w:t xml:space="preserve"> </w:t>
      </w:r>
      <w:r w:rsidRPr="00817572">
        <w:rPr>
          <w:rFonts w:cs="B Lotus" w:hint="cs"/>
          <w:szCs w:val="26"/>
          <w:rtl/>
        </w:rPr>
        <w:t>علامت</w:t>
      </w:r>
      <w:r w:rsidRPr="00817572">
        <w:rPr>
          <w:rFonts w:cs="B Lotus"/>
          <w:szCs w:val="26"/>
          <w:rtl/>
        </w:rPr>
        <w:t xml:space="preserve"> </w:t>
      </w:r>
      <w:r w:rsidRPr="00817572">
        <w:rPr>
          <w:rFonts w:cs="B Lotus" w:hint="cs"/>
          <w:szCs w:val="26"/>
          <w:rtl/>
        </w:rPr>
        <w:t>آورده</w:t>
      </w:r>
      <w:r w:rsidRPr="00817572">
        <w:rPr>
          <w:rFonts w:cs="B Lotus"/>
          <w:szCs w:val="26"/>
          <w:rtl/>
        </w:rPr>
        <w:t xml:space="preserve"> </w:t>
      </w:r>
      <w:r w:rsidRPr="00817572">
        <w:rPr>
          <w:rFonts w:cs="B Lotus" w:hint="cs"/>
          <w:szCs w:val="26"/>
          <w:rtl/>
        </w:rPr>
        <w:t>شده‌اند</w:t>
      </w:r>
      <w:r w:rsidRPr="00817572">
        <w:rPr>
          <w:rFonts w:cs="B Lotus"/>
          <w:szCs w:val="26"/>
          <w:rtl/>
        </w:rPr>
        <w:t>.</w:t>
      </w:r>
      <w:r>
        <w:rPr>
          <w:rFonts w:cs="B Lotus" w:hint="cs"/>
          <w:szCs w:val="26"/>
          <w:rtl/>
        </w:rPr>
        <w:t xml:space="preserve"> </w:t>
      </w:r>
      <w:r w:rsidRPr="00817572">
        <w:rPr>
          <w:rFonts w:cs="B Lotus" w:hint="cs"/>
          <w:szCs w:val="26"/>
          <w:rtl/>
        </w:rPr>
        <w:t>عدد</w:t>
      </w:r>
      <w:r w:rsidRPr="00817572">
        <w:rPr>
          <w:rFonts w:cs="B Lotus"/>
          <w:szCs w:val="26"/>
          <w:rtl/>
        </w:rPr>
        <w:t xml:space="preserve"> </w:t>
      </w:r>
      <w:r w:rsidRPr="00817572">
        <w:rPr>
          <w:rFonts w:cs="B Lotus" w:hint="cs"/>
          <w:szCs w:val="26"/>
          <w:rtl/>
        </w:rPr>
        <w:t>مقابل</w:t>
      </w:r>
      <w:r w:rsidRPr="00817572">
        <w:rPr>
          <w:rFonts w:cs="B Lotus"/>
          <w:szCs w:val="26"/>
          <w:rtl/>
        </w:rPr>
        <w:t xml:space="preserve"> </w:t>
      </w:r>
      <w:r w:rsidRPr="00817572">
        <w:rPr>
          <w:rFonts w:cs="B Lotus" w:hint="cs"/>
          <w:szCs w:val="26"/>
          <w:rtl/>
        </w:rPr>
        <w:t>هر</w:t>
      </w:r>
      <w:r w:rsidRPr="00817572">
        <w:rPr>
          <w:rFonts w:cs="B Lotus"/>
          <w:szCs w:val="26"/>
          <w:rtl/>
        </w:rPr>
        <w:t xml:space="preserve"> </w:t>
      </w:r>
      <w:r w:rsidRPr="00817572">
        <w:rPr>
          <w:rFonts w:cs="B Lotus" w:hint="cs"/>
          <w:szCs w:val="26"/>
          <w:rtl/>
        </w:rPr>
        <w:t>مورد،</w:t>
      </w:r>
      <w:r w:rsidRPr="00817572">
        <w:rPr>
          <w:rFonts w:cs="B Lotus"/>
          <w:szCs w:val="26"/>
          <w:rtl/>
        </w:rPr>
        <w:t xml:space="preserve"> </w:t>
      </w:r>
      <w:r w:rsidRPr="00817572">
        <w:rPr>
          <w:rFonts w:cs="B Lotus" w:hint="cs"/>
          <w:szCs w:val="26"/>
          <w:rtl/>
        </w:rPr>
        <w:t>وزن</w:t>
      </w:r>
      <w:r w:rsidRPr="00817572">
        <w:rPr>
          <w:rFonts w:cs="B Lotus"/>
          <w:szCs w:val="26"/>
          <w:rtl/>
        </w:rPr>
        <w:t xml:space="preserve"> </w:t>
      </w:r>
      <w:r w:rsidRPr="00817572">
        <w:rPr>
          <w:rFonts w:cs="B Lotus" w:hint="cs"/>
          <w:szCs w:val="26"/>
          <w:rtl/>
        </w:rPr>
        <w:t>نهایی</w:t>
      </w:r>
      <w:r w:rsidRPr="00817572">
        <w:rPr>
          <w:rFonts w:cs="B Lotus"/>
          <w:szCs w:val="26"/>
          <w:rtl/>
        </w:rPr>
        <w:t xml:space="preserve"> </w:t>
      </w:r>
      <w:r w:rsidRPr="00817572">
        <w:rPr>
          <w:rFonts w:cs="B Lotus" w:hint="cs"/>
          <w:szCs w:val="26"/>
          <w:rtl/>
        </w:rPr>
        <w:t>آن</w:t>
      </w:r>
      <w:r w:rsidRPr="00817572">
        <w:rPr>
          <w:rFonts w:cs="B Lotus"/>
          <w:szCs w:val="26"/>
          <w:rtl/>
        </w:rPr>
        <w:t xml:space="preserve"> </w:t>
      </w:r>
      <w:r w:rsidRPr="00817572">
        <w:rPr>
          <w:rFonts w:cs="B Lotus" w:hint="cs"/>
          <w:szCs w:val="26"/>
          <w:rtl/>
        </w:rPr>
        <w:t>بر</w:t>
      </w:r>
      <w:r w:rsidRPr="00817572">
        <w:rPr>
          <w:rFonts w:cs="B Lotus"/>
          <w:szCs w:val="26"/>
          <w:rtl/>
        </w:rPr>
        <w:t xml:space="preserve"> </w:t>
      </w:r>
      <w:r w:rsidRPr="00817572">
        <w:rPr>
          <w:rFonts w:cs="B Lotus" w:hint="cs"/>
          <w:szCs w:val="26"/>
          <w:rtl/>
        </w:rPr>
        <w:t>حسب</w:t>
      </w:r>
      <w:r w:rsidRPr="00817572">
        <w:rPr>
          <w:rFonts w:cs="B Lotus"/>
          <w:szCs w:val="26"/>
          <w:rtl/>
        </w:rPr>
        <w:t xml:space="preserve"> </w:t>
      </w:r>
      <w:r w:rsidRPr="00817572">
        <w:rPr>
          <w:rFonts w:cs="B Lotus" w:hint="cs"/>
          <w:szCs w:val="26"/>
          <w:rtl/>
        </w:rPr>
        <w:t>امتیاز،</w:t>
      </w:r>
      <w:r w:rsidRPr="00817572">
        <w:rPr>
          <w:rFonts w:cs="B Lotus"/>
          <w:szCs w:val="26"/>
          <w:rtl/>
        </w:rPr>
        <w:t xml:space="preserve"> </w:t>
      </w:r>
      <w:r w:rsidRPr="00817572">
        <w:rPr>
          <w:rFonts w:cs="B Lotus" w:hint="cs"/>
          <w:szCs w:val="26"/>
          <w:rtl/>
        </w:rPr>
        <w:t>بر</w:t>
      </w:r>
      <w:r w:rsidRPr="00817572">
        <w:rPr>
          <w:rFonts w:cs="B Lotus"/>
          <w:szCs w:val="26"/>
          <w:rtl/>
        </w:rPr>
        <w:t xml:space="preserve"> </w:t>
      </w:r>
      <w:r w:rsidRPr="00817572">
        <w:rPr>
          <w:rFonts w:cs="B Lotus" w:hint="cs"/>
          <w:szCs w:val="26"/>
          <w:rtl/>
        </w:rPr>
        <w:t>مبنای</w:t>
      </w:r>
      <w:r w:rsidRPr="00817572">
        <w:rPr>
          <w:rFonts w:cs="B Lotus"/>
          <w:szCs w:val="26"/>
          <w:rtl/>
        </w:rPr>
        <w:t xml:space="preserve"> </w:t>
      </w:r>
      <w:r w:rsidRPr="00817572">
        <w:rPr>
          <w:rFonts w:cs="B Lotus" w:hint="cs"/>
          <w:szCs w:val="26"/>
          <w:rtl/>
        </w:rPr>
        <w:t>ارزیابی</w:t>
      </w:r>
      <w:r w:rsidRPr="00817572">
        <w:rPr>
          <w:rFonts w:cs="B Lotus"/>
          <w:szCs w:val="26"/>
          <w:rtl/>
        </w:rPr>
        <w:t xml:space="preserve"> </w:t>
      </w:r>
      <w:r w:rsidRPr="00817572">
        <w:rPr>
          <w:rFonts w:cs="B Lotus" w:hint="cs"/>
          <w:szCs w:val="26"/>
          <w:rtl/>
        </w:rPr>
        <w:t>گروه</w:t>
      </w:r>
      <w:r w:rsidRPr="00817572">
        <w:rPr>
          <w:rFonts w:cs="B Lotus"/>
          <w:szCs w:val="26"/>
          <w:rtl/>
        </w:rPr>
        <w:t xml:space="preserve"> </w:t>
      </w:r>
      <w:r w:rsidRPr="00817572">
        <w:rPr>
          <w:rFonts w:cs="B Lotus" w:hint="cs"/>
          <w:szCs w:val="26"/>
          <w:rtl/>
        </w:rPr>
        <w:t>کانونی</w:t>
      </w:r>
      <w:r w:rsidRPr="00817572">
        <w:rPr>
          <w:rFonts w:cs="B Lotus"/>
          <w:szCs w:val="26"/>
          <w:rtl/>
        </w:rPr>
        <w:t xml:space="preserve"> </w:t>
      </w:r>
      <w:r w:rsidRPr="00817572">
        <w:rPr>
          <w:rFonts w:cs="B Lotus" w:hint="cs"/>
          <w:szCs w:val="26"/>
          <w:rtl/>
        </w:rPr>
        <w:t>است</w:t>
      </w:r>
      <w:r w:rsidRPr="00817572">
        <w:rPr>
          <w:rFonts w:cs="B Lotus"/>
          <w:szCs w:val="26"/>
          <w:rtl/>
        </w:rPr>
        <w:t>.</w:t>
      </w:r>
    </w:p>
    <w:p w14:paraId="5C418225" w14:textId="77777777" w:rsidR="00E52C87" w:rsidRPr="00D5135E" w:rsidRDefault="00E52C87" w:rsidP="00D5135E">
      <w:pPr>
        <w:bidi/>
        <w:spacing w:line="480" w:lineRule="auto"/>
        <w:ind w:left="720"/>
        <w:jc w:val="center"/>
        <w:rPr>
          <w:rFonts w:cs="B Lotus"/>
          <w:sz w:val="20"/>
          <w:szCs w:val="20"/>
        </w:rPr>
      </w:pPr>
      <w:r w:rsidRPr="00D5135E">
        <w:rPr>
          <w:rFonts w:cs="B Lotus" w:hint="cs"/>
          <w:sz w:val="20"/>
          <w:szCs w:val="20"/>
          <w:rtl/>
        </w:rPr>
        <w:t>جدول 4. مؤلفه‌ها</w:t>
      </w:r>
      <w:r w:rsidRPr="00D5135E">
        <w:rPr>
          <w:rFonts w:cs="B Lotus"/>
          <w:sz w:val="20"/>
          <w:szCs w:val="20"/>
          <w:rtl/>
        </w:rPr>
        <w:t xml:space="preserve"> </w:t>
      </w:r>
      <w:r w:rsidRPr="00D5135E">
        <w:rPr>
          <w:rFonts w:cs="B Lotus" w:hint="cs"/>
          <w:sz w:val="20"/>
          <w:szCs w:val="20"/>
          <w:rtl/>
        </w:rPr>
        <w:t>و</w:t>
      </w:r>
      <w:r w:rsidRPr="00D5135E">
        <w:rPr>
          <w:rFonts w:cs="B Lotus"/>
          <w:sz w:val="20"/>
          <w:szCs w:val="20"/>
          <w:rtl/>
        </w:rPr>
        <w:t xml:space="preserve"> </w:t>
      </w:r>
      <w:r w:rsidRPr="00D5135E">
        <w:rPr>
          <w:rFonts w:cs="B Lotus" w:hint="cs"/>
          <w:sz w:val="20"/>
          <w:szCs w:val="20"/>
          <w:rtl/>
        </w:rPr>
        <w:t>زیرمؤلفه‌های</w:t>
      </w:r>
      <w:r w:rsidRPr="00D5135E">
        <w:rPr>
          <w:rFonts w:cs="B Lotus"/>
          <w:sz w:val="20"/>
          <w:szCs w:val="20"/>
          <w:rtl/>
        </w:rPr>
        <w:t xml:space="preserve"> </w:t>
      </w:r>
      <w:r w:rsidRPr="00D5135E">
        <w:rPr>
          <w:rFonts w:cs="B Lotus" w:hint="cs"/>
          <w:sz w:val="20"/>
          <w:szCs w:val="20"/>
          <w:rtl/>
        </w:rPr>
        <w:t>مدل</w:t>
      </w:r>
      <w:r w:rsidRPr="00D5135E">
        <w:rPr>
          <w:rFonts w:cs="B Lotus"/>
          <w:sz w:val="20"/>
          <w:szCs w:val="20"/>
          <w:rtl/>
        </w:rPr>
        <w:t xml:space="preserve"> </w:t>
      </w:r>
      <w:r w:rsidRPr="00D5135E">
        <w:rPr>
          <w:rFonts w:cs="B Lotus" w:hint="cs"/>
          <w:sz w:val="20"/>
          <w:szCs w:val="20"/>
          <w:rtl/>
        </w:rPr>
        <w:t>پیشنهادی</w:t>
      </w:r>
      <w:r w:rsidRPr="00D5135E">
        <w:rPr>
          <w:rFonts w:cs="B Lotus"/>
          <w:sz w:val="20"/>
          <w:szCs w:val="20"/>
          <w:rtl/>
        </w:rPr>
        <w:t xml:space="preserve"> </w:t>
      </w:r>
      <w:r w:rsidRPr="00D5135E">
        <w:rPr>
          <w:rFonts w:cs="B Lotus" w:hint="cs"/>
          <w:sz w:val="20"/>
          <w:szCs w:val="20"/>
          <w:rtl/>
        </w:rPr>
        <w:t>مدیریت</w:t>
      </w:r>
      <w:r w:rsidRPr="00D5135E">
        <w:rPr>
          <w:rFonts w:cs="B Lotus"/>
          <w:sz w:val="20"/>
          <w:szCs w:val="20"/>
          <w:rtl/>
        </w:rPr>
        <w:t xml:space="preserve"> </w:t>
      </w:r>
      <w:r w:rsidRPr="00D5135E">
        <w:rPr>
          <w:rFonts w:cs="B Lotus" w:hint="cs"/>
          <w:sz w:val="20"/>
          <w:szCs w:val="20"/>
          <w:rtl/>
        </w:rPr>
        <w:t>عملکرد</w:t>
      </w:r>
      <w:r w:rsidRPr="00D5135E">
        <w:rPr>
          <w:rFonts w:cs="B Lotus"/>
          <w:sz w:val="20"/>
          <w:szCs w:val="20"/>
          <w:rtl/>
        </w:rPr>
        <w:t xml:space="preserve"> </w:t>
      </w:r>
      <w:r w:rsidRPr="00D5135E">
        <w:rPr>
          <w:rFonts w:cs="B Lotus" w:hint="cs"/>
          <w:sz w:val="20"/>
          <w:szCs w:val="20"/>
          <w:rtl/>
        </w:rPr>
        <w:t>استخرهای</w:t>
      </w:r>
      <w:r w:rsidRPr="00D5135E">
        <w:rPr>
          <w:rFonts w:cs="B Lotus"/>
          <w:sz w:val="20"/>
          <w:szCs w:val="20"/>
          <w:rtl/>
        </w:rPr>
        <w:t xml:space="preserve"> </w:t>
      </w:r>
      <w:r w:rsidRPr="00D5135E">
        <w:rPr>
          <w:rFonts w:cs="B Lotus" w:hint="cs"/>
          <w:sz w:val="20"/>
          <w:szCs w:val="20"/>
          <w:rtl/>
        </w:rPr>
        <w:t>ورزشی</w:t>
      </w:r>
      <w:r w:rsidRPr="00D5135E">
        <w:rPr>
          <w:rFonts w:cs="B Lotus"/>
          <w:sz w:val="20"/>
          <w:szCs w:val="20"/>
          <w:rtl/>
        </w:rPr>
        <w:t xml:space="preserve"> </w:t>
      </w:r>
      <w:r w:rsidRPr="00D5135E">
        <w:rPr>
          <w:rFonts w:cs="B Lotus" w:hint="cs"/>
          <w:sz w:val="20"/>
          <w:szCs w:val="20"/>
          <w:rtl/>
        </w:rPr>
        <w:t>به‌همراه</w:t>
      </w:r>
      <w:r w:rsidRPr="00D5135E">
        <w:rPr>
          <w:rFonts w:cs="B Lotus"/>
          <w:sz w:val="20"/>
          <w:szCs w:val="20"/>
          <w:rtl/>
        </w:rPr>
        <w:t xml:space="preserve"> </w:t>
      </w:r>
      <w:r w:rsidRPr="00D5135E">
        <w:rPr>
          <w:rFonts w:cs="B Lotus" w:hint="cs"/>
          <w:sz w:val="20"/>
          <w:szCs w:val="20"/>
          <w:rtl/>
        </w:rPr>
        <w:t>وزن</w:t>
      </w:r>
      <w:r w:rsidRPr="00D5135E">
        <w:rPr>
          <w:rFonts w:cs="B Lotus"/>
          <w:sz w:val="20"/>
          <w:szCs w:val="20"/>
          <w:rtl/>
        </w:rPr>
        <w:t xml:space="preserve"> </w:t>
      </w:r>
      <w:r w:rsidRPr="00D5135E">
        <w:rPr>
          <w:rFonts w:cs="B Lotus" w:hint="cs"/>
          <w:sz w:val="20"/>
          <w:szCs w:val="20"/>
          <w:rtl/>
        </w:rPr>
        <w:t>نسبی</w:t>
      </w:r>
      <w:r w:rsidRPr="00D5135E">
        <w:rPr>
          <w:rFonts w:cs="B Lotus"/>
          <w:sz w:val="20"/>
          <w:szCs w:val="20"/>
          <w:rtl/>
        </w:rPr>
        <w:t xml:space="preserve"> </w:t>
      </w:r>
      <w:r w:rsidRPr="00D5135E">
        <w:rPr>
          <w:rFonts w:cs="B Lotus" w:hint="cs"/>
          <w:sz w:val="20"/>
          <w:szCs w:val="20"/>
          <w:rtl/>
        </w:rPr>
        <w:t>هرکدام</w:t>
      </w:r>
      <w:r w:rsidRPr="00D5135E">
        <w:rPr>
          <w:rFonts w:cs="B Lotus"/>
          <w:sz w:val="20"/>
          <w:szCs w:val="20"/>
          <w:rtl/>
        </w:rPr>
        <w:t xml:space="preserve"> (</w:t>
      </w:r>
      <w:r w:rsidRPr="00D5135E">
        <w:rPr>
          <w:rFonts w:cs="B Lotus" w:hint="cs"/>
          <w:sz w:val="20"/>
          <w:szCs w:val="20"/>
          <w:rtl/>
        </w:rPr>
        <w:t>بر</w:t>
      </w:r>
      <w:r w:rsidRPr="00D5135E">
        <w:rPr>
          <w:rFonts w:cs="B Lotus"/>
          <w:sz w:val="20"/>
          <w:szCs w:val="20"/>
          <w:rtl/>
        </w:rPr>
        <w:t xml:space="preserve"> </w:t>
      </w:r>
      <w:r w:rsidRPr="00D5135E">
        <w:rPr>
          <w:rFonts w:cs="B Lotus" w:hint="cs"/>
          <w:sz w:val="20"/>
          <w:szCs w:val="20"/>
          <w:rtl/>
        </w:rPr>
        <w:t>اساس</w:t>
      </w:r>
      <w:r w:rsidRPr="00D5135E">
        <w:rPr>
          <w:rFonts w:cs="B Lotus"/>
          <w:sz w:val="20"/>
          <w:szCs w:val="20"/>
          <w:rtl/>
        </w:rPr>
        <w:t xml:space="preserve"> </w:t>
      </w:r>
      <w:r w:rsidRPr="00D5135E">
        <w:rPr>
          <w:rFonts w:cs="B Lotus" w:hint="cs"/>
          <w:sz w:val="20"/>
          <w:szCs w:val="20"/>
          <w:rtl/>
        </w:rPr>
        <w:t>تحلیل</w:t>
      </w:r>
      <w:r w:rsidRPr="00D5135E">
        <w:rPr>
          <w:rFonts w:cs="B Lotus"/>
          <w:sz w:val="20"/>
          <w:szCs w:val="20"/>
          <w:rtl/>
        </w:rPr>
        <w:t xml:space="preserve"> </w:t>
      </w:r>
      <w:r w:rsidRPr="00D5135E">
        <w:rPr>
          <w:rFonts w:cs="B Lotus" w:hint="cs"/>
          <w:sz w:val="20"/>
          <w:szCs w:val="20"/>
          <w:rtl/>
        </w:rPr>
        <w:t>گروه</w:t>
      </w:r>
      <w:r w:rsidRPr="00D5135E">
        <w:rPr>
          <w:rFonts w:cs="B Lotus"/>
          <w:sz w:val="20"/>
          <w:szCs w:val="20"/>
          <w:rtl/>
        </w:rPr>
        <w:t xml:space="preserve"> </w:t>
      </w:r>
      <w:r w:rsidRPr="00D5135E">
        <w:rPr>
          <w:rFonts w:cs="B Lotus" w:hint="cs"/>
          <w:sz w:val="20"/>
          <w:szCs w:val="20"/>
          <w:rtl/>
        </w:rPr>
        <w:t>کانونی</w:t>
      </w:r>
      <w:r w:rsidRPr="00D5135E">
        <w:rPr>
          <w:rFonts w:cs="B Lotus"/>
          <w:sz w:val="20"/>
          <w:szCs w:val="20"/>
          <w:rtl/>
        </w:rPr>
        <w:t>)</w:t>
      </w:r>
    </w:p>
    <w:tbl>
      <w:tblPr>
        <w:tblStyle w:val="aff4"/>
        <w:tblW w:w="10379" w:type="dxa"/>
        <w:jc w:val="center"/>
        <w:tblLayout w:type="fixed"/>
        <w:tblLook w:val="04A0" w:firstRow="1" w:lastRow="0" w:firstColumn="1" w:lastColumn="0" w:noHBand="0" w:noVBand="1"/>
      </w:tblPr>
      <w:tblGrid>
        <w:gridCol w:w="1049"/>
        <w:gridCol w:w="2629"/>
        <w:gridCol w:w="918"/>
        <w:gridCol w:w="2762"/>
        <w:gridCol w:w="918"/>
        <w:gridCol w:w="2103"/>
      </w:tblGrid>
      <w:tr w:rsidR="00E52C87" w14:paraId="2B45EB3B" w14:textId="77777777" w:rsidTr="00236876">
        <w:trPr>
          <w:trHeight w:val="273"/>
          <w:jc w:val="center"/>
        </w:trPr>
        <w:tc>
          <w:tcPr>
            <w:tcW w:w="1049" w:type="dxa"/>
            <w:shd w:val="clear" w:color="auto" w:fill="BFBFBF" w:themeFill="background1" w:themeFillShade="BF"/>
          </w:tcPr>
          <w:p w14:paraId="582AA473" w14:textId="77777777" w:rsidR="00E52C87" w:rsidRPr="00D5135E" w:rsidRDefault="00E52C87" w:rsidP="00D548F0">
            <w:pPr>
              <w:bidi/>
              <w:jc w:val="center"/>
              <w:rPr>
                <w:rFonts w:cs="B Lotus"/>
                <w:sz w:val="20"/>
                <w:szCs w:val="20"/>
                <w:rtl/>
              </w:rPr>
            </w:pPr>
            <w:r w:rsidRPr="00D5135E">
              <w:rPr>
                <w:rFonts w:cs="B Lotus" w:hint="cs"/>
                <w:sz w:val="20"/>
                <w:szCs w:val="20"/>
                <w:rtl/>
              </w:rPr>
              <w:t>وزن</w:t>
            </w:r>
          </w:p>
        </w:tc>
        <w:tc>
          <w:tcPr>
            <w:tcW w:w="2629" w:type="dxa"/>
            <w:shd w:val="clear" w:color="auto" w:fill="BFBFBF" w:themeFill="background1" w:themeFillShade="BF"/>
          </w:tcPr>
          <w:p w14:paraId="76F3B5E7" w14:textId="77777777" w:rsidR="00E52C87" w:rsidRPr="00D5135E" w:rsidRDefault="00E52C87" w:rsidP="00D548F0">
            <w:pPr>
              <w:bidi/>
              <w:jc w:val="center"/>
              <w:rPr>
                <w:rFonts w:ascii="Arial" w:hAnsi="Arial" w:cs="B Lotus"/>
                <w:sz w:val="20"/>
                <w:szCs w:val="20"/>
              </w:rPr>
            </w:pPr>
            <w:r w:rsidRPr="00D5135E">
              <w:rPr>
                <w:rFonts w:ascii="Arial" w:hAnsi="Arial" w:cs="B Lotus" w:hint="cs"/>
                <w:sz w:val="20"/>
                <w:szCs w:val="20"/>
                <w:rtl/>
              </w:rPr>
              <w:t>مولفه‌ها</w:t>
            </w:r>
          </w:p>
        </w:tc>
        <w:tc>
          <w:tcPr>
            <w:tcW w:w="918" w:type="dxa"/>
            <w:shd w:val="clear" w:color="auto" w:fill="BFBFBF" w:themeFill="background1" w:themeFillShade="BF"/>
          </w:tcPr>
          <w:p w14:paraId="7E964EDB" w14:textId="77777777" w:rsidR="00E52C87" w:rsidRPr="00D5135E" w:rsidRDefault="00E52C87" w:rsidP="00D548F0">
            <w:pPr>
              <w:bidi/>
              <w:jc w:val="center"/>
              <w:rPr>
                <w:rFonts w:cs="B Lotus"/>
                <w:sz w:val="20"/>
                <w:szCs w:val="20"/>
                <w:rtl/>
              </w:rPr>
            </w:pPr>
            <w:r w:rsidRPr="00D5135E">
              <w:rPr>
                <w:rFonts w:cs="B Lotus" w:hint="cs"/>
                <w:sz w:val="20"/>
                <w:szCs w:val="20"/>
                <w:rtl/>
              </w:rPr>
              <w:t>وزن</w:t>
            </w:r>
          </w:p>
        </w:tc>
        <w:tc>
          <w:tcPr>
            <w:tcW w:w="2762" w:type="dxa"/>
            <w:shd w:val="clear" w:color="auto" w:fill="BFBFBF" w:themeFill="background1" w:themeFillShade="BF"/>
          </w:tcPr>
          <w:p w14:paraId="675C3625" w14:textId="77777777" w:rsidR="00E52C87" w:rsidRPr="00D5135E" w:rsidRDefault="00E52C87" w:rsidP="00D548F0">
            <w:pPr>
              <w:bidi/>
              <w:rPr>
                <w:rFonts w:ascii="Arial" w:hAnsi="Arial" w:cs="B Lotus"/>
                <w:sz w:val="20"/>
                <w:szCs w:val="20"/>
              </w:rPr>
            </w:pPr>
            <w:r w:rsidRPr="00D5135E">
              <w:rPr>
                <w:rFonts w:ascii="Arial" w:hAnsi="Arial" w:cs="B Lotus" w:hint="cs"/>
                <w:sz w:val="20"/>
                <w:szCs w:val="20"/>
                <w:rtl/>
              </w:rPr>
              <w:t>مولفه‌‌ها</w:t>
            </w:r>
          </w:p>
        </w:tc>
        <w:tc>
          <w:tcPr>
            <w:tcW w:w="918" w:type="dxa"/>
            <w:shd w:val="clear" w:color="auto" w:fill="BFBFBF" w:themeFill="background1" w:themeFillShade="BF"/>
          </w:tcPr>
          <w:p w14:paraId="57961CC1" w14:textId="77777777" w:rsidR="00E52C87" w:rsidRPr="00D5135E" w:rsidRDefault="00E52C87" w:rsidP="00D548F0">
            <w:pPr>
              <w:bidi/>
              <w:jc w:val="center"/>
              <w:rPr>
                <w:rFonts w:cs="B Lotus"/>
                <w:sz w:val="20"/>
                <w:szCs w:val="20"/>
                <w:rtl/>
                <w:lang w:bidi="fa-IR"/>
              </w:rPr>
            </w:pPr>
            <w:r w:rsidRPr="00D5135E">
              <w:rPr>
                <w:rFonts w:cs="B Lotus" w:hint="cs"/>
                <w:sz w:val="20"/>
                <w:szCs w:val="20"/>
                <w:rtl/>
                <w:lang w:bidi="fa-IR"/>
              </w:rPr>
              <w:t xml:space="preserve">وزن </w:t>
            </w:r>
          </w:p>
        </w:tc>
        <w:tc>
          <w:tcPr>
            <w:tcW w:w="2103" w:type="dxa"/>
            <w:shd w:val="clear" w:color="auto" w:fill="BFBFBF" w:themeFill="background1" w:themeFillShade="BF"/>
          </w:tcPr>
          <w:p w14:paraId="34DA06DC" w14:textId="77777777" w:rsidR="00E52C87" w:rsidRPr="00D5135E" w:rsidRDefault="00E52C87" w:rsidP="00D548F0">
            <w:pPr>
              <w:bidi/>
              <w:rPr>
                <w:rFonts w:cs="B Lotus"/>
                <w:sz w:val="20"/>
                <w:szCs w:val="20"/>
                <w:rtl/>
              </w:rPr>
            </w:pPr>
            <w:r w:rsidRPr="00D5135E">
              <w:rPr>
                <w:rFonts w:cs="B Lotus" w:hint="cs"/>
                <w:sz w:val="20"/>
                <w:szCs w:val="20"/>
                <w:rtl/>
              </w:rPr>
              <w:t>مولفه‌ها</w:t>
            </w:r>
          </w:p>
        </w:tc>
      </w:tr>
      <w:tr w:rsidR="00E52C87" w14:paraId="46544079" w14:textId="77777777" w:rsidTr="00D558B5">
        <w:trPr>
          <w:trHeight w:val="273"/>
          <w:jc w:val="center"/>
        </w:trPr>
        <w:tc>
          <w:tcPr>
            <w:tcW w:w="1049" w:type="dxa"/>
          </w:tcPr>
          <w:p w14:paraId="345E10F3" w14:textId="77777777" w:rsidR="00E52C87" w:rsidRPr="00D5135E" w:rsidRDefault="00E52C87" w:rsidP="00D548F0">
            <w:pPr>
              <w:bidi/>
              <w:jc w:val="center"/>
              <w:rPr>
                <w:rFonts w:cs="B Lotus"/>
                <w:sz w:val="20"/>
                <w:szCs w:val="20"/>
              </w:rPr>
            </w:pPr>
            <w:r w:rsidRPr="00D5135E">
              <w:rPr>
                <w:rFonts w:cs="B Lotus" w:hint="cs"/>
                <w:sz w:val="20"/>
                <w:szCs w:val="20"/>
                <w:rtl/>
              </w:rPr>
              <w:t>12</w:t>
            </w:r>
          </w:p>
        </w:tc>
        <w:tc>
          <w:tcPr>
            <w:tcW w:w="2629" w:type="dxa"/>
            <w:shd w:val="clear" w:color="auto" w:fill="FDE9D9" w:themeFill="accent6" w:themeFillTint="33"/>
          </w:tcPr>
          <w:p w14:paraId="17BCFDF1" w14:textId="6423DE40" w:rsidR="00E52C87" w:rsidRPr="00D5135E" w:rsidRDefault="00E52C87" w:rsidP="00D558B5">
            <w:pPr>
              <w:bidi/>
              <w:jc w:val="center"/>
              <w:rPr>
                <w:rFonts w:cs="B Lotus"/>
                <w:sz w:val="20"/>
                <w:szCs w:val="20"/>
              </w:rPr>
            </w:pPr>
            <w:r w:rsidRPr="00D5135E">
              <w:rPr>
                <w:rFonts w:ascii="Arial" w:hAnsi="Arial" w:cs="Arial"/>
                <w:sz w:val="20"/>
                <w:szCs w:val="20"/>
                <w:rtl/>
              </w:rPr>
              <w:t>خدمات</w:t>
            </w:r>
            <w:r w:rsidRPr="00D5135E">
              <w:rPr>
                <w:rFonts w:cs="B Lotus"/>
                <w:sz w:val="20"/>
                <w:szCs w:val="20"/>
              </w:rPr>
              <w:t xml:space="preserve"> </w:t>
            </w:r>
            <w:r w:rsidRPr="00D5135E">
              <w:rPr>
                <w:rFonts w:ascii="Arial" w:hAnsi="Arial" w:cs="Arial"/>
                <w:sz w:val="20"/>
                <w:szCs w:val="20"/>
                <w:rtl/>
              </w:rPr>
              <w:t>اضافی</w:t>
            </w:r>
            <w:r w:rsidR="00D558B5">
              <w:rPr>
                <w:rFonts w:cs="B Lotus" w:hint="cs"/>
                <w:sz w:val="20"/>
                <w:szCs w:val="20"/>
                <w:rtl/>
              </w:rPr>
              <w:t xml:space="preserve"> (</w:t>
            </w:r>
            <w:r w:rsidRPr="00D5135E">
              <w:rPr>
                <w:rFonts w:ascii="Arial" w:hAnsi="Arial" w:cs="Arial"/>
                <w:sz w:val="20"/>
                <w:szCs w:val="20"/>
                <w:rtl/>
              </w:rPr>
              <w:t>ماساژ،</w:t>
            </w:r>
            <w:r w:rsidRPr="00D5135E">
              <w:rPr>
                <w:rFonts w:cs="B Lotus"/>
                <w:sz w:val="20"/>
                <w:szCs w:val="20"/>
              </w:rPr>
              <w:t xml:space="preserve"> </w:t>
            </w:r>
            <w:r w:rsidRPr="00D5135E">
              <w:rPr>
                <w:rFonts w:ascii="Arial" w:hAnsi="Arial" w:cs="Arial"/>
                <w:sz w:val="20"/>
                <w:szCs w:val="20"/>
                <w:rtl/>
              </w:rPr>
              <w:t>بوفه،</w:t>
            </w:r>
            <w:r w:rsidRPr="00D5135E">
              <w:rPr>
                <w:rFonts w:cs="B Lotus"/>
                <w:sz w:val="20"/>
                <w:szCs w:val="20"/>
              </w:rPr>
              <w:t xml:space="preserve"> </w:t>
            </w:r>
            <w:r w:rsidRPr="00D5135E">
              <w:rPr>
                <w:rFonts w:ascii="Arial" w:hAnsi="Arial" w:cs="Arial"/>
                <w:sz w:val="20"/>
                <w:szCs w:val="20"/>
                <w:rtl/>
              </w:rPr>
              <w:t>سونا</w:t>
            </w:r>
            <w:r w:rsidRPr="00D5135E">
              <w:rPr>
                <w:rFonts w:cs="B Lotus"/>
                <w:sz w:val="20"/>
                <w:szCs w:val="20"/>
              </w:rPr>
              <w:t xml:space="preserve"> </w:t>
            </w:r>
            <w:r w:rsidRPr="00D5135E">
              <w:rPr>
                <w:rFonts w:ascii="Arial" w:hAnsi="Arial" w:cs="Arial"/>
                <w:sz w:val="20"/>
                <w:szCs w:val="20"/>
                <w:rtl/>
              </w:rPr>
              <w:t>حوضچه</w:t>
            </w:r>
            <w:r w:rsidRPr="00D5135E">
              <w:rPr>
                <w:rFonts w:cs="B Lotus"/>
                <w:sz w:val="20"/>
                <w:szCs w:val="20"/>
              </w:rPr>
              <w:t xml:space="preserve"> </w:t>
            </w:r>
            <w:r w:rsidRPr="00D5135E">
              <w:rPr>
                <w:rFonts w:ascii="Arial" w:hAnsi="Arial" w:cs="Arial"/>
                <w:sz w:val="20"/>
                <w:szCs w:val="20"/>
                <w:rtl/>
              </w:rPr>
              <w:t>آب</w:t>
            </w:r>
            <w:r w:rsidRPr="00D5135E">
              <w:rPr>
                <w:rFonts w:cs="B Lotus"/>
                <w:sz w:val="20"/>
                <w:szCs w:val="20"/>
              </w:rPr>
              <w:t xml:space="preserve"> </w:t>
            </w:r>
            <w:r w:rsidRPr="00D5135E">
              <w:rPr>
                <w:rFonts w:ascii="Arial" w:hAnsi="Arial" w:cs="Arial"/>
                <w:sz w:val="20"/>
                <w:szCs w:val="20"/>
                <w:rtl/>
              </w:rPr>
              <w:t>سرد</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گرم</w:t>
            </w:r>
            <w:r w:rsidR="00D558B5">
              <w:rPr>
                <w:rFonts w:cs="B Lotus" w:hint="cs"/>
                <w:sz w:val="20"/>
                <w:szCs w:val="20"/>
                <w:rtl/>
              </w:rPr>
              <w:t>)</w:t>
            </w:r>
          </w:p>
        </w:tc>
        <w:tc>
          <w:tcPr>
            <w:tcW w:w="918" w:type="dxa"/>
          </w:tcPr>
          <w:p w14:paraId="4866BADA" w14:textId="77777777" w:rsidR="00E52C87" w:rsidRPr="00D5135E" w:rsidRDefault="00E52C87" w:rsidP="00D548F0">
            <w:pPr>
              <w:bidi/>
              <w:jc w:val="center"/>
              <w:rPr>
                <w:rFonts w:cs="B Lotus"/>
                <w:sz w:val="20"/>
                <w:szCs w:val="20"/>
              </w:rPr>
            </w:pPr>
            <w:r w:rsidRPr="00D5135E">
              <w:rPr>
                <w:rFonts w:cs="B Lotus" w:hint="cs"/>
                <w:sz w:val="20"/>
                <w:szCs w:val="20"/>
                <w:rtl/>
              </w:rPr>
              <w:t>11</w:t>
            </w:r>
          </w:p>
        </w:tc>
        <w:tc>
          <w:tcPr>
            <w:tcW w:w="2762" w:type="dxa"/>
            <w:shd w:val="clear" w:color="auto" w:fill="E1EBF7" w:themeFill="text2" w:themeFillTint="1A"/>
          </w:tcPr>
          <w:p w14:paraId="281B0ECB"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پروتکل</w:t>
            </w:r>
            <w:r w:rsidRPr="00D5135E">
              <w:rPr>
                <w:rFonts w:cs="B Lotus"/>
                <w:sz w:val="20"/>
                <w:szCs w:val="20"/>
              </w:rPr>
              <w:t xml:space="preserve"> </w:t>
            </w:r>
            <w:r w:rsidRPr="00D5135E">
              <w:rPr>
                <w:rFonts w:ascii="Arial" w:hAnsi="Arial" w:cs="Arial"/>
                <w:sz w:val="20"/>
                <w:szCs w:val="20"/>
                <w:rtl/>
              </w:rPr>
              <w:t>تعامل</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اورژانس</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بیمارستان</w:t>
            </w:r>
          </w:p>
        </w:tc>
        <w:tc>
          <w:tcPr>
            <w:tcW w:w="918" w:type="dxa"/>
          </w:tcPr>
          <w:p w14:paraId="3113542B" w14:textId="3FBED31E" w:rsidR="00E52C87" w:rsidRPr="00D5135E" w:rsidRDefault="00E52C87" w:rsidP="00D548F0">
            <w:pPr>
              <w:bidi/>
              <w:jc w:val="center"/>
              <w:rPr>
                <w:rFonts w:cs="B Lotus"/>
                <w:sz w:val="20"/>
                <w:szCs w:val="20"/>
                <w:rtl/>
                <w:lang w:bidi="fa-IR"/>
              </w:rPr>
            </w:pPr>
            <w:r w:rsidRPr="00D5135E">
              <w:rPr>
                <w:rFonts w:cs="B Lotus" w:hint="cs"/>
                <w:sz w:val="20"/>
                <w:szCs w:val="20"/>
                <w:rtl/>
                <w:lang w:bidi="fa-IR"/>
              </w:rPr>
              <w:t>38</w:t>
            </w:r>
            <w:r w:rsidR="0098441D">
              <w:rPr>
                <w:rFonts w:cs="B Lotus" w:hint="cs"/>
                <w:sz w:val="20"/>
                <w:szCs w:val="20"/>
                <w:rtl/>
                <w:lang w:bidi="fa-IR"/>
              </w:rPr>
              <w:t>0</w:t>
            </w:r>
          </w:p>
        </w:tc>
        <w:tc>
          <w:tcPr>
            <w:tcW w:w="2103" w:type="dxa"/>
            <w:shd w:val="clear" w:color="auto" w:fill="709FDB" w:themeFill="text2" w:themeFillTint="80"/>
          </w:tcPr>
          <w:p w14:paraId="4D90C7F7" w14:textId="77777777" w:rsidR="00E52C87" w:rsidRPr="00D5135E" w:rsidRDefault="00E52C87" w:rsidP="00D548F0">
            <w:pPr>
              <w:bidi/>
              <w:rPr>
                <w:rFonts w:cs="B Lotus"/>
                <w:sz w:val="20"/>
                <w:szCs w:val="20"/>
              </w:rPr>
            </w:pPr>
            <w:r w:rsidRPr="00D5135E">
              <w:rPr>
                <w:rFonts w:cs="B Lotus" w:hint="cs"/>
                <w:sz w:val="20"/>
                <w:szCs w:val="20"/>
                <w:rtl/>
              </w:rPr>
              <w:t>**</w:t>
            </w:r>
            <w:r w:rsidRPr="00D5135E">
              <w:rPr>
                <w:rFonts w:ascii="Arial" w:hAnsi="Arial" w:cs="Arial"/>
                <w:sz w:val="20"/>
                <w:szCs w:val="20"/>
                <w:rtl/>
              </w:rPr>
              <w:t>زیر</w:t>
            </w:r>
            <w:r w:rsidRPr="00D5135E">
              <w:rPr>
                <w:rFonts w:cs="B Lotus"/>
                <w:sz w:val="20"/>
                <w:szCs w:val="20"/>
              </w:rPr>
              <w:t xml:space="preserve"> </w:t>
            </w:r>
            <w:r w:rsidRPr="00D5135E">
              <w:rPr>
                <w:rFonts w:ascii="Arial" w:hAnsi="Arial" w:cs="Arial"/>
                <w:sz w:val="20"/>
                <w:szCs w:val="20"/>
                <w:rtl/>
              </w:rPr>
              <w:t>ساخت</w:t>
            </w:r>
            <w:r w:rsidRPr="00D5135E">
              <w:rPr>
                <w:rFonts w:cs="B Lotus"/>
                <w:sz w:val="20"/>
                <w:szCs w:val="20"/>
              </w:rPr>
              <w:t>‌</w:t>
            </w:r>
            <w:r w:rsidRPr="00D5135E">
              <w:rPr>
                <w:rFonts w:ascii="Arial" w:hAnsi="Arial" w:cs="Arial"/>
                <w:sz w:val="20"/>
                <w:szCs w:val="20"/>
                <w:rtl/>
              </w:rPr>
              <w:t>ها</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استانداردها</w:t>
            </w:r>
          </w:p>
        </w:tc>
      </w:tr>
      <w:tr w:rsidR="00E52C87" w14:paraId="4AE509DA" w14:textId="77777777" w:rsidTr="00D558B5">
        <w:trPr>
          <w:trHeight w:val="62"/>
          <w:jc w:val="center"/>
        </w:trPr>
        <w:tc>
          <w:tcPr>
            <w:tcW w:w="1049" w:type="dxa"/>
          </w:tcPr>
          <w:p w14:paraId="293A3175" w14:textId="77777777" w:rsidR="00E52C87" w:rsidRPr="00D5135E" w:rsidRDefault="00E52C87" w:rsidP="00D548F0">
            <w:pPr>
              <w:bidi/>
              <w:jc w:val="center"/>
              <w:rPr>
                <w:rFonts w:cs="B Lotus"/>
                <w:sz w:val="20"/>
                <w:szCs w:val="20"/>
              </w:rPr>
            </w:pPr>
            <w:r w:rsidRPr="00D5135E">
              <w:rPr>
                <w:rFonts w:cs="B Lotus" w:hint="cs"/>
                <w:sz w:val="20"/>
                <w:szCs w:val="20"/>
                <w:rtl/>
              </w:rPr>
              <w:t>9</w:t>
            </w:r>
          </w:p>
        </w:tc>
        <w:tc>
          <w:tcPr>
            <w:tcW w:w="2629" w:type="dxa"/>
            <w:shd w:val="clear" w:color="auto" w:fill="FDE9D9" w:themeFill="accent6" w:themeFillTint="33"/>
          </w:tcPr>
          <w:p w14:paraId="388824A1" w14:textId="77777777" w:rsidR="00E52C87" w:rsidRPr="00D5135E" w:rsidRDefault="00E52C87" w:rsidP="00D548F0">
            <w:pPr>
              <w:bidi/>
              <w:jc w:val="center"/>
              <w:rPr>
                <w:rFonts w:cs="B Lotus"/>
                <w:sz w:val="20"/>
                <w:szCs w:val="20"/>
              </w:rPr>
            </w:pPr>
            <w:r w:rsidRPr="00D5135E">
              <w:rPr>
                <w:rFonts w:ascii="Arial" w:hAnsi="Arial" w:cs="Arial"/>
                <w:sz w:val="20"/>
                <w:szCs w:val="20"/>
                <w:rtl/>
              </w:rPr>
              <w:t>سیستم</w:t>
            </w:r>
            <w:r w:rsidRPr="00D5135E">
              <w:rPr>
                <w:rFonts w:cs="B Lotus"/>
                <w:sz w:val="20"/>
                <w:szCs w:val="20"/>
              </w:rPr>
              <w:t xml:space="preserve"> </w:t>
            </w:r>
            <w:r w:rsidRPr="00D5135E">
              <w:rPr>
                <w:rFonts w:ascii="Arial" w:hAnsi="Arial" w:cs="Arial"/>
                <w:sz w:val="20"/>
                <w:szCs w:val="20"/>
                <w:rtl/>
              </w:rPr>
              <w:t>رزرو</w:t>
            </w:r>
            <w:r w:rsidRPr="00D5135E">
              <w:rPr>
                <w:rFonts w:cs="B Lotus"/>
                <w:sz w:val="20"/>
                <w:szCs w:val="20"/>
              </w:rPr>
              <w:t xml:space="preserve"> </w:t>
            </w:r>
            <w:r w:rsidRPr="00D5135E">
              <w:rPr>
                <w:rFonts w:ascii="Arial" w:hAnsi="Arial" w:cs="Arial"/>
                <w:sz w:val="20"/>
                <w:szCs w:val="20"/>
                <w:rtl/>
              </w:rPr>
              <w:t>آنلاین</w:t>
            </w:r>
          </w:p>
        </w:tc>
        <w:tc>
          <w:tcPr>
            <w:tcW w:w="918" w:type="dxa"/>
          </w:tcPr>
          <w:p w14:paraId="59F20722" w14:textId="64158409" w:rsidR="00E52C87" w:rsidRPr="00D5135E" w:rsidRDefault="00E52C87" w:rsidP="00D548F0">
            <w:pPr>
              <w:bidi/>
              <w:jc w:val="center"/>
              <w:rPr>
                <w:rFonts w:cs="B Lotus"/>
                <w:sz w:val="20"/>
                <w:szCs w:val="20"/>
              </w:rPr>
            </w:pPr>
            <w:r w:rsidRPr="00D5135E">
              <w:rPr>
                <w:rFonts w:cs="B Lotus" w:hint="cs"/>
                <w:sz w:val="20"/>
                <w:szCs w:val="20"/>
                <w:rtl/>
              </w:rPr>
              <w:t>25</w:t>
            </w:r>
            <w:r w:rsidR="00236876">
              <w:rPr>
                <w:rFonts w:cs="B Lotus" w:hint="cs"/>
                <w:sz w:val="20"/>
                <w:szCs w:val="20"/>
                <w:rtl/>
              </w:rPr>
              <w:t>0</w:t>
            </w:r>
          </w:p>
        </w:tc>
        <w:tc>
          <w:tcPr>
            <w:tcW w:w="2762" w:type="dxa"/>
            <w:shd w:val="clear" w:color="auto" w:fill="D99594" w:themeFill="accent2" w:themeFillTint="99"/>
          </w:tcPr>
          <w:p w14:paraId="35088A9B" w14:textId="77777777" w:rsidR="00E52C87" w:rsidRPr="00D5135E" w:rsidRDefault="00E52C87" w:rsidP="00D548F0">
            <w:pPr>
              <w:bidi/>
              <w:jc w:val="center"/>
              <w:rPr>
                <w:rFonts w:cs="B Lotus"/>
                <w:sz w:val="20"/>
                <w:szCs w:val="20"/>
              </w:rPr>
            </w:pPr>
            <w:r w:rsidRPr="00D5135E">
              <w:rPr>
                <w:rFonts w:ascii="Arial" w:hAnsi="Arial" w:cs="Arial"/>
                <w:sz w:val="20"/>
                <w:szCs w:val="20"/>
                <w:rtl/>
              </w:rPr>
              <w:t>مدیریت</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پشتیبانی</w:t>
            </w:r>
            <w:r w:rsidRPr="00D5135E">
              <w:rPr>
                <w:rFonts w:cs="B Lotus"/>
                <w:sz w:val="20"/>
                <w:szCs w:val="20"/>
              </w:rPr>
              <w:t xml:space="preserve"> </w:t>
            </w:r>
            <w:r w:rsidRPr="00D5135E">
              <w:rPr>
                <w:rFonts w:ascii="Arial" w:hAnsi="Arial" w:cs="Arial"/>
                <w:sz w:val="20"/>
                <w:szCs w:val="20"/>
                <w:rtl/>
              </w:rPr>
              <w:t>منابع</w:t>
            </w:r>
            <w:r w:rsidRPr="00D5135E">
              <w:rPr>
                <w:rFonts w:cs="B Lotus"/>
                <w:sz w:val="20"/>
                <w:szCs w:val="20"/>
              </w:rPr>
              <w:t>**</w:t>
            </w:r>
          </w:p>
        </w:tc>
        <w:tc>
          <w:tcPr>
            <w:tcW w:w="918" w:type="dxa"/>
          </w:tcPr>
          <w:p w14:paraId="23BA1B53" w14:textId="60F8321F" w:rsidR="00E52C87" w:rsidRPr="00D5135E" w:rsidRDefault="00E52C87" w:rsidP="00D548F0">
            <w:pPr>
              <w:bidi/>
              <w:jc w:val="center"/>
              <w:rPr>
                <w:rFonts w:cs="B Lotus"/>
                <w:sz w:val="20"/>
                <w:szCs w:val="20"/>
              </w:rPr>
            </w:pPr>
            <w:r w:rsidRPr="00D5135E">
              <w:rPr>
                <w:rFonts w:cs="B Lotus" w:hint="cs"/>
                <w:sz w:val="20"/>
                <w:szCs w:val="20"/>
                <w:rtl/>
              </w:rPr>
              <w:t>9</w:t>
            </w:r>
            <w:r w:rsidR="0098441D">
              <w:rPr>
                <w:rFonts w:cs="B Lotus" w:hint="cs"/>
                <w:sz w:val="20"/>
                <w:szCs w:val="20"/>
                <w:rtl/>
              </w:rPr>
              <w:t>2</w:t>
            </w:r>
          </w:p>
        </w:tc>
        <w:tc>
          <w:tcPr>
            <w:tcW w:w="2103" w:type="dxa"/>
            <w:shd w:val="clear" w:color="auto" w:fill="B7CFED" w:themeFill="text2" w:themeFillTint="40"/>
          </w:tcPr>
          <w:p w14:paraId="35B70FC7" w14:textId="77777777" w:rsidR="00E52C87" w:rsidRPr="00D5135E" w:rsidRDefault="00E52C87" w:rsidP="00D548F0">
            <w:pPr>
              <w:bidi/>
              <w:jc w:val="center"/>
              <w:rPr>
                <w:rFonts w:cs="B Lotus"/>
                <w:sz w:val="20"/>
                <w:szCs w:val="20"/>
              </w:rPr>
            </w:pPr>
            <w:r w:rsidRPr="00D5135E">
              <w:rPr>
                <w:rFonts w:cs="B Lotus" w:hint="cs"/>
                <w:sz w:val="20"/>
                <w:szCs w:val="20"/>
                <w:rtl/>
              </w:rPr>
              <w:t>*</w:t>
            </w:r>
            <w:r w:rsidRPr="00D5135E">
              <w:rPr>
                <w:rFonts w:ascii="Arial" w:hAnsi="Arial" w:cs="Arial"/>
                <w:sz w:val="20"/>
                <w:szCs w:val="20"/>
                <w:rtl/>
              </w:rPr>
              <w:t>معمار</w:t>
            </w:r>
            <w:r w:rsidRPr="00D5135E">
              <w:rPr>
                <w:rFonts w:cs="B Lotus" w:hint="cs"/>
                <w:sz w:val="20"/>
                <w:szCs w:val="20"/>
                <w:rtl/>
              </w:rPr>
              <w:t>ی</w:t>
            </w:r>
          </w:p>
        </w:tc>
      </w:tr>
      <w:tr w:rsidR="00E52C87" w14:paraId="70F3631B" w14:textId="77777777" w:rsidTr="00D558B5">
        <w:trPr>
          <w:trHeight w:val="183"/>
          <w:jc w:val="center"/>
        </w:trPr>
        <w:tc>
          <w:tcPr>
            <w:tcW w:w="1049" w:type="dxa"/>
          </w:tcPr>
          <w:p w14:paraId="4FB7D1C0" w14:textId="77777777" w:rsidR="00E52C87" w:rsidRPr="00D5135E" w:rsidRDefault="00E52C87" w:rsidP="00D548F0">
            <w:pPr>
              <w:bidi/>
              <w:jc w:val="center"/>
              <w:rPr>
                <w:rFonts w:cs="B Lotus"/>
                <w:sz w:val="20"/>
                <w:szCs w:val="20"/>
              </w:rPr>
            </w:pPr>
            <w:r w:rsidRPr="00D5135E">
              <w:rPr>
                <w:rFonts w:cs="B Lotus" w:hint="cs"/>
                <w:sz w:val="20"/>
                <w:szCs w:val="20"/>
                <w:rtl/>
              </w:rPr>
              <w:t>89</w:t>
            </w:r>
          </w:p>
        </w:tc>
        <w:tc>
          <w:tcPr>
            <w:tcW w:w="2629" w:type="dxa"/>
            <w:shd w:val="clear" w:color="auto" w:fill="FBD4B4" w:themeFill="accent6" w:themeFillTint="66"/>
          </w:tcPr>
          <w:p w14:paraId="59F69F9F" w14:textId="77777777" w:rsidR="00E52C87" w:rsidRPr="00D5135E" w:rsidRDefault="00E52C87" w:rsidP="00D548F0">
            <w:pPr>
              <w:bidi/>
              <w:jc w:val="center"/>
              <w:rPr>
                <w:rFonts w:cs="B Lotus"/>
                <w:sz w:val="20"/>
                <w:szCs w:val="20"/>
              </w:rPr>
            </w:pPr>
            <w:r w:rsidRPr="00D5135E">
              <w:rPr>
                <w:rFonts w:ascii="Arial" w:hAnsi="Arial" w:cs="Arial"/>
                <w:sz w:val="20"/>
                <w:szCs w:val="20"/>
                <w:rtl/>
              </w:rPr>
              <w:t>آموزش</w:t>
            </w:r>
            <w:r w:rsidRPr="00D5135E">
              <w:rPr>
                <w:rFonts w:cs="B Lotus"/>
                <w:sz w:val="20"/>
                <w:szCs w:val="20"/>
              </w:rPr>
              <w:t>*</w:t>
            </w:r>
          </w:p>
        </w:tc>
        <w:tc>
          <w:tcPr>
            <w:tcW w:w="918" w:type="dxa"/>
          </w:tcPr>
          <w:p w14:paraId="65566DAD" w14:textId="77777777" w:rsidR="00E52C87" w:rsidRPr="00D5135E" w:rsidRDefault="00E52C87" w:rsidP="00D548F0">
            <w:pPr>
              <w:bidi/>
              <w:jc w:val="center"/>
              <w:rPr>
                <w:rFonts w:cs="B Lotus"/>
                <w:sz w:val="20"/>
                <w:szCs w:val="20"/>
              </w:rPr>
            </w:pPr>
            <w:r w:rsidRPr="00D5135E">
              <w:rPr>
                <w:rFonts w:cs="B Lotus" w:hint="cs"/>
                <w:sz w:val="20"/>
                <w:szCs w:val="20"/>
                <w:rtl/>
              </w:rPr>
              <w:t>21</w:t>
            </w:r>
          </w:p>
        </w:tc>
        <w:tc>
          <w:tcPr>
            <w:tcW w:w="2762" w:type="dxa"/>
            <w:shd w:val="clear" w:color="auto" w:fill="E5B8B7" w:themeFill="accent2" w:themeFillTint="66"/>
          </w:tcPr>
          <w:p w14:paraId="3FBA7AA9" w14:textId="77777777" w:rsidR="00E52C87" w:rsidRPr="00D5135E" w:rsidRDefault="00E52C87" w:rsidP="00D548F0">
            <w:pPr>
              <w:bidi/>
              <w:jc w:val="center"/>
              <w:rPr>
                <w:rFonts w:cs="B Lotus"/>
                <w:sz w:val="20"/>
                <w:szCs w:val="20"/>
              </w:rPr>
            </w:pPr>
            <w:r w:rsidRPr="00D5135E">
              <w:rPr>
                <w:rFonts w:ascii="Arial" w:hAnsi="Arial" w:cs="Arial"/>
                <w:sz w:val="20"/>
                <w:szCs w:val="20"/>
                <w:rtl/>
              </w:rPr>
              <w:t>مدیریتی</w:t>
            </w:r>
            <w:r w:rsidRPr="00D5135E">
              <w:rPr>
                <w:rFonts w:cs="B Lotus"/>
                <w:sz w:val="20"/>
                <w:szCs w:val="20"/>
              </w:rPr>
              <w:t>*</w:t>
            </w:r>
          </w:p>
        </w:tc>
        <w:tc>
          <w:tcPr>
            <w:tcW w:w="918" w:type="dxa"/>
          </w:tcPr>
          <w:p w14:paraId="7000860D" w14:textId="3931438C" w:rsidR="00E52C87" w:rsidRPr="00D5135E" w:rsidRDefault="0098441D" w:rsidP="00D548F0">
            <w:pPr>
              <w:bidi/>
              <w:jc w:val="center"/>
              <w:rPr>
                <w:rFonts w:cs="B Lotus"/>
                <w:sz w:val="20"/>
                <w:szCs w:val="20"/>
              </w:rPr>
            </w:pPr>
            <w:r>
              <w:rPr>
                <w:rFonts w:cs="B Lotus" w:hint="cs"/>
                <w:sz w:val="20"/>
                <w:szCs w:val="20"/>
                <w:rtl/>
              </w:rPr>
              <w:t>7</w:t>
            </w:r>
          </w:p>
        </w:tc>
        <w:tc>
          <w:tcPr>
            <w:tcW w:w="2103" w:type="dxa"/>
            <w:shd w:val="clear" w:color="auto" w:fill="E1EBF7" w:themeFill="text2" w:themeFillTint="1A"/>
          </w:tcPr>
          <w:p w14:paraId="5F2386B3" w14:textId="77777777" w:rsidR="00E52C87" w:rsidRPr="00D5135E" w:rsidRDefault="00E52C87" w:rsidP="00D548F0">
            <w:pPr>
              <w:bidi/>
              <w:jc w:val="center"/>
              <w:rPr>
                <w:rFonts w:cs="B Lotus"/>
                <w:sz w:val="20"/>
                <w:szCs w:val="20"/>
              </w:rPr>
            </w:pPr>
            <w:r w:rsidRPr="00D5135E">
              <w:rPr>
                <w:rFonts w:ascii="Arial" w:hAnsi="Arial" w:cs="Arial"/>
                <w:sz w:val="20"/>
                <w:szCs w:val="20"/>
                <w:rtl/>
              </w:rPr>
              <w:t>سازگاری</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استانداردهای</w:t>
            </w:r>
            <w:r w:rsidRPr="00D5135E">
              <w:rPr>
                <w:rFonts w:cs="B Lotus"/>
                <w:sz w:val="20"/>
                <w:szCs w:val="20"/>
              </w:rPr>
              <w:t xml:space="preserve"> </w:t>
            </w:r>
            <w:r w:rsidRPr="00D5135E">
              <w:rPr>
                <w:rFonts w:ascii="Arial" w:hAnsi="Arial" w:cs="Arial"/>
                <w:sz w:val="20"/>
                <w:szCs w:val="20"/>
                <w:rtl/>
              </w:rPr>
              <w:t>ساختمانی</w:t>
            </w:r>
          </w:p>
        </w:tc>
      </w:tr>
      <w:tr w:rsidR="00E52C87" w14:paraId="74AD7128" w14:textId="77777777" w:rsidTr="00D558B5">
        <w:trPr>
          <w:trHeight w:val="182"/>
          <w:jc w:val="center"/>
        </w:trPr>
        <w:tc>
          <w:tcPr>
            <w:tcW w:w="1049" w:type="dxa"/>
          </w:tcPr>
          <w:p w14:paraId="442DFA18" w14:textId="77777777" w:rsidR="00E52C87" w:rsidRPr="00D5135E" w:rsidRDefault="00E52C87" w:rsidP="00D548F0">
            <w:pPr>
              <w:bidi/>
              <w:jc w:val="center"/>
              <w:rPr>
                <w:rFonts w:cs="B Lotus"/>
                <w:sz w:val="20"/>
                <w:szCs w:val="20"/>
              </w:rPr>
            </w:pPr>
            <w:r w:rsidRPr="00D5135E">
              <w:rPr>
                <w:rFonts w:cs="B Lotus" w:hint="cs"/>
                <w:sz w:val="20"/>
                <w:szCs w:val="20"/>
                <w:rtl/>
              </w:rPr>
              <w:t>19</w:t>
            </w:r>
          </w:p>
        </w:tc>
        <w:tc>
          <w:tcPr>
            <w:tcW w:w="2629" w:type="dxa"/>
            <w:shd w:val="clear" w:color="auto" w:fill="FDE9D9" w:themeFill="accent6" w:themeFillTint="33"/>
          </w:tcPr>
          <w:p w14:paraId="32E04B27" w14:textId="77777777" w:rsidR="00E52C87" w:rsidRPr="00D5135E" w:rsidRDefault="00E52C87" w:rsidP="00D548F0">
            <w:pPr>
              <w:bidi/>
              <w:jc w:val="center"/>
              <w:rPr>
                <w:rFonts w:cs="B Lotus"/>
                <w:sz w:val="20"/>
                <w:szCs w:val="20"/>
              </w:rPr>
            </w:pPr>
            <w:r w:rsidRPr="00D5135E">
              <w:rPr>
                <w:rFonts w:ascii="Arial" w:hAnsi="Arial" w:cs="Arial"/>
                <w:sz w:val="20"/>
                <w:szCs w:val="20"/>
                <w:rtl/>
              </w:rPr>
              <w:t>تنوع</w:t>
            </w:r>
            <w:r w:rsidRPr="00D5135E">
              <w:rPr>
                <w:rFonts w:cs="B Lotus"/>
                <w:sz w:val="20"/>
                <w:szCs w:val="20"/>
              </w:rPr>
              <w:t xml:space="preserve"> </w:t>
            </w:r>
            <w:r w:rsidRPr="00D5135E">
              <w:rPr>
                <w:rFonts w:ascii="Arial" w:hAnsi="Arial" w:cs="Arial"/>
                <w:sz w:val="20"/>
                <w:szCs w:val="20"/>
                <w:rtl/>
              </w:rPr>
              <w:t>کلاس</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شنا</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تمامی</w:t>
            </w:r>
            <w:r w:rsidRPr="00D5135E">
              <w:rPr>
                <w:rFonts w:cs="B Lotus"/>
                <w:sz w:val="20"/>
                <w:szCs w:val="20"/>
              </w:rPr>
              <w:t xml:space="preserve"> </w:t>
            </w:r>
            <w:r w:rsidRPr="00D5135E">
              <w:rPr>
                <w:rFonts w:ascii="Arial" w:hAnsi="Arial" w:cs="Arial"/>
                <w:sz w:val="20"/>
                <w:szCs w:val="20"/>
                <w:rtl/>
              </w:rPr>
              <w:t>سنین</w:t>
            </w:r>
          </w:p>
        </w:tc>
        <w:tc>
          <w:tcPr>
            <w:tcW w:w="918" w:type="dxa"/>
          </w:tcPr>
          <w:p w14:paraId="61AFE83D" w14:textId="77777777" w:rsidR="00E52C87" w:rsidRPr="00D5135E" w:rsidRDefault="00E52C87" w:rsidP="00D548F0">
            <w:pPr>
              <w:bidi/>
              <w:jc w:val="center"/>
              <w:rPr>
                <w:rFonts w:cs="B Lotus"/>
                <w:sz w:val="20"/>
                <w:szCs w:val="20"/>
              </w:rPr>
            </w:pPr>
            <w:r w:rsidRPr="00D5135E">
              <w:rPr>
                <w:rFonts w:cs="B Lotus" w:hint="cs"/>
                <w:sz w:val="20"/>
                <w:szCs w:val="20"/>
                <w:rtl/>
              </w:rPr>
              <w:t>7</w:t>
            </w:r>
          </w:p>
        </w:tc>
        <w:tc>
          <w:tcPr>
            <w:tcW w:w="2762" w:type="dxa"/>
            <w:shd w:val="clear" w:color="auto" w:fill="F2DBDB" w:themeFill="accent2" w:themeFillTint="33"/>
          </w:tcPr>
          <w:p w14:paraId="346D5A88"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برنامه</w:t>
            </w:r>
            <w:r w:rsidRPr="00D5135E">
              <w:rPr>
                <w:rFonts w:cs="B Lotus"/>
                <w:sz w:val="20"/>
                <w:szCs w:val="20"/>
              </w:rPr>
              <w:t xml:space="preserve"> </w:t>
            </w:r>
            <w:r w:rsidRPr="00D5135E">
              <w:rPr>
                <w:rFonts w:ascii="Arial" w:hAnsi="Arial" w:cs="Arial"/>
                <w:sz w:val="20"/>
                <w:szCs w:val="20"/>
                <w:rtl/>
              </w:rPr>
              <w:t>استراتژیک</w:t>
            </w:r>
            <w:r w:rsidRPr="00D5135E">
              <w:rPr>
                <w:rFonts w:cs="B Lotus"/>
                <w:sz w:val="20"/>
                <w:szCs w:val="20"/>
              </w:rPr>
              <w:t xml:space="preserve"> </w:t>
            </w:r>
            <w:r w:rsidRPr="00D5135E">
              <w:rPr>
                <w:rFonts w:ascii="Arial" w:hAnsi="Arial" w:cs="Arial"/>
                <w:sz w:val="20"/>
                <w:szCs w:val="20"/>
                <w:rtl/>
              </w:rPr>
              <w:t>کوتاه</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بلند</w:t>
            </w:r>
            <w:r w:rsidRPr="00D5135E">
              <w:rPr>
                <w:rFonts w:cs="B Lotus"/>
                <w:sz w:val="20"/>
                <w:szCs w:val="20"/>
              </w:rPr>
              <w:t xml:space="preserve"> </w:t>
            </w:r>
            <w:r w:rsidRPr="00D5135E">
              <w:rPr>
                <w:rFonts w:ascii="Arial" w:hAnsi="Arial" w:cs="Arial"/>
                <w:sz w:val="20"/>
                <w:szCs w:val="20"/>
                <w:rtl/>
              </w:rPr>
              <w:t>مدت</w:t>
            </w:r>
          </w:p>
        </w:tc>
        <w:tc>
          <w:tcPr>
            <w:tcW w:w="918" w:type="dxa"/>
          </w:tcPr>
          <w:p w14:paraId="6236DC3C" w14:textId="77777777" w:rsidR="00E52C87" w:rsidRPr="00D5135E" w:rsidRDefault="00E52C87" w:rsidP="00D548F0">
            <w:pPr>
              <w:bidi/>
              <w:jc w:val="center"/>
              <w:rPr>
                <w:rFonts w:cs="B Lotus"/>
                <w:sz w:val="20"/>
                <w:szCs w:val="20"/>
              </w:rPr>
            </w:pPr>
            <w:r w:rsidRPr="00D5135E">
              <w:rPr>
                <w:rFonts w:cs="B Lotus" w:hint="cs"/>
                <w:sz w:val="20"/>
                <w:szCs w:val="20"/>
                <w:rtl/>
              </w:rPr>
              <w:t>8</w:t>
            </w:r>
          </w:p>
        </w:tc>
        <w:tc>
          <w:tcPr>
            <w:tcW w:w="2103" w:type="dxa"/>
            <w:shd w:val="clear" w:color="auto" w:fill="E1EBF7" w:themeFill="text2" w:themeFillTint="1A"/>
          </w:tcPr>
          <w:p w14:paraId="6DABD8EA" w14:textId="77777777" w:rsidR="00E52C87" w:rsidRPr="00D5135E" w:rsidRDefault="00E52C87" w:rsidP="00D548F0">
            <w:pPr>
              <w:bidi/>
              <w:jc w:val="center"/>
              <w:rPr>
                <w:rFonts w:cs="B Lotus"/>
                <w:sz w:val="20"/>
                <w:szCs w:val="20"/>
              </w:rPr>
            </w:pPr>
            <w:r w:rsidRPr="00D5135E">
              <w:rPr>
                <w:rFonts w:ascii="Arial" w:hAnsi="Arial" w:cs="Arial"/>
                <w:sz w:val="20"/>
                <w:szCs w:val="20"/>
                <w:rtl/>
              </w:rPr>
              <w:t>دسترسی</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افراد</w:t>
            </w:r>
            <w:r w:rsidRPr="00D5135E">
              <w:rPr>
                <w:rFonts w:cs="B Lotus"/>
                <w:sz w:val="20"/>
                <w:szCs w:val="20"/>
              </w:rPr>
              <w:t xml:space="preserve"> </w:t>
            </w:r>
            <w:r w:rsidRPr="00D5135E">
              <w:rPr>
                <w:rFonts w:ascii="Arial" w:hAnsi="Arial" w:cs="Arial"/>
                <w:sz w:val="20"/>
                <w:szCs w:val="20"/>
                <w:rtl/>
              </w:rPr>
              <w:t>دارای</w:t>
            </w:r>
            <w:r w:rsidRPr="00D5135E">
              <w:rPr>
                <w:rFonts w:cs="B Lotus"/>
                <w:sz w:val="20"/>
                <w:szCs w:val="20"/>
              </w:rPr>
              <w:t xml:space="preserve"> </w:t>
            </w:r>
            <w:r w:rsidRPr="00D5135E">
              <w:rPr>
                <w:rFonts w:ascii="Arial" w:hAnsi="Arial" w:cs="Arial"/>
                <w:sz w:val="20"/>
                <w:szCs w:val="20"/>
                <w:rtl/>
              </w:rPr>
              <w:t>معلولیت</w:t>
            </w:r>
          </w:p>
        </w:tc>
      </w:tr>
      <w:tr w:rsidR="00E52C87" w14:paraId="5A6C07BC" w14:textId="77777777" w:rsidTr="00236876">
        <w:trPr>
          <w:trHeight w:val="253"/>
          <w:jc w:val="center"/>
        </w:trPr>
        <w:tc>
          <w:tcPr>
            <w:tcW w:w="1049" w:type="dxa"/>
          </w:tcPr>
          <w:p w14:paraId="3CDAF7F4" w14:textId="77777777" w:rsidR="00E52C87" w:rsidRPr="00D5135E" w:rsidRDefault="00E52C87" w:rsidP="00D548F0">
            <w:pPr>
              <w:bidi/>
              <w:jc w:val="center"/>
              <w:rPr>
                <w:rFonts w:cs="B Lotus"/>
                <w:sz w:val="20"/>
                <w:szCs w:val="20"/>
              </w:rPr>
            </w:pPr>
            <w:r w:rsidRPr="00D5135E">
              <w:rPr>
                <w:rFonts w:cs="B Lotus" w:hint="cs"/>
                <w:sz w:val="20"/>
                <w:szCs w:val="20"/>
                <w:rtl/>
              </w:rPr>
              <w:t>19</w:t>
            </w:r>
          </w:p>
        </w:tc>
        <w:tc>
          <w:tcPr>
            <w:tcW w:w="2629" w:type="dxa"/>
            <w:shd w:val="clear" w:color="auto" w:fill="FDE9D9" w:themeFill="accent6" w:themeFillTint="33"/>
          </w:tcPr>
          <w:p w14:paraId="37671F30" w14:textId="77777777" w:rsidR="00E52C87" w:rsidRPr="00D5135E" w:rsidRDefault="00E52C87" w:rsidP="00D548F0">
            <w:pPr>
              <w:bidi/>
              <w:jc w:val="center"/>
              <w:rPr>
                <w:rFonts w:cs="B Lotus"/>
                <w:sz w:val="20"/>
                <w:szCs w:val="20"/>
              </w:rPr>
            </w:pPr>
            <w:r w:rsidRPr="00D5135E">
              <w:rPr>
                <w:rFonts w:ascii="Arial" w:hAnsi="Arial" w:cs="Arial"/>
                <w:sz w:val="20"/>
                <w:szCs w:val="20"/>
                <w:rtl/>
              </w:rPr>
              <w:t>برنامه</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تخصصی</w:t>
            </w:r>
            <w:r w:rsidRPr="00D5135E">
              <w:rPr>
                <w:rFonts w:cs="B Lotus"/>
                <w:sz w:val="20"/>
                <w:szCs w:val="20"/>
              </w:rPr>
              <w:t xml:space="preserve"> (</w:t>
            </w:r>
            <w:r w:rsidRPr="00D5135E">
              <w:rPr>
                <w:rFonts w:ascii="Arial" w:hAnsi="Arial" w:cs="Arial"/>
                <w:sz w:val="20"/>
                <w:szCs w:val="20"/>
                <w:rtl/>
              </w:rPr>
              <w:t>تیم</w:t>
            </w:r>
            <w:r w:rsidRPr="00D5135E">
              <w:rPr>
                <w:rFonts w:cs="B Lotus"/>
                <w:sz w:val="20"/>
                <w:szCs w:val="20"/>
              </w:rPr>
              <w:t xml:space="preserve"> </w:t>
            </w:r>
            <w:r w:rsidRPr="00D5135E">
              <w:rPr>
                <w:rFonts w:ascii="Arial" w:hAnsi="Arial" w:cs="Arial"/>
                <w:sz w:val="20"/>
                <w:szCs w:val="20"/>
                <w:rtl/>
              </w:rPr>
              <w:t>شنا،</w:t>
            </w:r>
            <w:r w:rsidRPr="00D5135E">
              <w:rPr>
                <w:rFonts w:cs="B Lotus"/>
                <w:sz w:val="20"/>
                <w:szCs w:val="20"/>
              </w:rPr>
              <w:t xml:space="preserve"> </w:t>
            </w:r>
            <w:r w:rsidRPr="00D5135E">
              <w:rPr>
                <w:rFonts w:ascii="Arial" w:hAnsi="Arial" w:cs="Arial"/>
                <w:sz w:val="20"/>
                <w:szCs w:val="20"/>
                <w:rtl/>
              </w:rPr>
              <w:t>شیرجه،</w:t>
            </w:r>
            <w:r w:rsidRPr="00D5135E">
              <w:rPr>
                <w:rFonts w:cs="B Lotus"/>
                <w:sz w:val="20"/>
                <w:szCs w:val="20"/>
              </w:rPr>
              <w:t xml:space="preserve"> </w:t>
            </w:r>
            <w:r w:rsidRPr="00D5135E">
              <w:rPr>
                <w:rFonts w:ascii="Arial" w:hAnsi="Arial" w:cs="Arial"/>
                <w:sz w:val="20"/>
                <w:szCs w:val="20"/>
                <w:rtl/>
              </w:rPr>
              <w:t>واترپلو،</w:t>
            </w:r>
            <w:r w:rsidRPr="00D5135E">
              <w:rPr>
                <w:rFonts w:cs="B Lotus"/>
                <w:sz w:val="20"/>
                <w:szCs w:val="20"/>
              </w:rPr>
              <w:t xml:space="preserve"> </w:t>
            </w:r>
            <w:r w:rsidRPr="00D5135E">
              <w:rPr>
                <w:rFonts w:ascii="Arial" w:hAnsi="Arial" w:cs="Arial"/>
                <w:sz w:val="20"/>
                <w:szCs w:val="20"/>
                <w:rtl/>
              </w:rPr>
              <w:t>رقص</w:t>
            </w:r>
            <w:r w:rsidRPr="00D5135E">
              <w:rPr>
                <w:rFonts w:cs="B Lotus"/>
                <w:sz w:val="20"/>
                <w:szCs w:val="20"/>
              </w:rPr>
              <w:t xml:space="preserve"> </w:t>
            </w:r>
            <w:r w:rsidRPr="00D5135E">
              <w:rPr>
                <w:rFonts w:ascii="Arial" w:hAnsi="Arial" w:cs="Arial"/>
                <w:sz w:val="20"/>
                <w:szCs w:val="20"/>
                <w:rtl/>
              </w:rPr>
              <w:t>در</w:t>
            </w:r>
            <w:r w:rsidRPr="00D5135E">
              <w:rPr>
                <w:rFonts w:cs="B Lotus"/>
                <w:sz w:val="20"/>
                <w:szCs w:val="20"/>
              </w:rPr>
              <w:t xml:space="preserve"> </w:t>
            </w:r>
            <w:r w:rsidRPr="00D5135E">
              <w:rPr>
                <w:rFonts w:ascii="Arial" w:hAnsi="Arial" w:cs="Arial"/>
                <w:sz w:val="20"/>
                <w:szCs w:val="20"/>
                <w:rtl/>
              </w:rPr>
              <w:t>آب</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نجات</w:t>
            </w:r>
            <w:r w:rsidRPr="00D5135E">
              <w:rPr>
                <w:rFonts w:cs="B Lotus"/>
                <w:sz w:val="20"/>
                <w:szCs w:val="20"/>
              </w:rPr>
              <w:t xml:space="preserve"> </w:t>
            </w:r>
            <w:r w:rsidRPr="00D5135E">
              <w:rPr>
                <w:rFonts w:ascii="Arial" w:hAnsi="Arial" w:cs="Arial"/>
                <w:sz w:val="20"/>
                <w:szCs w:val="20"/>
                <w:rtl/>
              </w:rPr>
              <w:t>غریق</w:t>
            </w:r>
            <w:r w:rsidRPr="00D5135E">
              <w:rPr>
                <w:rFonts w:cs="B Lotus"/>
                <w:sz w:val="20"/>
                <w:szCs w:val="20"/>
              </w:rPr>
              <w:t>)</w:t>
            </w:r>
          </w:p>
        </w:tc>
        <w:tc>
          <w:tcPr>
            <w:tcW w:w="918" w:type="dxa"/>
          </w:tcPr>
          <w:p w14:paraId="0A243C39" w14:textId="77777777" w:rsidR="00E52C87" w:rsidRPr="00D5135E" w:rsidRDefault="00E52C87" w:rsidP="00D548F0">
            <w:pPr>
              <w:bidi/>
              <w:jc w:val="center"/>
              <w:rPr>
                <w:rFonts w:cs="B Lotus"/>
                <w:sz w:val="20"/>
                <w:szCs w:val="20"/>
              </w:rPr>
            </w:pPr>
            <w:r w:rsidRPr="00D5135E">
              <w:rPr>
                <w:rFonts w:cs="B Lotus" w:hint="cs"/>
                <w:sz w:val="20"/>
                <w:szCs w:val="20"/>
                <w:rtl/>
              </w:rPr>
              <w:t>3</w:t>
            </w:r>
          </w:p>
        </w:tc>
        <w:tc>
          <w:tcPr>
            <w:tcW w:w="2762" w:type="dxa"/>
            <w:shd w:val="clear" w:color="auto" w:fill="F2DBDB" w:themeFill="accent2" w:themeFillTint="33"/>
          </w:tcPr>
          <w:p w14:paraId="2B270AA2"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ساختار</w:t>
            </w:r>
            <w:r w:rsidRPr="00D5135E">
              <w:rPr>
                <w:rFonts w:cs="B Lotus"/>
                <w:sz w:val="20"/>
                <w:szCs w:val="20"/>
              </w:rPr>
              <w:t xml:space="preserve"> </w:t>
            </w:r>
            <w:r w:rsidRPr="00D5135E">
              <w:rPr>
                <w:rFonts w:ascii="Arial" w:hAnsi="Arial" w:cs="Arial"/>
                <w:sz w:val="20"/>
                <w:szCs w:val="20"/>
                <w:rtl/>
              </w:rPr>
              <w:t>سازمانی</w:t>
            </w:r>
          </w:p>
        </w:tc>
        <w:tc>
          <w:tcPr>
            <w:tcW w:w="918" w:type="dxa"/>
          </w:tcPr>
          <w:p w14:paraId="13CFBDF9" w14:textId="77777777" w:rsidR="00E52C87" w:rsidRPr="00D5135E" w:rsidRDefault="00E52C87" w:rsidP="00D548F0">
            <w:pPr>
              <w:bidi/>
              <w:jc w:val="center"/>
              <w:rPr>
                <w:rFonts w:cs="B Lotus"/>
                <w:sz w:val="20"/>
                <w:szCs w:val="20"/>
              </w:rPr>
            </w:pPr>
            <w:r w:rsidRPr="00D5135E">
              <w:rPr>
                <w:rFonts w:cs="B Lotus" w:hint="cs"/>
                <w:sz w:val="20"/>
                <w:szCs w:val="20"/>
                <w:rtl/>
              </w:rPr>
              <w:t>17</w:t>
            </w:r>
          </w:p>
        </w:tc>
        <w:tc>
          <w:tcPr>
            <w:tcW w:w="2103" w:type="dxa"/>
            <w:shd w:val="clear" w:color="auto" w:fill="E1EBF7" w:themeFill="text2" w:themeFillTint="1A"/>
          </w:tcPr>
          <w:p w14:paraId="23B7BA1F" w14:textId="77777777" w:rsidR="00E52C87" w:rsidRPr="00D5135E" w:rsidRDefault="00E52C87" w:rsidP="00D548F0">
            <w:pPr>
              <w:bidi/>
              <w:jc w:val="center"/>
              <w:rPr>
                <w:rFonts w:cs="B Lotus"/>
                <w:sz w:val="20"/>
                <w:szCs w:val="20"/>
              </w:rPr>
            </w:pPr>
            <w:r w:rsidRPr="00D5135E">
              <w:rPr>
                <w:rFonts w:ascii="Arial" w:hAnsi="Arial" w:cs="Arial"/>
                <w:sz w:val="20"/>
                <w:szCs w:val="20"/>
                <w:rtl/>
              </w:rPr>
              <w:t>ایمنی</w:t>
            </w:r>
            <w:r w:rsidRPr="00D5135E">
              <w:rPr>
                <w:rFonts w:cs="B Lotus"/>
                <w:sz w:val="20"/>
                <w:szCs w:val="20"/>
              </w:rPr>
              <w:t xml:space="preserve"> </w:t>
            </w:r>
            <w:r w:rsidRPr="00D5135E">
              <w:rPr>
                <w:rFonts w:ascii="Arial" w:hAnsi="Arial" w:cs="Arial"/>
                <w:sz w:val="20"/>
                <w:szCs w:val="20"/>
                <w:rtl/>
              </w:rPr>
              <w:t>راه</w:t>
            </w:r>
            <w:r w:rsidRPr="00D5135E">
              <w:rPr>
                <w:rFonts w:cs="B Lotus"/>
                <w:sz w:val="20"/>
                <w:szCs w:val="20"/>
              </w:rPr>
              <w:t xml:space="preserve"> </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ارتباطی</w:t>
            </w:r>
            <w:r w:rsidRPr="00D5135E">
              <w:rPr>
                <w:rFonts w:cs="B Lotus"/>
                <w:sz w:val="20"/>
                <w:szCs w:val="20"/>
              </w:rPr>
              <w:t xml:space="preserve"> </w:t>
            </w:r>
            <w:r w:rsidRPr="00D5135E">
              <w:rPr>
                <w:rFonts w:ascii="Arial" w:hAnsi="Arial" w:cs="Arial"/>
                <w:sz w:val="20"/>
                <w:szCs w:val="20"/>
                <w:rtl/>
              </w:rPr>
              <w:t>بین</w:t>
            </w:r>
            <w:r w:rsidRPr="00D5135E">
              <w:rPr>
                <w:rFonts w:cs="B Lotus"/>
                <w:sz w:val="20"/>
                <w:szCs w:val="20"/>
              </w:rPr>
              <w:t xml:space="preserve"> </w:t>
            </w:r>
            <w:r w:rsidRPr="00D5135E">
              <w:rPr>
                <w:rFonts w:ascii="Arial" w:hAnsi="Arial" w:cs="Arial"/>
                <w:sz w:val="20"/>
                <w:szCs w:val="20"/>
                <w:rtl/>
              </w:rPr>
              <w:t>بخش</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مختلف</w:t>
            </w:r>
          </w:p>
        </w:tc>
      </w:tr>
      <w:tr w:rsidR="00E52C87" w14:paraId="2E6D2B27" w14:textId="77777777" w:rsidTr="00236876">
        <w:trPr>
          <w:trHeight w:val="182"/>
          <w:jc w:val="center"/>
        </w:trPr>
        <w:tc>
          <w:tcPr>
            <w:tcW w:w="1049" w:type="dxa"/>
          </w:tcPr>
          <w:p w14:paraId="7D719448" w14:textId="77777777" w:rsidR="00E52C87" w:rsidRPr="00D5135E" w:rsidRDefault="00E52C87" w:rsidP="00D548F0">
            <w:pPr>
              <w:bidi/>
              <w:jc w:val="center"/>
              <w:rPr>
                <w:rFonts w:cs="B Lotus"/>
                <w:sz w:val="20"/>
                <w:szCs w:val="20"/>
              </w:rPr>
            </w:pPr>
            <w:r w:rsidRPr="00D5135E">
              <w:rPr>
                <w:rFonts w:cs="B Lotus" w:hint="cs"/>
                <w:sz w:val="20"/>
                <w:szCs w:val="20"/>
                <w:rtl/>
              </w:rPr>
              <w:t>16</w:t>
            </w:r>
          </w:p>
        </w:tc>
        <w:tc>
          <w:tcPr>
            <w:tcW w:w="2629" w:type="dxa"/>
            <w:shd w:val="clear" w:color="auto" w:fill="FDE9D9" w:themeFill="accent6" w:themeFillTint="33"/>
          </w:tcPr>
          <w:p w14:paraId="095277F5" w14:textId="77777777" w:rsidR="00E52C87" w:rsidRPr="00D5135E" w:rsidRDefault="00E52C87" w:rsidP="00D548F0">
            <w:pPr>
              <w:bidi/>
              <w:jc w:val="center"/>
              <w:rPr>
                <w:rFonts w:cs="B Lotus"/>
                <w:sz w:val="20"/>
                <w:szCs w:val="20"/>
              </w:rPr>
            </w:pPr>
            <w:r w:rsidRPr="00D5135E">
              <w:rPr>
                <w:rFonts w:ascii="Arial" w:hAnsi="Arial" w:cs="Arial"/>
                <w:sz w:val="20"/>
                <w:szCs w:val="20"/>
                <w:rtl/>
              </w:rPr>
              <w:t>کلاس</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ویژه</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افراد</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نیازهای</w:t>
            </w:r>
            <w:r w:rsidRPr="00D5135E">
              <w:rPr>
                <w:rFonts w:cs="B Lotus"/>
                <w:sz w:val="20"/>
                <w:szCs w:val="20"/>
              </w:rPr>
              <w:t xml:space="preserve"> </w:t>
            </w:r>
            <w:r w:rsidRPr="00D5135E">
              <w:rPr>
                <w:rFonts w:ascii="Arial" w:hAnsi="Arial" w:cs="Arial"/>
                <w:sz w:val="20"/>
                <w:szCs w:val="20"/>
                <w:rtl/>
              </w:rPr>
              <w:t>خاص</w:t>
            </w:r>
            <w:r w:rsidRPr="00D5135E">
              <w:rPr>
                <w:rFonts w:cs="B Lotus"/>
                <w:sz w:val="20"/>
                <w:szCs w:val="20"/>
              </w:rPr>
              <w:t xml:space="preserve">  </w:t>
            </w:r>
            <w:r w:rsidRPr="00D5135E">
              <w:rPr>
                <w:rFonts w:ascii="Arial" w:hAnsi="Arial" w:cs="Arial"/>
                <w:sz w:val="20"/>
                <w:szCs w:val="20"/>
                <w:rtl/>
              </w:rPr>
              <w:t>یا</w:t>
            </w:r>
            <w:r w:rsidRPr="00D5135E">
              <w:rPr>
                <w:rFonts w:cs="B Lotus"/>
                <w:sz w:val="20"/>
                <w:szCs w:val="20"/>
              </w:rPr>
              <w:t xml:space="preserve"> </w:t>
            </w:r>
            <w:r w:rsidRPr="00D5135E">
              <w:rPr>
                <w:rFonts w:ascii="Arial" w:hAnsi="Arial" w:cs="Arial"/>
                <w:sz w:val="20"/>
                <w:szCs w:val="20"/>
                <w:rtl/>
              </w:rPr>
              <w:t>توان</w:t>
            </w:r>
            <w:r w:rsidRPr="00D5135E">
              <w:rPr>
                <w:rFonts w:cs="B Lotus"/>
                <w:sz w:val="20"/>
                <w:szCs w:val="20"/>
              </w:rPr>
              <w:t xml:space="preserve"> </w:t>
            </w:r>
            <w:r w:rsidRPr="00D5135E">
              <w:rPr>
                <w:rFonts w:ascii="Arial" w:hAnsi="Arial" w:cs="Arial"/>
                <w:sz w:val="20"/>
                <w:szCs w:val="20"/>
                <w:rtl/>
              </w:rPr>
              <w:t>یابی</w:t>
            </w:r>
          </w:p>
        </w:tc>
        <w:tc>
          <w:tcPr>
            <w:tcW w:w="918" w:type="dxa"/>
          </w:tcPr>
          <w:p w14:paraId="3BD0B7C3" w14:textId="77777777" w:rsidR="00E52C87" w:rsidRPr="00D5135E" w:rsidRDefault="00E52C87" w:rsidP="00D548F0">
            <w:pPr>
              <w:bidi/>
              <w:jc w:val="center"/>
              <w:rPr>
                <w:rFonts w:cs="B Lotus"/>
                <w:sz w:val="20"/>
                <w:szCs w:val="20"/>
              </w:rPr>
            </w:pPr>
            <w:r w:rsidRPr="00D5135E">
              <w:rPr>
                <w:rFonts w:cs="B Lotus" w:hint="cs"/>
                <w:sz w:val="20"/>
                <w:szCs w:val="20"/>
                <w:rtl/>
              </w:rPr>
              <w:t>6</w:t>
            </w:r>
          </w:p>
        </w:tc>
        <w:tc>
          <w:tcPr>
            <w:tcW w:w="2762" w:type="dxa"/>
            <w:shd w:val="clear" w:color="auto" w:fill="F2DBDB" w:themeFill="accent2" w:themeFillTint="33"/>
          </w:tcPr>
          <w:p w14:paraId="512691CD" w14:textId="77777777" w:rsidR="00E52C87" w:rsidRPr="00D5135E" w:rsidRDefault="00E52C87" w:rsidP="00D548F0">
            <w:pPr>
              <w:bidi/>
              <w:jc w:val="center"/>
              <w:rPr>
                <w:rFonts w:cs="B Lotus"/>
                <w:sz w:val="20"/>
                <w:szCs w:val="20"/>
              </w:rPr>
            </w:pPr>
            <w:r w:rsidRPr="00D5135E">
              <w:rPr>
                <w:rFonts w:ascii="Arial" w:hAnsi="Arial" w:cs="Arial"/>
                <w:sz w:val="20"/>
                <w:szCs w:val="20"/>
                <w:rtl/>
              </w:rPr>
              <w:t>نظارت</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ارزیابی</w:t>
            </w:r>
            <w:r w:rsidRPr="00D5135E">
              <w:rPr>
                <w:rFonts w:cs="B Lotus"/>
                <w:sz w:val="20"/>
                <w:szCs w:val="20"/>
              </w:rPr>
              <w:t xml:space="preserve"> </w:t>
            </w:r>
            <w:r w:rsidRPr="00D5135E">
              <w:rPr>
                <w:rFonts w:ascii="Arial" w:hAnsi="Arial" w:cs="Arial"/>
                <w:sz w:val="20"/>
                <w:szCs w:val="20"/>
                <w:rtl/>
              </w:rPr>
              <w:t>عملکرد</w:t>
            </w:r>
          </w:p>
        </w:tc>
        <w:tc>
          <w:tcPr>
            <w:tcW w:w="918" w:type="dxa"/>
          </w:tcPr>
          <w:p w14:paraId="4FB436C5" w14:textId="77777777" w:rsidR="00E52C87" w:rsidRPr="00D5135E" w:rsidRDefault="00E52C87" w:rsidP="00D548F0">
            <w:pPr>
              <w:bidi/>
              <w:jc w:val="center"/>
              <w:rPr>
                <w:rFonts w:cs="B Lotus"/>
                <w:sz w:val="20"/>
                <w:szCs w:val="20"/>
              </w:rPr>
            </w:pPr>
            <w:r w:rsidRPr="00D5135E">
              <w:rPr>
                <w:rFonts w:cs="B Lotus" w:hint="cs"/>
                <w:sz w:val="20"/>
                <w:szCs w:val="20"/>
                <w:rtl/>
              </w:rPr>
              <w:t>19</w:t>
            </w:r>
          </w:p>
        </w:tc>
        <w:tc>
          <w:tcPr>
            <w:tcW w:w="2103" w:type="dxa"/>
            <w:shd w:val="clear" w:color="auto" w:fill="E1EBF7" w:themeFill="text2" w:themeFillTint="1A"/>
          </w:tcPr>
          <w:p w14:paraId="4FA6007A" w14:textId="77777777" w:rsidR="00E52C87" w:rsidRPr="00D5135E" w:rsidRDefault="00E52C87" w:rsidP="00D548F0">
            <w:pPr>
              <w:bidi/>
              <w:jc w:val="center"/>
              <w:rPr>
                <w:rFonts w:cs="B Lotus"/>
                <w:sz w:val="20"/>
                <w:szCs w:val="20"/>
              </w:rPr>
            </w:pPr>
            <w:r w:rsidRPr="00D5135E">
              <w:rPr>
                <w:rFonts w:ascii="Arial" w:hAnsi="Arial" w:cs="Arial"/>
                <w:sz w:val="20"/>
                <w:szCs w:val="20"/>
                <w:rtl/>
              </w:rPr>
              <w:t>طراحی</w:t>
            </w:r>
            <w:r w:rsidRPr="00D5135E">
              <w:rPr>
                <w:rFonts w:cs="B Lotus"/>
                <w:sz w:val="20"/>
                <w:szCs w:val="20"/>
              </w:rPr>
              <w:t xml:space="preserve"> </w:t>
            </w:r>
            <w:r w:rsidRPr="00D5135E">
              <w:rPr>
                <w:rFonts w:ascii="Arial" w:hAnsi="Arial" w:cs="Arial"/>
                <w:sz w:val="20"/>
                <w:szCs w:val="20"/>
                <w:rtl/>
              </w:rPr>
              <w:t>بهینه</w:t>
            </w:r>
            <w:r w:rsidRPr="00D5135E">
              <w:rPr>
                <w:rFonts w:cs="B Lotus"/>
                <w:sz w:val="20"/>
                <w:szCs w:val="20"/>
              </w:rPr>
              <w:t xml:space="preserve"> </w:t>
            </w:r>
            <w:r w:rsidRPr="00D5135E">
              <w:rPr>
                <w:rFonts w:ascii="Arial" w:hAnsi="Arial" w:cs="Arial"/>
                <w:sz w:val="20"/>
                <w:szCs w:val="20"/>
                <w:rtl/>
              </w:rPr>
              <w:t>فضای</w:t>
            </w:r>
            <w:r w:rsidRPr="00D5135E">
              <w:rPr>
                <w:rFonts w:cs="B Lotus"/>
                <w:sz w:val="20"/>
                <w:szCs w:val="20"/>
              </w:rPr>
              <w:t xml:space="preserve"> </w:t>
            </w:r>
            <w:r w:rsidRPr="00D5135E">
              <w:rPr>
                <w:rFonts w:ascii="Arial" w:hAnsi="Arial" w:cs="Arial"/>
                <w:sz w:val="20"/>
                <w:szCs w:val="20"/>
                <w:rtl/>
              </w:rPr>
              <w:t>استخر</w:t>
            </w:r>
          </w:p>
        </w:tc>
      </w:tr>
      <w:tr w:rsidR="00E52C87" w14:paraId="2B47B08B" w14:textId="77777777" w:rsidTr="00236876">
        <w:trPr>
          <w:trHeight w:val="183"/>
          <w:jc w:val="center"/>
        </w:trPr>
        <w:tc>
          <w:tcPr>
            <w:tcW w:w="1049" w:type="dxa"/>
          </w:tcPr>
          <w:p w14:paraId="2D1D410C" w14:textId="77777777" w:rsidR="00E52C87" w:rsidRPr="00D5135E" w:rsidRDefault="00E52C87" w:rsidP="00D548F0">
            <w:pPr>
              <w:bidi/>
              <w:jc w:val="center"/>
              <w:rPr>
                <w:rFonts w:cs="B Lotus"/>
                <w:sz w:val="20"/>
                <w:szCs w:val="20"/>
              </w:rPr>
            </w:pPr>
            <w:r w:rsidRPr="00D5135E">
              <w:rPr>
                <w:rFonts w:cs="B Lotus" w:hint="cs"/>
                <w:sz w:val="20"/>
                <w:szCs w:val="20"/>
                <w:rtl/>
              </w:rPr>
              <w:t>19</w:t>
            </w:r>
          </w:p>
        </w:tc>
        <w:tc>
          <w:tcPr>
            <w:tcW w:w="2629" w:type="dxa"/>
            <w:shd w:val="clear" w:color="auto" w:fill="FDE9D9" w:themeFill="accent6" w:themeFillTint="33"/>
          </w:tcPr>
          <w:p w14:paraId="565546F2"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مرکز</w:t>
            </w:r>
            <w:r w:rsidRPr="00D5135E">
              <w:rPr>
                <w:rFonts w:cs="B Lotus"/>
                <w:sz w:val="20"/>
                <w:szCs w:val="20"/>
              </w:rPr>
              <w:t xml:space="preserve"> </w:t>
            </w:r>
            <w:r w:rsidRPr="00D5135E">
              <w:rPr>
                <w:rFonts w:ascii="Arial" w:hAnsi="Arial" w:cs="Arial"/>
                <w:sz w:val="20"/>
                <w:szCs w:val="20"/>
                <w:rtl/>
              </w:rPr>
              <w:t>تخصصی</w:t>
            </w:r>
            <w:r w:rsidRPr="00D5135E">
              <w:rPr>
                <w:rFonts w:cs="B Lotus"/>
                <w:sz w:val="20"/>
                <w:szCs w:val="20"/>
              </w:rPr>
              <w:t xml:space="preserve"> (</w:t>
            </w:r>
            <w:r w:rsidRPr="00D5135E">
              <w:rPr>
                <w:rFonts w:ascii="Arial" w:hAnsi="Arial" w:cs="Arial"/>
                <w:sz w:val="20"/>
                <w:szCs w:val="20"/>
                <w:rtl/>
              </w:rPr>
              <w:t>مدرسه</w:t>
            </w:r>
            <w:r w:rsidRPr="00D5135E">
              <w:rPr>
                <w:rFonts w:cs="B Lotus"/>
                <w:sz w:val="20"/>
                <w:szCs w:val="20"/>
              </w:rPr>
              <w:t xml:space="preserve"> </w:t>
            </w:r>
            <w:r w:rsidRPr="00D5135E">
              <w:rPr>
                <w:rFonts w:ascii="Arial" w:hAnsi="Arial" w:cs="Arial"/>
                <w:sz w:val="20"/>
                <w:szCs w:val="20"/>
                <w:rtl/>
              </w:rPr>
              <w:t>شنا</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استخر</w:t>
            </w:r>
          </w:p>
        </w:tc>
        <w:tc>
          <w:tcPr>
            <w:tcW w:w="918" w:type="dxa"/>
          </w:tcPr>
          <w:p w14:paraId="208F86BC" w14:textId="77777777" w:rsidR="00E52C87" w:rsidRPr="00D5135E" w:rsidRDefault="00E52C87" w:rsidP="00D548F0">
            <w:pPr>
              <w:bidi/>
              <w:jc w:val="center"/>
              <w:rPr>
                <w:rFonts w:cs="B Lotus"/>
                <w:sz w:val="20"/>
                <w:szCs w:val="20"/>
              </w:rPr>
            </w:pPr>
            <w:r w:rsidRPr="00D5135E">
              <w:rPr>
                <w:rFonts w:cs="B Lotus" w:hint="cs"/>
                <w:sz w:val="20"/>
                <w:szCs w:val="20"/>
                <w:rtl/>
              </w:rPr>
              <w:t>5</w:t>
            </w:r>
          </w:p>
        </w:tc>
        <w:tc>
          <w:tcPr>
            <w:tcW w:w="2762" w:type="dxa"/>
            <w:shd w:val="clear" w:color="auto" w:fill="F2DBDB" w:themeFill="accent2" w:themeFillTint="33"/>
          </w:tcPr>
          <w:p w14:paraId="3D30A573" w14:textId="77777777" w:rsidR="00E52C87" w:rsidRPr="00D5135E" w:rsidRDefault="00E52C87" w:rsidP="00D548F0">
            <w:pPr>
              <w:bidi/>
              <w:jc w:val="center"/>
              <w:rPr>
                <w:rFonts w:cs="B Lotus"/>
                <w:sz w:val="20"/>
                <w:szCs w:val="20"/>
              </w:rPr>
            </w:pPr>
            <w:r w:rsidRPr="00D5135E">
              <w:rPr>
                <w:rFonts w:ascii="Arial" w:hAnsi="Arial" w:cs="Arial"/>
                <w:sz w:val="20"/>
                <w:szCs w:val="20"/>
                <w:rtl/>
              </w:rPr>
              <w:t>استفاده</w:t>
            </w:r>
            <w:r w:rsidRPr="00D5135E">
              <w:rPr>
                <w:rFonts w:cs="B Lotus"/>
                <w:sz w:val="20"/>
                <w:szCs w:val="20"/>
              </w:rPr>
              <w:t xml:space="preserve"> </w:t>
            </w:r>
            <w:r w:rsidRPr="00D5135E">
              <w:rPr>
                <w:rFonts w:ascii="Arial" w:hAnsi="Arial" w:cs="Arial"/>
                <w:sz w:val="20"/>
                <w:szCs w:val="20"/>
                <w:rtl/>
              </w:rPr>
              <w:t>از</w:t>
            </w:r>
            <w:r w:rsidRPr="00D5135E">
              <w:rPr>
                <w:rFonts w:cs="B Lotus"/>
                <w:sz w:val="20"/>
                <w:szCs w:val="20"/>
              </w:rPr>
              <w:t xml:space="preserve"> </w:t>
            </w:r>
            <w:r w:rsidRPr="00D5135E">
              <w:rPr>
                <w:rFonts w:ascii="Arial" w:hAnsi="Arial" w:cs="Arial"/>
                <w:sz w:val="20"/>
                <w:szCs w:val="20"/>
                <w:rtl/>
              </w:rPr>
              <w:t>مدل</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اجرای</w:t>
            </w:r>
            <w:r w:rsidRPr="00D5135E">
              <w:rPr>
                <w:rFonts w:cs="B Lotus"/>
                <w:sz w:val="20"/>
                <w:szCs w:val="20"/>
              </w:rPr>
              <w:t xml:space="preserve"> </w:t>
            </w:r>
            <w:r w:rsidRPr="00D5135E">
              <w:rPr>
                <w:rFonts w:ascii="Arial" w:hAnsi="Arial" w:cs="Arial"/>
                <w:sz w:val="20"/>
                <w:szCs w:val="20"/>
                <w:rtl/>
              </w:rPr>
              <w:t>برنامه</w:t>
            </w:r>
          </w:p>
        </w:tc>
        <w:tc>
          <w:tcPr>
            <w:tcW w:w="918" w:type="dxa"/>
          </w:tcPr>
          <w:p w14:paraId="0E480DBD" w14:textId="77777777" w:rsidR="00E52C87" w:rsidRPr="00D5135E" w:rsidRDefault="00E52C87" w:rsidP="00D548F0">
            <w:pPr>
              <w:bidi/>
              <w:jc w:val="center"/>
              <w:rPr>
                <w:rFonts w:cs="B Lotus"/>
                <w:sz w:val="20"/>
                <w:szCs w:val="20"/>
              </w:rPr>
            </w:pPr>
            <w:r w:rsidRPr="00D5135E">
              <w:rPr>
                <w:rFonts w:cs="B Lotus" w:hint="cs"/>
                <w:sz w:val="20"/>
                <w:szCs w:val="20"/>
                <w:rtl/>
              </w:rPr>
              <w:t>22</w:t>
            </w:r>
          </w:p>
        </w:tc>
        <w:tc>
          <w:tcPr>
            <w:tcW w:w="2103" w:type="dxa"/>
            <w:shd w:val="clear" w:color="auto" w:fill="E1EBF7" w:themeFill="text2" w:themeFillTint="1A"/>
          </w:tcPr>
          <w:p w14:paraId="7D43C0C8" w14:textId="77777777" w:rsidR="00E52C87" w:rsidRPr="00D5135E" w:rsidRDefault="00E52C87" w:rsidP="00D548F0">
            <w:pPr>
              <w:bidi/>
              <w:jc w:val="center"/>
              <w:rPr>
                <w:rFonts w:cs="B Lotus"/>
                <w:sz w:val="20"/>
                <w:szCs w:val="20"/>
              </w:rPr>
            </w:pPr>
            <w:r w:rsidRPr="00D5135E">
              <w:rPr>
                <w:rFonts w:ascii="Arial" w:hAnsi="Arial" w:cs="Arial"/>
                <w:sz w:val="20"/>
                <w:szCs w:val="20"/>
                <w:rtl/>
              </w:rPr>
              <w:t>طابق</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استانداردهای</w:t>
            </w:r>
            <w:r w:rsidRPr="00D5135E">
              <w:rPr>
                <w:rFonts w:cs="B Lotus"/>
                <w:sz w:val="20"/>
                <w:szCs w:val="20"/>
              </w:rPr>
              <w:t xml:space="preserve"> </w:t>
            </w:r>
            <w:r w:rsidRPr="00D5135E">
              <w:rPr>
                <w:rFonts w:ascii="Arial" w:hAnsi="Arial" w:cs="Arial"/>
                <w:sz w:val="20"/>
                <w:szCs w:val="20"/>
                <w:rtl/>
              </w:rPr>
              <w:t>بین</w:t>
            </w:r>
            <w:r w:rsidRPr="00D5135E">
              <w:rPr>
                <w:rFonts w:cs="B Lotus"/>
                <w:sz w:val="20"/>
                <w:szCs w:val="20"/>
              </w:rPr>
              <w:t xml:space="preserve"> </w:t>
            </w:r>
            <w:r w:rsidRPr="00D5135E">
              <w:rPr>
                <w:rFonts w:ascii="Arial" w:hAnsi="Arial" w:cs="Arial"/>
                <w:sz w:val="20"/>
                <w:szCs w:val="20"/>
                <w:rtl/>
              </w:rPr>
              <w:t>المللی</w:t>
            </w:r>
          </w:p>
        </w:tc>
      </w:tr>
      <w:tr w:rsidR="00E52C87" w14:paraId="10E0C383" w14:textId="77777777" w:rsidTr="00236876">
        <w:trPr>
          <w:trHeight w:val="124"/>
          <w:jc w:val="center"/>
        </w:trPr>
        <w:tc>
          <w:tcPr>
            <w:tcW w:w="1049" w:type="dxa"/>
          </w:tcPr>
          <w:p w14:paraId="784C8FF2" w14:textId="77777777" w:rsidR="00E52C87" w:rsidRPr="00D5135E" w:rsidRDefault="00E52C87" w:rsidP="00D548F0">
            <w:pPr>
              <w:bidi/>
              <w:jc w:val="center"/>
              <w:rPr>
                <w:rFonts w:cs="B Lotus"/>
                <w:sz w:val="20"/>
                <w:szCs w:val="20"/>
              </w:rPr>
            </w:pPr>
            <w:r w:rsidRPr="00D5135E">
              <w:rPr>
                <w:rFonts w:cs="B Lotus" w:hint="cs"/>
                <w:sz w:val="20"/>
                <w:szCs w:val="20"/>
                <w:rtl/>
              </w:rPr>
              <w:t>16</w:t>
            </w:r>
          </w:p>
        </w:tc>
        <w:tc>
          <w:tcPr>
            <w:tcW w:w="2629" w:type="dxa"/>
            <w:shd w:val="clear" w:color="auto" w:fill="FDE9D9" w:themeFill="accent6" w:themeFillTint="33"/>
          </w:tcPr>
          <w:p w14:paraId="2C3B33BF" w14:textId="77777777" w:rsidR="00E52C87" w:rsidRPr="00D5135E" w:rsidRDefault="00E52C87" w:rsidP="00D548F0">
            <w:pPr>
              <w:bidi/>
              <w:jc w:val="center"/>
              <w:rPr>
                <w:rFonts w:cs="B Lotus"/>
                <w:sz w:val="20"/>
                <w:szCs w:val="20"/>
              </w:rPr>
            </w:pPr>
            <w:r w:rsidRPr="00D5135E">
              <w:rPr>
                <w:rFonts w:ascii="Arial" w:hAnsi="Arial" w:cs="Arial"/>
                <w:sz w:val="20"/>
                <w:szCs w:val="20"/>
                <w:rtl/>
              </w:rPr>
              <w:t>برگزاری</w:t>
            </w:r>
            <w:r w:rsidRPr="00D5135E">
              <w:rPr>
                <w:rFonts w:cs="B Lotus"/>
                <w:sz w:val="20"/>
                <w:szCs w:val="20"/>
              </w:rPr>
              <w:t xml:space="preserve"> </w:t>
            </w:r>
            <w:r w:rsidRPr="00D5135E">
              <w:rPr>
                <w:rFonts w:ascii="Arial" w:hAnsi="Arial" w:cs="Arial"/>
                <w:sz w:val="20"/>
                <w:szCs w:val="20"/>
                <w:rtl/>
              </w:rPr>
              <w:t>آزمون</w:t>
            </w:r>
            <w:r w:rsidRPr="00D5135E">
              <w:rPr>
                <w:rFonts w:cs="B Lotus"/>
                <w:sz w:val="20"/>
                <w:szCs w:val="20"/>
              </w:rPr>
              <w:t xml:space="preserve"> 7 </w:t>
            </w:r>
            <w:r w:rsidRPr="00D5135E">
              <w:rPr>
                <w:rFonts w:ascii="Arial" w:hAnsi="Arial" w:cs="Arial"/>
                <w:sz w:val="20"/>
                <w:szCs w:val="20"/>
                <w:rtl/>
              </w:rPr>
              <w:t>سطح</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نوآموزان</w:t>
            </w:r>
          </w:p>
        </w:tc>
        <w:tc>
          <w:tcPr>
            <w:tcW w:w="918" w:type="dxa"/>
          </w:tcPr>
          <w:p w14:paraId="763CF189" w14:textId="0C739D79" w:rsidR="00E52C87" w:rsidRPr="00D5135E" w:rsidRDefault="00E52C87" w:rsidP="00D548F0">
            <w:pPr>
              <w:bidi/>
              <w:jc w:val="center"/>
              <w:rPr>
                <w:rFonts w:cs="B Lotus"/>
                <w:sz w:val="20"/>
                <w:szCs w:val="20"/>
              </w:rPr>
            </w:pPr>
            <w:r w:rsidRPr="00D5135E">
              <w:rPr>
                <w:rFonts w:cs="B Lotus" w:hint="cs"/>
                <w:sz w:val="20"/>
                <w:szCs w:val="20"/>
                <w:rtl/>
              </w:rPr>
              <w:t>10</w:t>
            </w:r>
            <w:r w:rsidR="00236876">
              <w:rPr>
                <w:rFonts w:cs="B Lotus" w:hint="cs"/>
                <w:sz w:val="20"/>
                <w:szCs w:val="20"/>
                <w:rtl/>
              </w:rPr>
              <w:t>2</w:t>
            </w:r>
          </w:p>
        </w:tc>
        <w:tc>
          <w:tcPr>
            <w:tcW w:w="2762" w:type="dxa"/>
            <w:shd w:val="clear" w:color="auto" w:fill="E5B8B7" w:themeFill="accent2" w:themeFillTint="66"/>
          </w:tcPr>
          <w:p w14:paraId="1B0B1C18" w14:textId="77777777" w:rsidR="00E52C87" w:rsidRPr="00D5135E" w:rsidRDefault="00E52C87" w:rsidP="00D548F0">
            <w:pPr>
              <w:bidi/>
              <w:jc w:val="center"/>
              <w:rPr>
                <w:rFonts w:cs="B Lotus"/>
                <w:sz w:val="20"/>
                <w:szCs w:val="20"/>
              </w:rPr>
            </w:pPr>
            <w:r w:rsidRPr="00D5135E">
              <w:rPr>
                <w:rFonts w:ascii="Arial" w:hAnsi="Arial" w:cs="Arial"/>
                <w:sz w:val="20"/>
                <w:szCs w:val="20"/>
                <w:rtl/>
              </w:rPr>
              <w:t>حقوقی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بیمه</w:t>
            </w:r>
            <w:r w:rsidRPr="00D5135E">
              <w:rPr>
                <w:rFonts w:cs="B Lotus"/>
                <w:sz w:val="20"/>
                <w:szCs w:val="20"/>
              </w:rPr>
              <w:t>*</w:t>
            </w:r>
          </w:p>
        </w:tc>
        <w:tc>
          <w:tcPr>
            <w:tcW w:w="918" w:type="dxa"/>
          </w:tcPr>
          <w:p w14:paraId="144179FF" w14:textId="77777777" w:rsidR="00E52C87" w:rsidRPr="00D5135E" w:rsidRDefault="00E52C87" w:rsidP="00D548F0">
            <w:pPr>
              <w:bidi/>
              <w:jc w:val="center"/>
              <w:rPr>
                <w:rFonts w:cs="B Lotus"/>
                <w:sz w:val="20"/>
                <w:szCs w:val="20"/>
              </w:rPr>
            </w:pPr>
            <w:r w:rsidRPr="00D5135E">
              <w:rPr>
                <w:rFonts w:cs="B Lotus" w:hint="cs"/>
                <w:sz w:val="20"/>
                <w:szCs w:val="20"/>
                <w:rtl/>
              </w:rPr>
              <w:t>19</w:t>
            </w:r>
          </w:p>
        </w:tc>
        <w:tc>
          <w:tcPr>
            <w:tcW w:w="2103" w:type="dxa"/>
            <w:shd w:val="clear" w:color="auto" w:fill="E1EBF7" w:themeFill="text2" w:themeFillTint="1A"/>
          </w:tcPr>
          <w:p w14:paraId="2EF1E4BC" w14:textId="77777777" w:rsidR="00E52C87" w:rsidRPr="00D5135E" w:rsidRDefault="00E52C87" w:rsidP="00D548F0">
            <w:pPr>
              <w:bidi/>
              <w:jc w:val="center"/>
              <w:rPr>
                <w:rFonts w:cs="B Lotus"/>
                <w:sz w:val="20"/>
                <w:szCs w:val="20"/>
              </w:rPr>
            </w:pPr>
            <w:r w:rsidRPr="00D5135E">
              <w:rPr>
                <w:rFonts w:ascii="Arial" w:hAnsi="Arial" w:cs="Arial"/>
                <w:sz w:val="20"/>
                <w:szCs w:val="20"/>
                <w:rtl/>
              </w:rPr>
              <w:t>زیبایی</w:t>
            </w:r>
            <w:r w:rsidRPr="00D5135E">
              <w:rPr>
                <w:rFonts w:cs="B Lotus"/>
                <w:sz w:val="20"/>
                <w:szCs w:val="20"/>
              </w:rPr>
              <w:t xml:space="preserve"> </w:t>
            </w:r>
            <w:r w:rsidRPr="00D5135E">
              <w:rPr>
                <w:rFonts w:ascii="Arial" w:hAnsi="Arial" w:cs="Arial"/>
                <w:sz w:val="20"/>
                <w:szCs w:val="20"/>
                <w:rtl/>
              </w:rPr>
              <w:t>شناسی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جذابیت</w:t>
            </w:r>
            <w:r w:rsidRPr="00D5135E">
              <w:rPr>
                <w:rFonts w:cs="B Lotus"/>
                <w:sz w:val="20"/>
                <w:szCs w:val="20"/>
              </w:rPr>
              <w:t xml:space="preserve"> </w:t>
            </w:r>
            <w:r w:rsidRPr="00D5135E">
              <w:rPr>
                <w:rFonts w:ascii="Arial" w:hAnsi="Arial" w:cs="Arial"/>
                <w:sz w:val="20"/>
                <w:szCs w:val="20"/>
                <w:rtl/>
              </w:rPr>
              <w:t>بصری</w:t>
            </w:r>
          </w:p>
        </w:tc>
      </w:tr>
      <w:tr w:rsidR="00E52C87" w14:paraId="464D80E8" w14:textId="77777777" w:rsidTr="00236876">
        <w:trPr>
          <w:trHeight w:val="183"/>
          <w:jc w:val="center"/>
        </w:trPr>
        <w:tc>
          <w:tcPr>
            <w:tcW w:w="1049" w:type="dxa"/>
          </w:tcPr>
          <w:p w14:paraId="19B92972" w14:textId="58D86A50" w:rsidR="00E52C87" w:rsidRPr="00D5135E" w:rsidRDefault="00E52C87" w:rsidP="00D548F0">
            <w:pPr>
              <w:bidi/>
              <w:jc w:val="center"/>
              <w:rPr>
                <w:rFonts w:cs="B Lotus"/>
                <w:sz w:val="20"/>
                <w:szCs w:val="20"/>
              </w:rPr>
            </w:pPr>
            <w:r w:rsidRPr="00D5135E">
              <w:rPr>
                <w:rFonts w:cs="B Lotus" w:hint="cs"/>
                <w:sz w:val="20"/>
                <w:szCs w:val="20"/>
                <w:rtl/>
              </w:rPr>
              <w:t>2</w:t>
            </w:r>
            <w:r w:rsidR="00D558B5">
              <w:rPr>
                <w:rFonts w:cs="B Lotus" w:hint="cs"/>
                <w:sz w:val="20"/>
                <w:szCs w:val="20"/>
                <w:rtl/>
              </w:rPr>
              <w:t>4</w:t>
            </w:r>
          </w:p>
        </w:tc>
        <w:tc>
          <w:tcPr>
            <w:tcW w:w="2629" w:type="dxa"/>
            <w:shd w:val="clear" w:color="auto" w:fill="FBD4B4" w:themeFill="accent6" w:themeFillTint="66"/>
          </w:tcPr>
          <w:p w14:paraId="6F77BE5F" w14:textId="77777777" w:rsidR="00E52C87" w:rsidRPr="00D5135E" w:rsidRDefault="00E52C87" w:rsidP="00D548F0">
            <w:pPr>
              <w:bidi/>
              <w:jc w:val="center"/>
              <w:rPr>
                <w:rFonts w:cs="B Lotus"/>
                <w:sz w:val="20"/>
                <w:szCs w:val="20"/>
              </w:rPr>
            </w:pPr>
            <w:r w:rsidRPr="00D5135E">
              <w:rPr>
                <w:rFonts w:ascii="Arial" w:hAnsi="Arial" w:cs="Arial"/>
                <w:sz w:val="20"/>
                <w:szCs w:val="20"/>
                <w:rtl/>
              </w:rPr>
              <w:t>اخلاق</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تعالی</w:t>
            </w:r>
            <w:r w:rsidRPr="00D5135E">
              <w:rPr>
                <w:rFonts w:cs="B Lotus"/>
                <w:sz w:val="20"/>
                <w:szCs w:val="20"/>
              </w:rPr>
              <w:t>*</w:t>
            </w:r>
          </w:p>
        </w:tc>
        <w:tc>
          <w:tcPr>
            <w:tcW w:w="918" w:type="dxa"/>
          </w:tcPr>
          <w:p w14:paraId="5FCF390C" w14:textId="77777777" w:rsidR="00E52C87" w:rsidRPr="00D5135E" w:rsidRDefault="00E52C87" w:rsidP="00D548F0">
            <w:pPr>
              <w:bidi/>
              <w:jc w:val="center"/>
              <w:rPr>
                <w:rFonts w:cs="B Lotus"/>
                <w:sz w:val="20"/>
                <w:szCs w:val="20"/>
              </w:rPr>
            </w:pPr>
            <w:r w:rsidRPr="00D5135E">
              <w:rPr>
                <w:rFonts w:cs="B Lotus" w:hint="cs"/>
                <w:sz w:val="20"/>
                <w:szCs w:val="20"/>
                <w:rtl/>
              </w:rPr>
              <w:t>20</w:t>
            </w:r>
          </w:p>
        </w:tc>
        <w:tc>
          <w:tcPr>
            <w:tcW w:w="2762" w:type="dxa"/>
            <w:shd w:val="clear" w:color="auto" w:fill="F2DBDB" w:themeFill="accent2" w:themeFillTint="33"/>
          </w:tcPr>
          <w:p w14:paraId="2BCC68FD" w14:textId="77777777" w:rsidR="00E52C87" w:rsidRPr="00D5135E" w:rsidRDefault="00E52C87" w:rsidP="00D548F0">
            <w:pPr>
              <w:bidi/>
              <w:jc w:val="center"/>
              <w:rPr>
                <w:rFonts w:cs="B Lotus"/>
                <w:sz w:val="20"/>
                <w:szCs w:val="20"/>
              </w:rPr>
            </w:pPr>
            <w:r w:rsidRPr="00D5135E">
              <w:rPr>
                <w:rFonts w:ascii="Arial" w:hAnsi="Arial" w:cs="Arial"/>
                <w:sz w:val="20"/>
                <w:szCs w:val="20"/>
                <w:rtl/>
              </w:rPr>
              <w:t>بیمه</w:t>
            </w:r>
            <w:r w:rsidRPr="00D5135E">
              <w:rPr>
                <w:rFonts w:cs="B Lotus"/>
                <w:sz w:val="20"/>
                <w:szCs w:val="20"/>
              </w:rPr>
              <w:t xml:space="preserve"> </w:t>
            </w:r>
            <w:r w:rsidRPr="00D5135E">
              <w:rPr>
                <w:rFonts w:ascii="Arial" w:hAnsi="Arial" w:cs="Arial"/>
                <w:sz w:val="20"/>
                <w:szCs w:val="20"/>
                <w:rtl/>
              </w:rPr>
              <w:t>مسئولیت</w:t>
            </w:r>
            <w:r w:rsidRPr="00D5135E">
              <w:rPr>
                <w:rFonts w:cs="B Lotus"/>
                <w:sz w:val="20"/>
                <w:szCs w:val="20"/>
              </w:rPr>
              <w:t xml:space="preserve"> </w:t>
            </w:r>
            <w:r w:rsidRPr="00D5135E">
              <w:rPr>
                <w:rFonts w:ascii="Arial" w:hAnsi="Arial" w:cs="Arial"/>
                <w:sz w:val="20"/>
                <w:szCs w:val="20"/>
                <w:rtl/>
              </w:rPr>
              <w:t>مدنی</w:t>
            </w:r>
            <w:r w:rsidRPr="00D5135E">
              <w:rPr>
                <w:rFonts w:cs="B Lotus"/>
                <w:sz w:val="20"/>
                <w:szCs w:val="20"/>
              </w:rPr>
              <w:t xml:space="preserve"> </w:t>
            </w:r>
            <w:r w:rsidRPr="00D5135E">
              <w:rPr>
                <w:rFonts w:ascii="Arial" w:hAnsi="Arial" w:cs="Arial"/>
                <w:sz w:val="20"/>
                <w:szCs w:val="20"/>
                <w:rtl/>
              </w:rPr>
              <w:t>کارکنان،</w:t>
            </w:r>
            <w:r w:rsidRPr="00D5135E">
              <w:rPr>
                <w:rFonts w:cs="B Lotus"/>
                <w:sz w:val="20"/>
                <w:szCs w:val="20"/>
              </w:rPr>
              <w:t xml:space="preserve"> </w:t>
            </w:r>
            <w:r w:rsidRPr="00D5135E">
              <w:rPr>
                <w:rFonts w:ascii="Arial" w:hAnsi="Arial" w:cs="Arial"/>
                <w:sz w:val="20"/>
                <w:szCs w:val="20"/>
                <w:rtl/>
              </w:rPr>
              <w:t>ناجیان،</w:t>
            </w:r>
            <w:r w:rsidRPr="00D5135E">
              <w:rPr>
                <w:rFonts w:cs="B Lotus"/>
                <w:sz w:val="20"/>
                <w:szCs w:val="20"/>
              </w:rPr>
              <w:t xml:space="preserve"> </w:t>
            </w:r>
            <w:r w:rsidRPr="00D5135E">
              <w:rPr>
                <w:rFonts w:ascii="Arial" w:hAnsi="Arial" w:cs="Arial"/>
                <w:sz w:val="20"/>
                <w:szCs w:val="20"/>
                <w:rtl/>
              </w:rPr>
              <w:t>مربیان</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مشتریان</w:t>
            </w:r>
          </w:p>
        </w:tc>
        <w:tc>
          <w:tcPr>
            <w:tcW w:w="918" w:type="dxa"/>
          </w:tcPr>
          <w:p w14:paraId="5BE46D67" w14:textId="3CA15FA2" w:rsidR="00E52C87" w:rsidRPr="00D5135E" w:rsidRDefault="00E52C87" w:rsidP="00D548F0">
            <w:pPr>
              <w:bidi/>
              <w:jc w:val="center"/>
              <w:rPr>
                <w:rFonts w:cs="B Lotus"/>
                <w:sz w:val="20"/>
                <w:szCs w:val="20"/>
              </w:rPr>
            </w:pPr>
            <w:r w:rsidRPr="00D5135E">
              <w:rPr>
                <w:rFonts w:cs="B Lotus" w:hint="cs"/>
                <w:sz w:val="20"/>
                <w:szCs w:val="20"/>
                <w:rtl/>
              </w:rPr>
              <w:t>5</w:t>
            </w:r>
            <w:r w:rsidR="0098441D">
              <w:rPr>
                <w:rFonts w:cs="B Lotus" w:hint="cs"/>
                <w:sz w:val="20"/>
                <w:szCs w:val="20"/>
                <w:rtl/>
              </w:rPr>
              <w:t>5</w:t>
            </w:r>
          </w:p>
        </w:tc>
        <w:tc>
          <w:tcPr>
            <w:tcW w:w="2103" w:type="dxa"/>
            <w:shd w:val="clear" w:color="auto" w:fill="B7CFED" w:themeFill="text2" w:themeFillTint="40"/>
          </w:tcPr>
          <w:p w14:paraId="6545EACC" w14:textId="77777777" w:rsidR="00E52C87" w:rsidRPr="00D5135E" w:rsidRDefault="00E52C87" w:rsidP="00D548F0">
            <w:pPr>
              <w:bidi/>
              <w:jc w:val="center"/>
              <w:rPr>
                <w:rFonts w:cs="B Lotus"/>
                <w:sz w:val="20"/>
                <w:szCs w:val="20"/>
              </w:rPr>
            </w:pPr>
            <w:r w:rsidRPr="00D5135E">
              <w:rPr>
                <w:rFonts w:ascii="Arial" w:hAnsi="Arial" w:cs="B Lotus" w:hint="cs"/>
                <w:sz w:val="20"/>
                <w:szCs w:val="20"/>
                <w:rtl/>
              </w:rPr>
              <w:t>*</w:t>
            </w:r>
            <w:r w:rsidRPr="00D5135E">
              <w:rPr>
                <w:rFonts w:ascii="Arial" w:hAnsi="Arial" w:cs="Arial"/>
                <w:sz w:val="20"/>
                <w:szCs w:val="20"/>
                <w:rtl/>
              </w:rPr>
              <w:t>تجهیزات</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تاسیسات</w:t>
            </w:r>
          </w:p>
        </w:tc>
      </w:tr>
      <w:tr w:rsidR="00E52C87" w14:paraId="07C8CEFB" w14:textId="77777777" w:rsidTr="00236876">
        <w:trPr>
          <w:trHeight w:val="367"/>
          <w:jc w:val="center"/>
        </w:trPr>
        <w:tc>
          <w:tcPr>
            <w:tcW w:w="1049" w:type="dxa"/>
          </w:tcPr>
          <w:p w14:paraId="2657143B" w14:textId="77777777" w:rsidR="00E52C87" w:rsidRPr="00D5135E" w:rsidRDefault="00E52C87" w:rsidP="00D548F0">
            <w:pPr>
              <w:bidi/>
              <w:jc w:val="center"/>
              <w:rPr>
                <w:rFonts w:cs="B Lotus"/>
                <w:sz w:val="20"/>
                <w:szCs w:val="20"/>
              </w:rPr>
            </w:pPr>
            <w:r w:rsidRPr="00D5135E">
              <w:rPr>
                <w:rFonts w:cs="B Lotus" w:hint="cs"/>
                <w:sz w:val="20"/>
                <w:szCs w:val="20"/>
                <w:rtl/>
              </w:rPr>
              <w:t>8</w:t>
            </w:r>
          </w:p>
        </w:tc>
        <w:tc>
          <w:tcPr>
            <w:tcW w:w="2629" w:type="dxa"/>
            <w:shd w:val="clear" w:color="auto" w:fill="FDE9D9" w:themeFill="accent6" w:themeFillTint="33"/>
          </w:tcPr>
          <w:p w14:paraId="75AFEE00" w14:textId="77777777" w:rsidR="00E52C87" w:rsidRPr="00D5135E" w:rsidRDefault="00E52C87" w:rsidP="00D548F0">
            <w:pPr>
              <w:bidi/>
              <w:jc w:val="center"/>
              <w:rPr>
                <w:rFonts w:cs="B Lotus"/>
                <w:sz w:val="20"/>
                <w:szCs w:val="20"/>
              </w:rPr>
            </w:pPr>
            <w:r w:rsidRPr="00D5135E">
              <w:rPr>
                <w:rFonts w:ascii="Arial" w:hAnsi="Arial" w:cs="Arial"/>
                <w:sz w:val="20"/>
                <w:szCs w:val="20"/>
                <w:rtl/>
              </w:rPr>
              <w:t>تلاش</w:t>
            </w:r>
            <w:r w:rsidRPr="00D5135E">
              <w:rPr>
                <w:rFonts w:cs="B Lotus"/>
                <w:sz w:val="20"/>
                <w:szCs w:val="20"/>
              </w:rPr>
              <w:t xml:space="preserve"> </w:t>
            </w:r>
            <w:r w:rsidRPr="00D5135E">
              <w:rPr>
                <w:rFonts w:ascii="Arial" w:hAnsi="Arial" w:cs="Arial"/>
                <w:sz w:val="20"/>
                <w:szCs w:val="20"/>
                <w:rtl/>
              </w:rPr>
              <w:t>در</w:t>
            </w:r>
            <w:r w:rsidRPr="00D5135E">
              <w:rPr>
                <w:rFonts w:cs="B Lotus"/>
                <w:sz w:val="20"/>
                <w:szCs w:val="20"/>
              </w:rPr>
              <w:t xml:space="preserve"> </w:t>
            </w:r>
            <w:r w:rsidRPr="00D5135E">
              <w:rPr>
                <w:rFonts w:ascii="Arial" w:hAnsi="Arial" w:cs="Arial"/>
                <w:sz w:val="20"/>
                <w:szCs w:val="20"/>
                <w:rtl/>
              </w:rPr>
              <w:t>جهت</w:t>
            </w:r>
            <w:r w:rsidRPr="00D5135E">
              <w:rPr>
                <w:rFonts w:cs="B Lotus"/>
                <w:sz w:val="20"/>
                <w:szCs w:val="20"/>
              </w:rPr>
              <w:t xml:space="preserve"> </w:t>
            </w:r>
            <w:r w:rsidRPr="00D5135E">
              <w:rPr>
                <w:rFonts w:ascii="Arial" w:hAnsi="Arial" w:cs="Arial"/>
                <w:sz w:val="20"/>
                <w:szCs w:val="20"/>
                <w:rtl/>
              </w:rPr>
              <w:t>ارتقاء</w:t>
            </w:r>
            <w:r w:rsidRPr="00D5135E">
              <w:rPr>
                <w:rFonts w:cs="B Lotus"/>
                <w:sz w:val="20"/>
                <w:szCs w:val="20"/>
              </w:rPr>
              <w:t xml:space="preserve"> </w:t>
            </w:r>
            <w:r w:rsidRPr="00D5135E">
              <w:rPr>
                <w:rFonts w:ascii="Arial" w:hAnsi="Arial" w:cs="Arial"/>
                <w:sz w:val="20"/>
                <w:szCs w:val="20"/>
                <w:rtl/>
              </w:rPr>
              <w:t>سلامت</w:t>
            </w:r>
            <w:r w:rsidRPr="00D5135E">
              <w:rPr>
                <w:rFonts w:cs="B Lotus"/>
                <w:sz w:val="20"/>
                <w:szCs w:val="20"/>
              </w:rPr>
              <w:t xml:space="preserve"> </w:t>
            </w:r>
            <w:r w:rsidRPr="00D5135E">
              <w:rPr>
                <w:rFonts w:ascii="Arial" w:hAnsi="Arial" w:cs="Arial"/>
                <w:sz w:val="20"/>
                <w:szCs w:val="20"/>
                <w:rtl/>
              </w:rPr>
              <w:t>روانی</w:t>
            </w:r>
            <w:r w:rsidRPr="00D5135E">
              <w:rPr>
                <w:rFonts w:cs="B Lotus"/>
                <w:sz w:val="20"/>
                <w:szCs w:val="20"/>
              </w:rPr>
              <w:t xml:space="preserve"> </w:t>
            </w:r>
            <w:r w:rsidRPr="00D5135E">
              <w:rPr>
                <w:rFonts w:ascii="Arial" w:hAnsi="Arial" w:cs="Arial"/>
                <w:sz w:val="20"/>
                <w:szCs w:val="20"/>
                <w:rtl/>
              </w:rPr>
              <w:t>ورزشکاران</w:t>
            </w:r>
          </w:p>
        </w:tc>
        <w:tc>
          <w:tcPr>
            <w:tcW w:w="918" w:type="dxa"/>
          </w:tcPr>
          <w:p w14:paraId="794A7CA5" w14:textId="77777777" w:rsidR="00E52C87" w:rsidRPr="00D5135E" w:rsidRDefault="00E52C87" w:rsidP="00D548F0">
            <w:pPr>
              <w:bidi/>
              <w:jc w:val="center"/>
              <w:rPr>
                <w:rFonts w:cs="B Lotus"/>
                <w:sz w:val="20"/>
                <w:szCs w:val="20"/>
              </w:rPr>
            </w:pPr>
            <w:r w:rsidRPr="00D5135E">
              <w:rPr>
                <w:rFonts w:cs="B Lotus" w:hint="cs"/>
                <w:sz w:val="20"/>
                <w:szCs w:val="20"/>
                <w:rtl/>
              </w:rPr>
              <w:t>20</w:t>
            </w:r>
          </w:p>
        </w:tc>
        <w:tc>
          <w:tcPr>
            <w:tcW w:w="2762" w:type="dxa"/>
            <w:shd w:val="clear" w:color="auto" w:fill="F2DBDB" w:themeFill="accent2" w:themeFillTint="33"/>
          </w:tcPr>
          <w:p w14:paraId="399CAF84"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قرارداد</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توافق</w:t>
            </w:r>
            <w:r w:rsidRPr="00D5135E">
              <w:rPr>
                <w:rFonts w:cs="B Lotus"/>
                <w:sz w:val="20"/>
                <w:szCs w:val="20"/>
              </w:rPr>
              <w:t xml:space="preserve"> </w:t>
            </w:r>
            <w:r w:rsidRPr="00D5135E">
              <w:rPr>
                <w:rFonts w:ascii="Arial" w:hAnsi="Arial" w:cs="Arial"/>
                <w:sz w:val="20"/>
                <w:szCs w:val="20"/>
                <w:rtl/>
              </w:rPr>
              <w:t>نامه</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تمامی</w:t>
            </w:r>
            <w:r w:rsidRPr="00D5135E">
              <w:rPr>
                <w:rFonts w:cs="B Lotus"/>
                <w:sz w:val="20"/>
                <w:szCs w:val="20"/>
              </w:rPr>
              <w:t xml:space="preserve"> </w:t>
            </w:r>
            <w:r w:rsidRPr="00D5135E">
              <w:rPr>
                <w:rFonts w:ascii="Arial" w:hAnsi="Arial" w:cs="Arial"/>
                <w:sz w:val="20"/>
                <w:szCs w:val="20"/>
                <w:rtl/>
              </w:rPr>
              <w:t>کارکنان،</w:t>
            </w:r>
            <w:r w:rsidRPr="00D5135E">
              <w:rPr>
                <w:rFonts w:cs="B Lotus"/>
                <w:sz w:val="20"/>
                <w:szCs w:val="20"/>
              </w:rPr>
              <w:t xml:space="preserve"> </w:t>
            </w:r>
            <w:r w:rsidRPr="00D5135E">
              <w:rPr>
                <w:rFonts w:ascii="Arial" w:hAnsi="Arial" w:cs="Arial"/>
                <w:sz w:val="20"/>
                <w:szCs w:val="20"/>
                <w:rtl/>
              </w:rPr>
              <w:t>ناجیان</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مربیان</w:t>
            </w:r>
          </w:p>
        </w:tc>
        <w:tc>
          <w:tcPr>
            <w:tcW w:w="918" w:type="dxa"/>
          </w:tcPr>
          <w:p w14:paraId="4B06323F" w14:textId="344606EE" w:rsidR="00E52C87" w:rsidRPr="00D5135E" w:rsidRDefault="00E52C87" w:rsidP="00D548F0">
            <w:pPr>
              <w:bidi/>
              <w:jc w:val="center"/>
              <w:rPr>
                <w:rFonts w:cs="B Lotus"/>
                <w:sz w:val="20"/>
                <w:szCs w:val="20"/>
              </w:rPr>
            </w:pPr>
            <w:r w:rsidRPr="00D5135E">
              <w:rPr>
                <w:rFonts w:cs="B Lotus" w:hint="cs"/>
                <w:sz w:val="20"/>
                <w:szCs w:val="20"/>
                <w:rtl/>
              </w:rPr>
              <w:t>1</w:t>
            </w:r>
            <w:r w:rsidR="00236876">
              <w:rPr>
                <w:rFonts w:cs="B Lotus" w:hint="cs"/>
                <w:sz w:val="20"/>
                <w:szCs w:val="20"/>
                <w:rtl/>
              </w:rPr>
              <w:t>8</w:t>
            </w:r>
          </w:p>
        </w:tc>
        <w:tc>
          <w:tcPr>
            <w:tcW w:w="2103" w:type="dxa"/>
            <w:shd w:val="clear" w:color="auto" w:fill="E1EBF7" w:themeFill="text2" w:themeFillTint="1A"/>
          </w:tcPr>
          <w:p w14:paraId="47C265D1" w14:textId="77777777" w:rsidR="00E52C87" w:rsidRPr="00D5135E" w:rsidRDefault="00E52C87" w:rsidP="00D548F0">
            <w:pPr>
              <w:bidi/>
              <w:jc w:val="center"/>
              <w:rPr>
                <w:rFonts w:cs="B Lotus"/>
                <w:sz w:val="20"/>
                <w:szCs w:val="20"/>
              </w:rPr>
            </w:pPr>
            <w:r w:rsidRPr="00D5135E">
              <w:rPr>
                <w:rFonts w:ascii="Arial" w:hAnsi="Arial" w:cs="Arial"/>
                <w:sz w:val="20"/>
                <w:szCs w:val="20"/>
                <w:rtl/>
              </w:rPr>
              <w:t>کنترل</w:t>
            </w:r>
            <w:r w:rsidRPr="00D5135E">
              <w:rPr>
                <w:rFonts w:cs="B Lotus"/>
                <w:sz w:val="20"/>
                <w:szCs w:val="20"/>
              </w:rPr>
              <w:t xml:space="preserve"> </w:t>
            </w:r>
            <w:r w:rsidRPr="00D5135E">
              <w:rPr>
                <w:rFonts w:ascii="Arial" w:hAnsi="Arial" w:cs="Arial"/>
                <w:sz w:val="20"/>
                <w:szCs w:val="20"/>
                <w:rtl/>
              </w:rPr>
              <w:t>کیفیت</w:t>
            </w:r>
            <w:r w:rsidRPr="00D5135E">
              <w:rPr>
                <w:rFonts w:cs="B Lotus"/>
                <w:sz w:val="20"/>
                <w:szCs w:val="20"/>
              </w:rPr>
              <w:t xml:space="preserve"> </w:t>
            </w:r>
            <w:r w:rsidRPr="00D5135E">
              <w:rPr>
                <w:rFonts w:ascii="Arial" w:hAnsi="Arial" w:cs="Arial"/>
                <w:sz w:val="20"/>
                <w:szCs w:val="20"/>
                <w:rtl/>
              </w:rPr>
              <w:t>تجهیزات</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تاسیسات</w:t>
            </w:r>
            <w:r w:rsidRPr="00D5135E">
              <w:rPr>
                <w:rFonts w:cs="B Lotus"/>
                <w:sz w:val="20"/>
                <w:szCs w:val="20"/>
              </w:rPr>
              <w:t xml:space="preserve"> </w:t>
            </w:r>
            <w:r w:rsidRPr="00D5135E">
              <w:rPr>
                <w:rFonts w:ascii="Arial" w:hAnsi="Arial" w:cs="Arial"/>
                <w:sz w:val="20"/>
                <w:szCs w:val="20"/>
                <w:rtl/>
              </w:rPr>
              <w:t>از</w:t>
            </w:r>
            <w:r w:rsidRPr="00D5135E">
              <w:rPr>
                <w:rFonts w:cs="B Lotus"/>
                <w:sz w:val="20"/>
                <w:szCs w:val="20"/>
              </w:rPr>
              <w:t xml:space="preserve"> </w:t>
            </w:r>
            <w:r w:rsidRPr="00D5135E">
              <w:rPr>
                <w:rFonts w:ascii="Arial" w:hAnsi="Arial" w:cs="Arial"/>
                <w:sz w:val="20"/>
                <w:szCs w:val="20"/>
                <w:rtl/>
              </w:rPr>
              <w:t>جمله</w:t>
            </w:r>
            <w:r w:rsidRPr="00D5135E">
              <w:rPr>
                <w:rFonts w:cs="B Lotus"/>
                <w:sz w:val="20"/>
                <w:szCs w:val="20"/>
              </w:rPr>
              <w:t xml:space="preserve"> </w:t>
            </w:r>
            <w:r w:rsidRPr="00D5135E">
              <w:rPr>
                <w:rFonts w:ascii="Arial" w:hAnsi="Arial" w:cs="Arial"/>
                <w:sz w:val="20"/>
                <w:szCs w:val="20"/>
                <w:rtl/>
              </w:rPr>
              <w:t>سیستم</w:t>
            </w:r>
            <w:r w:rsidRPr="00D5135E">
              <w:rPr>
                <w:rFonts w:cs="B Lotus"/>
                <w:sz w:val="20"/>
                <w:szCs w:val="20"/>
              </w:rPr>
              <w:t xml:space="preserve"> </w:t>
            </w:r>
            <w:r w:rsidRPr="00D5135E">
              <w:rPr>
                <w:rFonts w:ascii="Arial" w:hAnsi="Arial" w:cs="Arial"/>
                <w:sz w:val="20"/>
                <w:szCs w:val="20"/>
                <w:rtl/>
              </w:rPr>
              <w:t>تهویه،</w:t>
            </w:r>
            <w:r w:rsidRPr="00D5135E">
              <w:rPr>
                <w:rFonts w:cs="B Lotus"/>
                <w:sz w:val="20"/>
                <w:szCs w:val="20"/>
              </w:rPr>
              <w:t xml:space="preserve"> </w:t>
            </w:r>
            <w:r w:rsidRPr="00D5135E">
              <w:rPr>
                <w:rFonts w:ascii="Arial" w:hAnsi="Arial" w:cs="Arial"/>
                <w:sz w:val="20"/>
                <w:szCs w:val="20"/>
                <w:rtl/>
              </w:rPr>
              <w:t>تسویه،</w:t>
            </w:r>
            <w:r w:rsidRPr="00D5135E">
              <w:rPr>
                <w:rFonts w:cs="B Lotus"/>
                <w:sz w:val="20"/>
                <w:szCs w:val="20"/>
              </w:rPr>
              <w:t xml:space="preserve"> </w:t>
            </w:r>
            <w:r w:rsidRPr="00D5135E">
              <w:rPr>
                <w:rFonts w:ascii="Arial" w:hAnsi="Arial" w:cs="Arial"/>
                <w:sz w:val="20"/>
                <w:szCs w:val="20"/>
                <w:rtl/>
              </w:rPr>
              <w:t>سرمایش</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گرمایش</w:t>
            </w:r>
          </w:p>
        </w:tc>
      </w:tr>
      <w:tr w:rsidR="00E52C87" w14:paraId="4C467BA2" w14:textId="77777777" w:rsidTr="00236876">
        <w:trPr>
          <w:trHeight w:val="124"/>
          <w:jc w:val="center"/>
        </w:trPr>
        <w:tc>
          <w:tcPr>
            <w:tcW w:w="1049" w:type="dxa"/>
          </w:tcPr>
          <w:p w14:paraId="3DB934AC" w14:textId="77777777" w:rsidR="00E52C87" w:rsidRPr="00D5135E" w:rsidRDefault="00E52C87" w:rsidP="00D548F0">
            <w:pPr>
              <w:bidi/>
              <w:jc w:val="center"/>
              <w:rPr>
                <w:rFonts w:cs="B Lotus"/>
                <w:sz w:val="20"/>
                <w:szCs w:val="20"/>
              </w:rPr>
            </w:pPr>
            <w:r w:rsidRPr="00D5135E">
              <w:rPr>
                <w:rFonts w:cs="B Lotus" w:hint="cs"/>
                <w:sz w:val="20"/>
                <w:szCs w:val="20"/>
                <w:rtl/>
              </w:rPr>
              <w:t>8</w:t>
            </w:r>
          </w:p>
        </w:tc>
        <w:tc>
          <w:tcPr>
            <w:tcW w:w="2629" w:type="dxa"/>
            <w:shd w:val="clear" w:color="auto" w:fill="FDE9D9" w:themeFill="accent6" w:themeFillTint="33"/>
          </w:tcPr>
          <w:p w14:paraId="05267AE3" w14:textId="77777777" w:rsidR="00E52C87" w:rsidRPr="00D5135E" w:rsidRDefault="00E52C87" w:rsidP="00D548F0">
            <w:pPr>
              <w:bidi/>
              <w:jc w:val="center"/>
              <w:rPr>
                <w:rFonts w:cs="B Lotus"/>
                <w:sz w:val="20"/>
                <w:szCs w:val="20"/>
              </w:rPr>
            </w:pPr>
            <w:r w:rsidRPr="00D5135E">
              <w:rPr>
                <w:rFonts w:ascii="Arial" w:hAnsi="Arial" w:cs="Arial"/>
                <w:sz w:val="20"/>
                <w:szCs w:val="20"/>
                <w:rtl/>
              </w:rPr>
              <w:t>بزرگداشت</w:t>
            </w:r>
            <w:r w:rsidRPr="00D5135E">
              <w:rPr>
                <w:rFonts w:cs="B Lotus"/>
                <w:sz w:val="20"/>
                <w:szCs w:val="20"/>
              </w:rPr>
              <w:t xml:space="preserve"> </w:t>
            </w:r>
            <w:r w:rsidRPr="00D5135E">
              <w:rPr>
                <w:rFonts w:ascii="Arial" w:hAnsi="Arial" w:cs="Arial"/>
                <w:sz w:val="20"/>
                <w:szCs w:val="20"/>
                <w:rtl/>
              </w:rPr>
              <w:t>مناسبت</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ملی</w:t>
            </w:r>
            <w:r w:rsidRPr="00D5135E">
              <w:rPr>
                <w:rFonts w:cs="B Lotus"/>
                <w:sz w:val="20"/>
                <w:szCs w:val="20"/>
              </w:rPr>
              <w:t>-</w:t>
            </w:r>
            <w:r w:rsidRPr="00D5135E">
              <w:rPr>
                <w:rFonts w:ascii="Arial" w:hAnsi="Arial" w:cs="Arial"/>
                <w:sz w:val="20"/>
                <w:szCs w:val="20"/>
                <w:rtl/>
              </w:rPr>
              <w:t>مذهبی</w:t>
            </w:r>
          </w:p>
        </w:tc>
        <w:tc>
          <w:tcPr>
            <w:tcW w:w="918" w:type="dxa"/>
          </w:tcPr>
          <w:p w14:paraId="3045061F" w14:textId="77777777" w:rsidR="00E52C87" w:rsidRPr="00D5135E" w:rsidRDefault="00E52C87" w:rsidP="00D548F0">
            <w:pPr>
              <w:bidi/>
              <w:jc w:val="center"/>
              <w:rPr>
                <w:rFonts w:cs="B Lotus"/>
                <w:sz w:val="20"/>
                <w:szCs w:val="20"/>
              </w:rPr>
            </w:pPr>
            <w:r w:rsidRPr="00D5135E">
              <w:rPr>
                <w:rFonts w:cs="B Lotus" w:hint="cs"/>
                <w:sz w:val="20"/>
                <w:szCs w:val="20"/>
                <w:rtl/>
              </w:rPr>
              <w:t>22</w:t>
            </w:r>
          </w:p>
        </w:tc>
        <w:tc>
          <w:tcPr>
            <w:tcW w:w="2762" w:type="dxa"/>
            <w:shd w:val="clear" w:color="auto" w:fill="F2DBDB" w:themeFill="accent2" w:themeFillTint="33"/>
          </w:tcPr>
          <w:p w14:paraId="63089AD1"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مجوز</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تاییدیه</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قانونی</w:t>
            </w:r>
            <w:r w:rsidRPr="00D5135E">
              <w:rPr>
                <w:rFonts w:cs="B Lotus"/>
                <w:sz w:val="20"/>
                <w:szCs w:val="20"/>
              </w:rPr>
              <w:t xml:space="preserve"> </w:t>
            </w:r>
            <w:r w:rsidRPr="00D5135E">
              <w:rPr>
                <w:rFonts w:ascii="Arial" w:hAnsi="Arial" w:cs="Arial"/>
                <w:sz w:val="20"/>
                <w:szCs w:val="20"/>
                <w:rtl/>
              </w:rPr>
              <w:t>فعالیت</w:t>
            </w:r>
            <w:r w:rsidRPr="00D5135E">
              <w:rPr>
                <w:rFonts w:cs="B Lotus"/>
                <w:sz w:val="20"/>
                <w:szCs w:val="20"/>
              </w:rPr>
              <w:t xml:space="preserve"> </w:t>
            </w:r>
            <w:r w:rsidRPr="00D5135E">
              <w:rPr>
                <w:rFonts w:ascii="Arial" w:hAnsi="Arial" w:cs="Arial"/>
                <w:sz w:val="20"/>
                <w:szCs w:val="20"/>
                <w:rtl/>
              </w:rPr>
              <w:t>استخر</w:t>
            </w:r>
          </w:p>
        </w:tc>
        <w:tc>
          <w:tcPr>
            <w:tcW w:w="918" w:type="dxa"/>
          </w:tcPr>
          <w:p w14:paraId="5C282FAC" w14:textId="77777777" w:rsidR="00E52C87" w:rsidRPr="00D5135E" w:rsidRDefault="00E52C87" w:rsidP="00D548F0">
            <w:pPr>
              <w:bidi/>
              <w:jc w:val="center"/>
              <w:rPr>
                <w:rFonts w:cs="B Lotus"/>
                <w:sz w:val="20"/>
                <w:szCs w:val="20"/>
              </w:rPr>
            </w:pPr>
            <w:r w:rsidRPr="00D5135E">
              <w:rPr>
                <w:rFonts w:cs="B Lotus" w:hint="cs"/>
                <w:sz w:val="20"/>
                <w:szCs w:val="20"/>
                <w:rtl/>
              </w:rPr>
              <w:t>11</w:t>
            </w:r>
          </w:p>
        </w:tc>
        <w:tc>
          <w:tcPr>
            <w:tcW w:w="2103" w:type="dxa"/>
            <w:shd w:val="clear" w:color="auto" w:fill="E1EBF7" w:themeFill="text2" w:themeFillTint="1A"/>
          </w:tcPr>
          <w:p w14:paraId="0CB9BAF8" w14:textId="77777777" w:rsidR="00E52C87" w:rsidRPr="00D5135E" w:rsidRDefault="00E52C87" w:rsidP="00D548F0">
            <w:pPr>
              <w:bidi/>
              <w:jc w:val="center"/>
              <w:rPr>
                <w:rFonts w:cs="B Lotus"/>
                <w:sz w:val="20"/>
                <w:szCs w:val="20"/>
              </w:rPr>
            </w:pPr>
            <w:r w:rsidRPr="00D5135E">
              <w:rPr>
                <w:rFonts w:ascii="Arial" w:hAnsi="Arial" w:cs="Arial"/>
                <w:sz w:val="20"/>
                <w:szCs w:val="20"/>
                <w:rtl/>
              </w:rPr>
              <w:t>به</w:t>
            </w:r>
            <w:r w:rsidRPr="00D5135E">
              <w:rPr>
                <w:rFonts w:cs="B Lotus"/>
                <w:sz w:val="20"/>
                <w:szCs w:val="20"/>
              </w:rPr>
              <w:t xml:space="preserve"> </w:t>
            </w:r>
            <w:r w:rsidRPr="00D5135E">
              <w:rPr>
                <w:rFonts w:ascii="Arial" w:hAnsi="Arial" w:cs="Arial"/>
                <w:sz w:val="20"/>
                <w:szCs w:val="20"/>
                <w:rtl/>
              </w:rPr>
              <w:t>روز</w:t>
            </w:r>
            <w:r w:rsidRPr="00D5135E">
              <w:rPr>
                <w:rFonts w:cs="B Lotus"/>
                <w:sz w:val="20"/>
                <w:szCs w:val="20"/>
              </w:rPr>
              <w:t xml:space="preserve"> </w:t>
            </w:r>
            <w:r w:rsidRPr="00D5135E">
              <w:rPr>
                <w:rFonts w:ascii="Arial" w:hAnsi="Arial" w:cs="Arial"/>
                <w:sz w:val="20"/>
                <w:szCs w:val="20"/>
                <w:rtl/>
              </w:rPr>
              <w:t>رسانی</w:t>
            </w:r>
            <w:r w:rsidRPr="00D5135E">
              <w:rPr>
                <w:rFonts w:cs="B Lotus"/>
                <w:sz w:val="20"/>
                <w:szCs w:val="20"/>
              </w:rPr>
              <w:t xml:space="preserve"> </w:t>
            </w:r>
            <w:r w:rsidRPr="00D5135E">
              <w:rPr>
                <w:rFonts w:ascii="Arial" w:hAnsi="Arial" w:cs="Arial"/>
                <w:sz w:val="20"/>
                <w:szCs w:val="20"/>
                <w:rtl/>
              </w:rPr>
              <w:t>تجهیزات</w:t>
            </w:r>
          </w:p>
        </w:tc>
      </w:tr>
      <w:tr w:rsidR="00E52C87" w14:paraId="38012301" w14:textId="77777777" w:rsidTr="00236876">
        <w:trPr>
          <w:trHeight w:val="122"/>
          <w:jc w:val="center"/>
        </w:trPr>
        <w:tc>
          <w:tcPr>
            <w:tcW w:w="1049" w:type="dxa"/>
          </w:tcPr>
          <w:p w14:paraId="4701D0E4" w14:textId="77777777" w:rsidR="00E52C87" w:rsidRPr="00D5135E" w:rsidRDefault="00E52C87" w:rsidP="00D548F0">
            <w:pPr>
              <w:bidi/>
              <w:jc w:val="center"/>
              <w:rPr>
                <w:rFonts w:cs="B Lotus"/>
                <w:sz w:val="20"/>
                <w:szCs w:val="20"/>
              </w:rPr>
            </w:pPr>
            <w:r w:rsidRPr="00D5135E">
              <w:rPr>
                <w:rFonts w:cs="B Lotus" w:hint="cs"/>
                <w:sz w:val="20"/>
                <w:szCs w:val="20"/>
                <w:rtl/>
              </w:rPr>
              <w:t>8</w:t>
            </w:r>
          </w:p>
        </w:tc>
        <w:tc>
          <w:tcPr>
            <w:tcW w:w="2629" w:type="dxa"/>
            <w:shd w:val="clear" w:color="auto" w:fill="FDE9D9" w:themeFill="accent6" w:themeFillTint="33"/>
          </w:tcPr>
          <w:p w14:paraId="2BB788E8" w14:textId="77777777" w:rsidR="00E52C87" w:rsidRPr="00D5135E" w:rsidRDefault="00E52C87" w:rsidP="00D548F0">
            <w:pPr>
              <w:bidi/>
              <w:jc w:val="center"/>
              <w:rPr>
                <w:rFonts w:cs="B Lotus"/>
                <w:sz w:val="20"/>
                <w:szCs w:val="20"/>
              </w:rPr>
            </w:pPr>
            <w:r w:rsidRPr="00D5135E">
              <w:rPr>
                <w:rFonts w:ascii="Arial" w:hAnsi="Arial" w:cs="Arial"/>
                <w:sz w:val="20"/>
                <w:szCs w:val="20"/>
                <w:rtl/>
              </w:rPr>
              <w:t>فرهنگ</w:t>
            </w:r>
            <w:r w:rsidRPr="00D5135E">
              <w:rPr>
                <w:rFonts w:cs="B Lotus"/>
                <w:sz w:val="20"/>
                <w:szCs w:val="20"/>
              </w:rPr>
              <w:t xml:space="preserve"> </w:t>
            </w:r>
            <w:r w:rsidRPr="00D5135E">
              <w:rPr>
                <w:rFonts w:ascii="Arial" w:hAnsi="Arial" w:cs="Arial"/>
                <w:sz w:val="20"/>
                <w:szCs w:val="20"/>
                <w:rtl/>
              </w:rPr>
              <w:t>سازی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ایجاد</w:t>
            </w:r>
            <w:r w:rsidRPr="00D5135E">
              <w:rPr>
                <w:rFonts w:cs="B Lotus"/>
                <w:sz w:val="20"/>
                <w:szCs w:val="20"/>
              </w:rPr>
              <w:t xml:space="preserve"> </w:t>
            </w:r>
            <w:r w:rsidRPr="00D5135E">
              <w:rPr>
                <w:rFonts w:ascii="Arial" w:hAnsi="Arial" w:cs="Arial"/>
                <w:sz w:val="20"/>
                <w:szCs w:val="20"/>
                <w:rtl/>
              </w:rPr>
              <w:t>انگیزه</w:t>
            </w:r>
            <w:r w:rsidRPr="00D5135E">
              <w:rPr>
                <w:rFonts w:cs="B Lotus"/>
                <w:sz w:val="20"/>
                <w:szCs w:val="20"/>
              </w:rPr>
              <w:t xml:space="preserve"> </w:t>
            </w:r>
            <w:r w:rsidRPr="00D5135E">
              <w:rPr>
                <w:rFonts w:ascii="Arial" w:hAnsi="Arial" w:cs="Arial"/>
                <w:sz w:val="20"/>
                <w:szCs w:val="20"/>
                <w:rtl/>
              </w:rPr>
              <w:t>بین</w:t>
            </w:r>
            <w:r w:rsidRPr="00D5135E">
              <w:rPr>
                <w:rFonts w:cs="B Lotus"/>
                <w:sz w:val="20"/>
                <w:szCs w:val="20"/>
              </w:rPr>
              <w:t xml:space="preserve"> </w:t>
            </w:r>
            <w:r w:rsidRPr="00D5135E">
              <w:rPr>
                <w:rFonts w:ascii="Arial" w:hAnsi="Arial" w:cs="Arial"/>
                <w:sz w:val="20"/>
                <w:szCs w:val="20"/>
                <w:rtl/>
              </w:rPr>
              <w:t>اقشار</w:t>
            </w:r>
            <w:r w:rsidRPr="00D5135E">
              <w:rPr>
                <w:rFonts w:cs="B Lotus"/>
                <w:sz w:val="20"/>
                <w:szCs w:val="20"/>
              </w:rPr>
              <w:t xml:space="preserve"> </w:t>
            </w:r>
            <w:r w:rsidRPr="00D5135E">
              <w:rPr>
                <w:rFonts w:ascii="Arial" w:hAnsi="Arial" w:cs="Arial"/>
                <w:sz w:val="20"/>
                <w:szCs w:val="20"/>
                <w:rtl/>
              </w:rPr>
              <w:t>مختلف</w:t>
            </w:r>
          </w:p>
        </w:tc>
        <w:tc>
          <w:tcPr>
            <w:tcW w:w="918" w:type="dxa"/>
          </w:tcPr>
          <w:p w14:paraId="3B0BEA19" w14:textId="4D397E86" w:rsidR="00E52C87" w:rsidRPr="00D5135E" w:rsidRDefault="00E52C87" w:rsidP="00D548F0">
            <w:pPr>
              <w:bidi/>
              <w:jc w:val="center"/>
              <w:rPr>
                <w:rFonts w:cs="B Lotus"/>
                <w:sz w:val="20"/>
                <w:szCs w:val="20"/>
              </w:rPr>
            </w:pPr>
            <w:r w:rsidRPr="00D5135E">
              <w:rPr>
                <w:rFonts w:cs="B Lotus" w:hint="cs"/>
                <w:sz w:val="20"/>
                <w:szCs w:val="20"/>
                <w:rtl/>
              </w:rPr>
              <w:t>1</w:t>
            </w:r>
            <w:r w:rsidR="00236876">
              <w:rPr>
                <w:rFonts w:cs="B Lotus" w:hint="cs"/>
                <w:sz w:val="20"/>
                <w:szCs w:val="20"/>
                <w:rtl/>
              </w:rPr>
              <w:t>0</w:t>
            </w:r>
          </w:p>
        </w:tc>
        <w:tc>
          <w:tcPr>
            <w:tcW w:w="2762" w:type="dxa"/>
            <w:shd w:val="clear" w:color="auto" w:fill="F2DBDB" w:themeFill="accent2" w:themeFillTint="33"/>
          </w:tcPr>
          <w:p w14:paraId="5320954D" w14:textId="77777777" w:rsidR="00E52C87" w:rsidRPr="00D5135E" w:rsidRDefault="00E52C87" w:rsidP="00D548F0">
            <w:pPr>
              <w:bidi/>
              <w:jc w:val="center"/>
              <w:rPr>
                <w:rFonts w:cs="B Lotus"/>
                <w:sz w:val="20"/>
                <w:szCs w:val="20"/>
              </w:rPr>
            </w:pPr>
            <w:r w:rsidRPr="00D5135E">
              <w:rPr>
                <w:rFonts w:ascii="Arial" w:hAnsi="Arial" w:cs="Arial"/>
                <w:sz w:val="20"/>
                <w:szCs w:val="20"/>
                <w:rtl/>
              </w:rPr>
              <w:t>الزامی</w:t>
            </w:r>
            <w:r w:rsidRPr="00D5135E">
              <w:rPr>
                <w:rFonts w:cs="B Lotus"/>
                <w:sz w:val="20"/>
                <w:szCs w:val="20"/>
              </w:rPr>
              <w:t xml:space="preserve"> </w:t>
            </w:r>
            <w:r w:rsidRPr="00D5135E">
              <w:rPr>
                <w:rFonts w:ascii="Arial" w:hAnsi="Arial" w:cs="Arial"/>
                <w:sz w:val="20"/>
                <w:szCs w:val="20"/>
                <w:rtl/>
              </w:rPr>
              <w:t>بودن</w:t>
            </w:r>
            <w:r w:rsidRPr="00D5135E">
              <w:rPr>
                <w:rFonts w:cs="B Lotus"/>
                <w:sz w:val="20"/>
                <w:szCs w:val="20"/>
              </w:rPr>
              <w:t xml:space="preserve"> </w:t>
            </w:r>
            <w:r w:rsidRPr="00D5135E">
              <w:rPr>
                <w:rFonts w:ascii="Arial" w:hAnsi="Arial" w:cs="Arial"/>
                <w:sz w:val="20"/>
                <w:szCs w:val="20"/>
                <w:rtl/>
              </w:rPr>
              <w:t>بیمه</w:t>
            </w:r>
            <w:r w:rsidRPr="00D5135E">
              <w:rPr>
                <w:rFonts w:cs="B Lotus"/>
                <w:sz w:val="20"/>
                <w:szCs w:val="20"/>
              </w:rPr>
              <w:t xml:space="preserve"> </w:t>
            </w:r>
            <w:r w:rsidRPr="00D5135E">
              <w:rPr>
                <w:rFonts w:ascii="Arial" w:hAnsi="Arial" w:cs="Arial"/>
                <w:sz w:val="20"/>
                <w:szCs w:val="20"/>
                <w:rtl/>
              </w:rPr>
              <w:t>ورزشی</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ورزشکاران</w:t>
            </w:r>
          </w:p>
        </w:tc>
        <w:tc>
          <w:tcPr>
            <w:tcW w:w="918" w:type="dxa"/>
          </w:tcPr>
          <w:p w14:paraId="240C8B1C" w14:textId="77777777" w:rsidR="00E52C87" w:rsidRPr="00D5135E" w:rsidRDefault="00E52C87" w:rsidP="00D548F0">
            <w:pPr>
              <w:bidi/>
              <w:jc w:val="center"/>
              <w:rPr>
                <w:rFonts w:cs="B Lotus"/>
                <w:sz w:val="20"/>
                <w:szCs w:val="20"/>
              </w:rPr>
            </w:pPr>
            <w:r w:rsidRPr="00D5135E">
              <w:rPr>
                <w:rFonts w:cs="B Lotus" w:hint="cs"/>
                <w:sz w:val="20"/>
                <w:szCs w:val="20"/>
                <w:rtl/>
              </w:rPr>
              <w:t>6</w:t>
            </w:r>
          </w:p>
        </w:tc>
        <w:tc>
          <w:tcPr>
            <w:tcW w:w="2103" w:type="dxa"/>
            <w:shd w:val="clear" w:color="auto" w:fill="E1EBF7" w:themeFill="text2" w:themeFillTint="1A"/>
          </w:tcPr>
          <w:p w14:paraId="10416660" w14:textId="77777777" w:rsidR="00E52C87" w:rsidRPr="00D5135E" w:rsidRDefault="00E52C87" w:rsidP="00D548F0">
            <w:pPr>
              <w:bidi/>
              <w:jc w:val="center"/>
              <w:rPr>
                <w:rFonts w:cs="B Lotus"/>
                <w:sz w:val="20"/>
                <w:szCs w:val="20"/>
              </w:rPr>
            </w:pPr>
            <w:r w:rsidRPr="00D5135E">
              <w:rPr>
                <w:rFonts w:ascii="Arial" w:hAnsi="Arial" w:cs="Arial"/>
                <w:sz w:val="20"/>
                <w:szCs w:val="20"/>
                <w:rtl/>
              </w:rPr>
              <w:t>نگهداری</w:t>
            </w:r>
            <w:r w:rsidRPr="00D5135E">
              <w:rPr>
                <w:rFonts w:cs="B Lotus"/>
                <w:sz w:val="20"/>
                <w:szCs w:val="20"/>
              </w:rPr>
              <w:t xml:space="preserve"> </w:t>
            </w:r>
            <w:r w:rsidRPr="00D5135E">
              <w:rPr>
                <w:rFonts w:ascii="Arial" w:hAnsi="Arial" w:cs="Arial"/>
                <w:sz w:val="20"/>
                <w:szCs w:val="20"/>
                <w:rtl/>
              </w:rPr>
              <w:t>مناسب</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تعمیرات</w:t>
            </w:r>
            <w:r w:rsidRPr="00D5135E">
              <w:rPr>
                <w:rFonts w:cs="B Lotus"/>
                <w:sz w:val="20"/>
                <w:szCs w:val="20"/>
              </w:rPr>
              <w:t xml:space="preserve"> </w:t>
            </w:r>
            <w:r w:rsidRPr="00D5135E">
              <w:rPr>
                <w:rFonts w:ascii="Arial" w:hAnsi="Arial" w:cs="Arial"/>
                <w:sz w:val="20"/>
                <w:szCs w:val="20"/>
                <w:rtl/>
              </w:rPr>
              <w:t>منظم</w:t>
            </w:r>
          </w:p>
        </w:tc>
      </w:tr>
      <w:tr w:rsidR="00E52C87" w14:paraId="1C25C62D" w14:textId="77777777" w:rsidTr="00236876">
        <w:trPr>
          <w:trHeight w:val="182"/>
          <w:jc w:val="center"/>
        </w:trPr>
        <w:tc>
          <w:tcPr>
            <w:tcW w:w="1049" w:type="dxa"/>
          </w:tcPr>
          <w:p w14:paraId="1EA8A4B3" w14:textId="40A50D69" w:rsidR="00E52C87" w:rsidRPr="00D5135E" w:rsidRDefault="00E52C87" w:rsidP="00D548F0">
            <w:pPr>
              <w:bidi/>
              <w:jc w:val="center"/>
              <w:rPr>
                <w:rFonts w:cs="B Lotus"/>
                <w:sz w:val="20"/>
                <w:szCs w:val="20"/>
              </w:rPr>
            </w:pPr>
            <w:r w:rsidRPr="00D5135E">
              <w:rPr>
                <w:rFonts w:cs="B Lotus" w:hint="cs"/>
                <w:sz w:val="20"/>
                <w:szCs w:val="20"/>
                <w:rtl/>
              </w:rPr>
              <w:t>6</w:t>
            </w:r>
            <w:r w:rsidR="00D558B5">
              <w:rPr>
                <w:rFonts w:cs="B Lotus" w:hint="cs"/>
                <w:sz w:val="20"/>
                <w:szCs w:val="20"/>
                <w:rtl/>
              </w:rPr>
              <w:t>3</w:t>
            </w:r>
          </w:p>
        </w:tc>
        <w:tc>
          <w:tcPr>
            <w:tcW w:w="2629" w:type="dxa"/>
            <w:shd w:val="clear" w:color="auto" w:fill="FBD4B4" w:themeFill="accent6" w:themeFillTint="66"/>
          </w:tcPr>
          <w:p w14:paraId="46C31782" w14:textId="77777777" w:rsidR="00E52C87" w:rsidRPr="00D5135E" w:rsidRDefault="00E52C87" w:rsidP="00D548F0">
            <w:pPr>
              <w:bidi/>
              <w:jc w:val="center"/>
              <w:rPr>
                <w:rFonts w:cs="B Lotus"/>
                <w:sz w:val="20"/>
                <w:szCs w:val="20"/>
              </w:rPr>
            </w:pPr>
            <w:r w:rsidRPr="00D5135E">
              <w:rPr>
                <w:rFonts w:ascii="Arial" w:hAnsi="Arial" w:cs="Arial"/>
                <w:sz w:val="20"/>
                <w:szCs w:val="20"/>
                <w:rtl/>
              </w:rPr>
              <w:t>مشتریان</w:t>
            </w:r>
            <w:r w:rsidRPr="00D5135E">
              <w:rPr>
                <w:rFonts w:cs="B Lotus"/>
                <w:sz w:val="20"/>
                <w:szCs w:val="20"/>
              </w:rPr>
              <w:t>*</w:t>
            </w:r>
          </w:p>
        </w:tc>
        <w:tc>
          <w:tcPr>
            <w:tcW w:w="918" w:type="dxa"/>
          </w:tcPr>
          <w:p w14:paraId="45699DB5" w14:textId="77777777" w:rsidR="00E52C87" w:rsidRPr="00D5135E" w:rsidRDefault="00E52C87" w:rsidP="00D548F0">
            <w:pPr>
              <w:bidi/>
              <w:jc w:val="center"/>
              <w:rPr>
                <w:rFonts w:cs="B Lotus"/>
                <w:sz w:val="20"/>
                <w:szCs w:val="20"/>
              </w:rPr>
            </w:pPr>
            <w:r w:rsidRPr="00D5135E">
              <w:rPr>
                <w:rFonts w:cs="B Lotus" w:hint="cs"/>
                <w:sz w:val="20"/>
                <w:szCs w:val="20"/>
                <w:rtl/>
              </w:rPr>
              <w:t>30</w:t>
            </w:r>
          </w:p>
        </w:tc>
        <w:tc>
          <w:tcPr>
            <w:tcW w:w="2762" w:type="dxa"/>
            <w:shd w:val="clear" w:color="auto" w:fill="F2DBDB" w:themeFill="accent2" w:themeFillTint="33"/>
          </w:tcPr>
          <w:p w14:paraId="7FD40D87" w14:textId="77777777" w:rsidR="00E52C87" w:rsidRPr="00D5135E" w:rsidRDefault="00E52C87" w:rsidP="00D548F0">
            <w:pPr>
              <w:bidi/>
              <w:jc w:val="center"/>
              <w:rPr>
                <w:rFonts w:cs="B Lotus"/>
                <w:sz w:val="20"/>
                <w:szCs w:val="20"/>
              </w:rPr>
            </w:pPr>
            <w:r w:rsidRPr="00D5135E">
              <w:rPr>
                <w:rFonts w:ascii="Arial" w:hAnsi="Arial" w:cs="Arial"/>
                <w:sz w:val="20"/>
                <w:szCs w:val="20"/>
                <w:rtl/>
              </w:rPr>
              <w:t>الزام</w:t>
            </w:r>
            <w:r w:rsidRPr="00D5135E">
              <w:rPr>
                <w:rFonts w:cs="B Lotus"/>
                <w:sz w:val="20"/>
                <w:szCs w:val="20"/>
              </w:rPr>
              <w:t xml:space="preserve"> </w:t>
            </w: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مدرک</w:t>
            </w:r>
            <w:r w:rsidRPr="00D5135E">
              <w:rPr>
                <w:rFonts w:cs="B Lotus"/>
                <w:sz w:val="20"/>
                <w:szCs w:val="20"/>
              </w:rPr>
              <w:t xml:space="preserve"> </w:t>
            </w:r>
            <w:r w:rsidRPr="00D5135E">
              <w:rPr>
                <w:rFonts w:ascii="Arial" w:hAnsi="Arial" w:cs="Arial"/>
                <w:sz w:val="20"/>
                <w:szCs w:val="20"/>
                <w:rtl/>
              </w:rPr>
              <w:t>بازآموزی</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مربیان</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مدرک</w:t>
            </w:r>
            <w:r w:rsidRPr="00D5135E">
              <w:rPr>
                <w:rFonts w:cs="B Lotus"/>
                <w:sz w:val="20"/>
                <w:szCs w:val="20"/>
              </w:rPr>
              <w:t xml:space="preserve"> </w:t>
            </w:r>
            <w:r w:rsidRPr="00D5135E">
              <w:rPr>
                <w:rFonts w:ascii="Arial" w:hAnsi="Arial" w:cs="Arial"/>
                <w:sz w:val="20"/>
                <w:szCs w:val="20"/>
                <w:rtl/>
              </w:rPr>
              <w:t>آمادگی</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ناجیان</w:t>
            </w:r>
          </w:p>
        </w:tc>
        <w:tc>
          <w:tcPr>
            <w:tcW w:w="918" w:type="dxa"/>
          </w:tcPr>
          <w:p w14:paraId="05180003" w14:textId="77777777" w:rsidR="00E52C87" w:rsidRPr="00D5135E" w:rsidRDefault="00E52C87" w:rsidP="00D548F0">
            <w:pPr>
              <w:bidi/>
              <w:jc w:val="center"/>
              <w:rPr>
                <w:rFonts w:cs="B Lotus"/>
                <w:sz w:val="20"/>
                <w:szCs w:val="20"/>
              </w:rPr>
            </w:pPr>
            <w:r w:rsidRPr="00D5135E">
              <w:rPr>
                <w:rFonts w:cs="B Lotus" w:hint="cs"/>
                <w:sz w:val="20"/>
                <w:szCs w:val="20"/>
                <w:rtl/>
              </w:rPr>
              <w:t>8</w:t>
            </w:r>
          </w:p>
        </w:tc>
        <w:tc>
          <w:tcPr>
            <w:tcW w:w="2103" w:type="dxa"/>
            <w:shd w:val="clear" w:color="auto" w:fill="E1EBF7" w:themeFill="text2" w:themeFillTint="1A"/>
          </w:tcPr>
          <w:p w14:paraId="04C53242" w14:textId="77777777" w:rsidR="00E52C87" w:rsidRPr="00D5135E" w:rsidRDefault="00E52C87" w:rsidP="00D548F0">
            <w:pPr>
              <w:bidi/>
              <w:jc w:val="center"/>
              <w:rPr>
                <w:rFonts w:cs="B Lotus"/>
                <w:sz w:val="20"/>
                <w:szCs w:val="20"/>
              </w:rPr>
            </w:pPr>
            <w:r w:rsidRPr="00D5135E">
              <w:rPr>
                <w:rFonts w:ascii="Arial" w:hAnsi="Arial" w:cs="Arial"/>
                <w:sz w:val="20"/>
                <w:szCs w:val="20"/>
                <w:rtl/>
              </w:rPr>
              <w:t>کنترل</w:t>
            </w:r>
            <w:r w:rsidRPr="00D5135E">
              <w:rPr>
                <w:rFonts w:cs="B Lotus"/>
                <w:sz w:val="20"/>
                <w:szCs w:val="20"/>
              </w:rPr>
              <w:t xml:space="preserve"> </w:t>
            </w:r>
            <w:r w:rsidRPr="00D5135E">
              <w:rPr>
                <w:rFonts w:ascii="Arial" w:hAnsi="Arial" w:cs="Arial"/>
                <w:sz w:val="20"/>
                <w:szCs w:val="20"/>
                <w:rtl/>
              </w:rPr>
              <w:t>عدم</w:t>
            </w:r>
            <w:r w:rsidRPr="00D5135E">
              <w:rPr>
                <w:rFonts w:cs="B Lotus"/>
                <w:sz w:val="20"/>
                <w:szCs w:val="20"/>
              </w:rPr>
              <w:t xml:space="preserve"> </w:t>
            </w:r>
            <w:r w:rsidRPr="00D5135E">
              <w:rPr>
                <w:rFonts w:ascii="Arial" w:hAnsi="Arial" w:cs="Arial"/>
                <w:sz w:val="20"/>
                <w:szCs w:val="20"/>
                <w:rtl/>
              </w:rPr>
              <w:t>نفوذ</w:t>
            </w:r>
            <w:r w:rsidRPr="00D5135E">
              <w:rPr>
                <w:rFonts w:cs="B Lotus"/>
                <w:sz w:val="20"/>
                <w:szCs w:val="20"/>
              </w:rPr>
              <w:t xml:space="preserve"> </w:t>
            </w:r>
            <w:r w:rsidRPr="00D5135E">
              <w:rPr>
                <w:rFonts w:ascii="Arial" w:hAnsi="Arial" w:cs="Arial"/>
                <w:sz w:val="20"/>
                <w:szCs w:val="20"/>
                <w:rtl/>
              </w:rPr>
              <w:t>برق</w:t>
            </w:r>
            <w:r w:rsidRPr="00D5135E">
              <w:rPr>
                <w:rFonts w:cs="B Lotus"/>
                <w:sz w:val="20"/>
                <w:szCs w:val="20"/>
              </w:rPr>
              <w:t xml:space="preserve"> </w:t>
            </w:r>
            <w:r w:rsidRPr="00D5135E">
              <w:rPr>
                <w:rFonts w:ascii="Arial" w:hAnsi="Arial" w:cs="Arial"/>
                <w:sz w:val="20"/>
                <w:szCs w:val="20"/>
                <w:rtl/>
              </w:rPr>
              <w:t>به</w:t>
            </w:r>
            <w:r w:rsidRPr="00D5135E">
              <w:rPr>
                <w:rFonts w:cs="B Lotus"/>
                <w:sz w:val="20"/>
                <w:szCs w:val="20"/>
              </w:rPr>
              <w:t xml:space="preserve"> </w:t>
            </w:r>
            <w:r w:rsidRPr="00D5135E">
              <w:rPr>
                <w:rFonts w:ascii="Arial" w:hAnsi="Arial" w:cs="Arial"/>
                <w:sz w:val="20"/>
                <w:szCs w:val="20"/>
                <w:rtl/>
              </w:rPr>
              <w:t>داخل</w:t>
            </w:r>
            <w:r w:rsidRPr="00D5135E">
              <w:rPr>
                <w:rFonts w:cs="B Lotus"/>
                <w:sz w:val="20"/>
                <w:szCs w:val="20"/>
              </w:rPr>
              <w:t xml:space="preserve"> </w:t>
            </w:r>
            <w:r w:rsidRPr="00D5135E">
              <w:rPr>
                <w:rFonts w:ascii="Arial" w:hAnsi="Arial" w:cs="Arial"/>
                <w:sz w:val="20"/>
                <w:szCs w:val="20"/>
                <w:rtl/>
              </w:rPr>
              <w:t>استخر</w:t>
            </w:r>
          </w:p>
        </w:tc>
      </w:tr>
      <w:tr w:rsidR="00E52C87" w14:paraId="16976614" w14:textId="77777777" w:rsidTr="00236876">
        <w:trPr>
          <w:trHeight w:val="394"/>
          <w:jc w:val="center"/>
        </w:trPr>
        <w:tc>
          <w:tcPr>
            <w:tcW w:w="1049" w:type="dxa"/>
          </w:tcPr>
          <w:p w14:paraId="703068AA" w14:textId="77777777" w:rsidR="00E52C87" w:rsidRPr="00D5135E" w:rsidRDefault="00E52C87" w:rsidP="00D548F0">
            <w:pPr>
              <w:bidi/>
              <w:jc w:val="center"/>
              <w:rPr>
                <w:rFonts w:cs="B Lotus"/>
                <w:sz w:val="20"/>
                <w:szCs w:val="20"/>
              </w:rPr>
            </w:pPr>
            <w:r w:rsidRPr="00D5135E">
              <w:rPr>
                <w:rFonts w:cs="B Lotus" w:hint="cs"/>
                <w:sz w:val="20"/>
                <w:szCs w:val="20"/>
                <w:rtl/>
              </w:rPr>
              <w:t>12</w:t>
            </w:r>
          </w:p>
        </w:tc>
        <w:tc>
          <w:tcPr>
            <w:tcW w:w="2629" w:type="dxa"/>
            <w:shd w:val="clear" w:color="auto" w:fill="FDE9D9" w:themeFill="accent6" w:themeFillTint="33"/>
          </w:tcPr>
          <w:p w14:paraId="0C2C2411" w14:textId="77777777" w:rsidR="00E52C87" w:rsidRPr="00D5135E" w:rsidRDefault="00E52C87" w:rsidP="00D548F0">
            <w:pPr>
              <w:bidi/>
              <w:jc w:val="center"/>
              <w:rPr>
                <w:rFonts w:cs="B Lotus"/>
                <w:sz w:val="20"/>
                <w:szCs w:val="20"/>
              </w:rPr>
            </w:pPr>
            <w:r w:rsidRPr="00D5135E">
              <w:rPr>
                <w:rFonts w:ascii="Arial" w:hAnsi="Arial" w:cs="Arial"/>
                <w:sz w:val="20"/>
                <w:szCs w:val="20"/>
                <w:rtl/>
              </w:rPr>
              <w:t>نیاز</w:t>
            </w:r>
            <w:r w:rsidRPr="00D5135E">
              <w:rPr>
                <w:rFonts w:cs="B Lotus"/>
                <w:sz w:val="20"/>
                <w:szCs w:val="20"/>
              </w:rPr>
              <w:t xml:space="preserve"> </w:t>
            </w:r>
            <w:r w:rsidRPr="00D5135E">
              <w:rPr>
                <w:rFonts w:ascii="Arial" w:hAnsi="Arial" w:cs="Arial"/>
                <w:sz w:val="20"/>
                <w:szCs w:val="20"/>
                <w:rtl/>
              </w:rPr>
              <w:t>سنجی</w:t>
            </w:r>
            <w:r w:rsidRPr="00D5135E">
              <w:rPr>
                <w:rFonts w:cs="B Lotus"/>
                <w:sz w:val="20"/>
                <w:szCs w:val="20"/>
              </w:rPr>
              <w:t xml:space="preserve"> </w:t>
            </w:r>
            <w:r w:rsidRPr="00D5135E">
              <w:rPr>
                <w:rFonts w:ascii="Arial" w:hAnsi="Arial" w:cs="Arial"/>
                <w:sz w:val="20"/>
                <w:szCs w:val="20"/>
                <w:rtl/>
              </w:rPr>
              <w:t>مشتریان</w:t>
            </w:r>
          </w:p>
        </w:tc>
        <w:tc>
          <w:tcPr>
            <w:tcW w:w="918" w:type="dxa"/>
          </w:tcPr>
          <w:p w14:paraId="14705FA5" w14:textId="77777777" w:rsidR="00E52C87" w:rsidRPr="00D5135E" w:rsidRDefault="00E52C87" w:rsidP="00D548F0">
            <w:pPr>
              <w:bidi/>
              <w:jc w:val="center"/>
              <w:rPr>
                <w:rFonts w:cs="B Lotus"/>
                <w:sz w:val="20"/>
                <w:szCs w:val="20"/>
              </w:rPr>
            </w:pPr>
            <w:r w:rsidRPr="00D5135E">
              <w:rPr>
                <w:rFonts w:cs="B Lotus" w:hint="cs"/>
                <w:sz w:val="20"/>
                <w:szCs w:val="20"/>
                <w:rtl/>
              </w:rPr>
              <w:t>59</w:t>
            </w:r>
          </w:p>
        </w:tc>
        <w:tc>
          <w:tcPr>
            <w:tcW w:w="2762" w:type="dxa"/>
            <w:shd w:val="clear" w:color="auto" w:fill="E5B8B7" w:themeFill="accent2" w:themeFillTint="66"/>
          </w:tcPr>
          <w:p w14:paraId="3611EAA6" w14:textId="77777777" w:rsidR="00E52C87" w:rsidRPr="00D5135E" w:rsidRDefault="00E52C87" w:rsidP="00D548F0">
            <w:pPr>
              <w:bidi/>
              <w:jc w:val="center"/>
              <w:rPr>
                <w:rFonts w:cs="B Lotus"/>
                <w:sz w:val="20"/>
                <w:szCs w:val="20"/>
              </w:rPr>
            </w:pPr>
            <w:r w:rsidRPr="00D5135E">
              <w:rPr>
                <w:rFonts w:ascii="Arial" w:hAnsi="Arial" w:cs="Arial"/>
                <w:sz w:val="20"/>
                <w:szCs w:val="20"/>
                <w:rtl/>
              </w:rPr>
              <w:t>منابع</w:t>
            </w:r>
            <w:r w:rsidRPr="00D5135E">
              <w:rPr>
                <w:rFonts w:cs="B Lotus"/>
                <w:sz w:val="20"/>
                <w:szCs w:val="20"/>
              </w:rPr>
              <w:t xml:space="preserve"> </w:t>
            </w:r>
            <w:r w:rsidRPr="00D5135E">
              <w:rPr>
                <w:rFonts w:ascii="Arial" w:hAnsi="Arial" w:cs="Arial"/>
                <w:sz w:val="20"/>
                <w:szCs w:val="20"/>
                <w:rtl/>
              </w:rPr>
              <w:t>مالی</w:t>
            </w:r>
            <w:r w:rsidRPr="00D5135E">
              <w:rPr>
                <w:rFonts w:cs="B Lotus"/>
                <w:sz w:val="20"/>
                <w:szCs w:val="20"/>
              </w:rPr>
              <w:t>*</w:t>
            </w:r>
          </w:p>
        </w:tc>
        <w:tc>
          <w:tcPr>
            <w:tcW w:w="918" w:type="dxa"/>
          </w:tcPr>
          <w:p w14:paraId="6863B480" w14:textId="77777777" w:rsidR="00E52C87" w:rsidRPr="00D5135E" w:rsidRDefault="00E52C87" w:rsidP="00D548F0">
            <w:pPr>
              <w:bidi/>
              <w:jc w:val="center"/>
              <w:rPr>
                <w:rFonts w:cs="B Lotus"/>
                <w:sz w:val="20"/>
                <w:szCs w:val="20"/>
              </w:rPr>
            </w:pPr>
            <w:r w:rsidRPr="00D5135E">
              <w:rPr>
                <w:rFonts w:cs="B Lotus" w:hint="cs"/>
                <w:sz w:val="20"/>
                <w:szCs w:val="20"/>
                <w:rtl/>
              </w:rPr>
              <w:t>12</w:t>
            </w:r>
          </w:p>
        </w:tc>
        <w:tc>
          <w:tcPr>
            <w:tcW w:w="2103" w:type="dxa"/>
            <w:shd w:val="clear" w:color="auto" w:fill="E1EBF7" w:themeFill="text2" w:themeFillTint="1A"/>
          </w:tcPr>
          <w:p w14:paraId="5410764E" w14:textId="77777777" w:rsidR="00E52C87" w:rsidRPr="00D5135E" w:rsidRDefault="00E52C87" w:rsidP="00D548F0">
            <w:pPr>
              <w:bidi/>
              <w:jc w:val="center"/>
              <w:rPr>
                <w:rFonts w:cs="B Lotus"/>
                <w:sz w:val="20"/>
                <w:szCs w:val="20"/>
              </w:rPr>
            </w:pPr>
            <w:r w:rsidRPr="00D5135E">
              <w:rPr>
                <w:rFonts w:ascii="Arial" w:hAnsi="Arial" w:cs="Arial"/>
                <w:sz w:val="20"/>
                <w:szCs w:val="20"/>
                <w:rtl/>
              </w:rPr>
              <w:t>تعویض</w:t>
            </w:r>
            <w:r w:rsidRPr="00D5135E">
              <w:rPr>
                <w:rFonts w:cs="B Lotus"/>
                <w:sz w:val="20"/>
                <w:szCs w:val="20"/>
              </w:rPr>
              <w:t xml:space="preserve"> </w:t>
            </w:r>
            <w:r w:rsidRPr="00D5135E">
              <w:rPr>
                <w:rFonts w:ascii="Arial" w:hAnsi="Arial" w:cs="Arial"/>
                <w:sz w:val="20"/>
                <w:szCs w:val="20"/>
                <w:rtl/>
              </w:rPr>
              <w:t>به</w:t>
            </w:r>
            <w:r w:rsidRPr="00D5135E">
              <w:rPr>
                <w:rFonts w:cs="B Lotus"/>
                <w:sz w:val="20"/>
                <w:szCs w:val="20"/>
              </w:rPr>
              <w:t xml:space="preserve"> </w:t>
            </w:r>
            <w:r w:rsidRPr="00D5135E">
              <w:rPr>
                <w:rFonts w:ascii="Arial" w:hAnsi="Arial" w:cs="Arial"/>
                <w:sz w:val="20"/>
                <w:szCs w:val="20"/>
                <w:rtl/>
              </w:rPr>
              <w:t>هنگام</w:t>
            </w:r>
            <w:r w:rsidRPr="00D5135E">
              <w:rPr>
                <w:rFonts w:cs="B Lotus"/>
                <w:sz w:val="20"/>
                <w:szCs w:val="20"/>
              </w:rPr>
              <w:t xml:space="preserve"> </w:t>
            </w:r>
            <w:r w:rsidRPr="00D5135E">
              <w:rPr>
                <w:rFonts w:ascii="Arial" w:hAnsi="Arial" w:cs="Arial"/>
                <w:sz w:val="20"/>
                <w:szCs w:val="20"/>
                <w:rtl/>
              </w:rPr>
              <w:t>تجهیزات</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تاسیسات</w:t>
            </w:r>
          </w:p>
        </w:tc>
      </w:tr>
      <w:tr w:rsidR="00E52C87" w14:paraId="034AB241" w14:textId="77777777" w:rsidTr="00236876">
        <w:trPr>
          <w:trHeight w:val="119"/>
          <w:jc w:val="center"/>
        </w:trPr>
        <w:tc>
          <w:tcPr>
            <w:tcW w:w="1049" w:type="dxa"/>
          </w:tcPr>
          <w:p w14:paraId="4933DBA4" w14:textId="77777777" w:rsidR="00E52C87" w:rsidRPr="00D5135E" w:rsidRDefault="00E52C87" w:rsidP="00D548F0">
            <w:pPr>
              <w:bidi/>
              <w:jc w:val="center"/>
              <w:rPr>
                <w:rFonts w:cs="B Lotus"/>
                <w:sz w:val="20"/>
                <w:szCs w:val="20"/>
              </w:rPr>
            </w:pPr>
            <w:r w:rsidRPr="00D5135E">
              <w:rPr>
                <w:rFonts w:cs="B Lotus" w:hint="cs"/>
                <w:sz w:val="20"/>
                <w:szCs w:val="20"/>
                <w:rtl/>
              </w:rPr>
              <w:lastRenderedPageBreak/>
              <w:t>11</w:t>
            </w:r>
          </w:p>
        </w:tc>
        <w:tc>
          <w:tcPr>
            <w:tcW w:w="2629" w:type="dxa"/>
            <w:shd w:val="clear" w:color="auto" w:fill="FDE9D9" w:themeFill="accent6" w:themeFillTint="33"/>
          </w:tcPr>
          <w:p w14:paraId="657DFC44" w14:textId="77777777" w:rsidR="00E52C87" w:rsidRPr="00D5135E" w:rsidRDefault="00E52C87" w:rsidP="00D548F0">
            <w:pPr>
              <w:bidi/>
              <w:jc w:val="center"/>
              <w:rPr>
                <w:rFonts w:cs="B Lotus"/>
                <w:sz w:val="20"/>
                <w:szCs w:val="20"/>
              </w:rPr>
            </w:pPr>
            <w:r w:rsidRPr="00D5135E">
              <w:rPr>
                <w:rFonts w:ascii="Arial" w:hAnsi="Arial" w:cs="Arial"/>
                <w:sz w:val="20"/>
                <w:szCs w:val="20"/>
                <w:rtl/>
              </w:rPr>
              <w:t>سیستم</w:t>
            </w:r>
            <w:r w:rsidRPr="00D5135E">
              <w:rPr>
                <w:rFonts w:cs="B Lotus"/>
                <w:sz w:val="20"/>
                <w:szCs w:val="20"/>
              </w:rPr>
              <w:t xml:space="preserve"> </w:t>
            </w:r>
            <w:r w:rsidRPr="00D5135E">
              <w:rPr>
                <w:rFonts w:ascii="Arial" w:hAnsi="Arial" w:cs="Arial"/>
                <w:sz w:val="20"/>
                <w:szCs w:val="20"/>
                <w:rtl/>
              </w:rPr>
              <w:t>مدیریت</w:t>
            </w:r>
            <w:r w:rsidRPr="00D5135E">
              <w:rPr>
                <w:rFonts w:cs="B Lotus"/>
                <w:sz w:val="20"/>
                <w:szCs w:val="20"/>
              </w:rPr>
              <w:t xml:space="preserve"> </w:t>
            </w:r>
            <w:r w:rsidRPr="00D5135E">
              <w:rPr>
                <w:rFonts w:ascii="Arial" w:hAnsi="Arial" w:cs="Arial"/>
                <w:sz w:val="20"/>
                <w:szCs w:val="20"/>
                <w:rtl/>
              </w:rPr>
              <w:t>شکایات</w:t>
            </w:r>
          </w:p>
        </w:tc>
        <w:tc>
          <w:tcPr>
            <w:tcW w:w="918" w:type="dxa"/>
          </w:tcPr>
          <w:p w14:paraId="2D43A6CE" w14:textId="77777777" w:rsidR="00E52C87" w:rsidRPr="00D5135E" w:rsidRDefault="00E52C87" w:rsidP="00D548F0">
            <w:pPr>
              <w:bidi/>
              <w:jc w:val="center"/>
              <w:rPr>
                <w:rFonts w:cs="B Lotus"/>
                <w:sz w:val="20"/>
                <w:szCs w:val="20"/>
              </w:rPr>
            </w:pPr>
            <w:r w:rsidRPr="00D5135E">
              <w:rPr>
                <w:rFonts w:cs="B Lotus" w:hint="cs"/>
                <w:sz w:val="20"/>
                <w:szCs w:val="20"/>
                <w:rtl/>
              </w:rPr>
              <w:t>9</w:t>
            </w:r>
          </w:p>
        </w:tc>
        <w:tc>
          <w:tcPr>
            <w:tcW w:w="2762" w:type="dxa"/>
            <w:shd w:val="clear" w:color="auto" w:fill="F2DBDB" w:themeFill="accent2" w:themeFillTint="33"/>
          </w:tcPr>
          <w:p w14:paraId="1762E81B"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بودجه</w:t>
            </w:r>
            <w:r w:rsidRPr="00D5135E">
              <w:rPr>
                <w:rFonts w:cs="B Lotus"/>
                <w:sz w:val="20"/>
                <w:szCs w:val="20"/>
              </w:rPr>
              <w:t xml:space="preserve"> </w:t>
            </w:r>
            <w:r w:rsidRPr="00D5135E">
              <w:rPr>
                <w:rFonts w:ascii="Arial" w:hAnsi="Arial" w:cs="Arial"/>
                <w:sz w:val="20"/>
                <w:szCs w:val="20"/>
                <w:rtl/>
              </w:rPr>
              <w:t>بندی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برنامه</w:t>
            </w:r>
            <w:r w:rsidRPr="00D5135E">
              <w:rPr>
                <w:rFonts w:cs="B Lotus"/>
                <w:sz w:val="20"/>
                <w:szCs w:val="20"/>
              </w:rPr>
              <w:t xml:space="preserve"> </w:t>
            </w:r>
            <w:r w:rsidRPr="00D5135E">
              <w:rPr>
                <w:rFonts w:ascii="Arial" w:hAnsi="Arial" w:cs="Arial"/>
                <w:sz w:val="20"/>
                <w:szCs w:val="20"/>
                <w:rtl/>
              </w:rPr>
              <w:t>مالی</w:t>
            </w:r>
          </w:p>
        </w:tc>
        <w:tc>
          <w:tcPr>
            <w:tcW w:w="918" w:type="dxa"/>
          </w:tcPr>
          <w:p w14:paraId="486F2149" w14:textId="77777777" w:rsidR="00E52C87" w:rsidRPr="00D5135E" w:rsidRDefault="00E52C87" w:rsidP="00D548F0">
            <w:pPr>
              <w:bidi/>
              <w:jc w:val="center"/>
              <w:rPr>
                <w:rFonts w:cs="B Lotus"/>
                <w:sz w:val="20"/>
                <w:szCs w:val="20"/>
              </w:rPr>
            </w:pPr>
            <w:r w:rsidRPr="00D5135E">
              <w:rPr>
                <w:rFonts w:cs="B Lotus" w:hint="cs"/>
                <w:sz w:val="20"/>
                <w:szCs w:val="20"/>
                <w:rtl/>
              </w:rPr>
              <w:t>86</w:t>
            </w:r>
          </w:p>
        </w:tc>
        <w:tc>
          <w:tcPr>
            <w:tcW w:w="2103" w:type="dxa"/>
            <w:shd w:val="clear" w:color="auto" w:fill="B7CFED" w:themeFill="text2" w:themeFillTint="40"/>
          </w:tcPr>
          <w:p w14:paraId="6A5CC050" w14:textId="77777777" w:rsidR="00E52C87" w:rsidRPr="00D5135E" w:rsidRDefault="00E52C87" w:rsidP="00D548F0">
            <w:pPr>
              <w:bidi/>
              <w:jc w:val="center"/>
              <w:rPr>
                <w:rFonts w:cs="B Lotus"/>
                <w:sz w:val="20"/>
                <w:szCs w:val="20"/>
              </w:rPr>
            </w:pPr>
            <w:r w:rsidRPr="00D5135E">
              <w:rPr>
                <w:rFonts w:ascii="Arial" w:hAnsi="Arial" w:cs="Arial"/>
                <w:sz w:val="20"/>
                <w:szCs w:val="20"/>
                <w:rtl/>
              </w:rPr>
              <w:t>بهداشت</w:t>
            </w:r>
            <w:r w:rsidRPr="00D5135E">
              <w:rPr>
                <w:rFonts w:cs="B Lotus"/>
                <w:sz w:val="20"/>
                <w:szCs w:val="20"/>
              </w:rPr>
              <w:t>*</w:t>
            </w:r>
          </w:p>
        </w:tc>
      </w:tr>
      <w:tr w:rsidR="00E52C87" w14:paraId="0E5BAA93" w14:textId="77777777" w:rsidTr="00236876">
        <w:trPr>
          <w:trHeight w:val="183"/>
          <w:jc w:val="center"/>
        </w:trPr>
        <w:tc>
          <w:tcPr>
            <w:tcW w:w="1049" w:type="dxa"/>
          </w:tcPr>
          <w:p w14:paraId="63A51E62" w14:textId="77777777" w:rsidR="00E52C87" w:rsidRPr="00D5135E" w:rsidRDefault="00E52C87" w:rsidP="00D548F0">
            <w:pPr>
              <w:bidi/>
              <w:jc w:val="center"/>
              <w:rPr>
                <w:rFonts w:cs="B Lotus"/>
                <w:sz w:val="20"/>
                <w:szCs w:val="20"/>
              </w:rPr>
            </w:pPr>
            <w:r w:rsidRPr="00D5135E">
              <w:rPr>
                <w:rFonts w:cs="B Lotus" w:hint="cs"/>
                <w:sz w:val="20"/>
                <w:szCs w:val="20"/>
                <w:rtl/>
              </w:rPr>
              <w:t>12</w:t>
            </w:r>
          </w:p>
        </w:tc>
        <w:tc>
          <w:tcPr>
            <w:tcW w:w="2629" w:type="dxa"/>
            <w:shd w:val="clear" w:color="auto" w:fill="FDE9D9" w:themeFill="accent6" w:themeFillTint="33"/>
          </w:tcPr>
          <w:p w14:paraId="508B8D57" w14:textId="77777777" w:rsidR="00E52C87" w:rsidRPr="00D5135E" w:rsidRDefault="00E52C87" w:rsidP="00D548F0">
            <w:pPr>
              <w:bidi/>
              <w:jc w:val="center"/>
              <w:rPr>
                <w:rFonts w:cs="B Lotus"/>
                <w:sz w:val="20"/>
                <w:szCs w:val="20"/>
              </w:rPr>
            </w:pPr>
            <w:r w:rsidRPr="00D5135E">
              <w:rPr>
                <w:rFonts w:ascii="Arial" w:hAnsi="Arial" w:cs="Arial"/>
                <w:sz w:val="20"/>
                <w:szCs w:val="20"/>
                <w:rtl/>
              </w:rPr>
              <w:t>برنامه</w:t>
            </w:r>
            <w:r w:rsidRPr="00D5135E">
              <w:rPr>
                <w:rFonts w:cs="B Lotus"/>
                <w:sz w:val="20"/>
                <w:szCs w:val="20"/>
              </w:rPr>
              <w:t xml:space="preserve"> </w:t>
            </w:r>
            <w:r w:rsidRPr="00D5135E">
              <w:rPr>
                <w:rFonts w:ascii="Arial" w:hAnsi="Arial" w:cs="Arial"/>
                <w:sz w:val="20"/>
                <w:szCs w:val="20"/>
                <w:rtl/>
              </w:rPr>
              <w:t>برای</w:t>
            </w:r>
            <w:r w:rsidRPr="00D5135E">
              <w:rPr>
                <w:rFonts w:cs="B Lotus"/>
                <w:sz w:val="20"/>
                <w:szCs w:val="20"/>
              </w:rPr>
              <w:t xml:space="preserve"> </w:t>
            </w:r>
            <w:r w:rsidRPr="00D5135E">
              <w:rPr>
                <w:rFonts w:ascii="Arial" w:hAnsi="Arial" w:cs="Arial"/>
                <w:sz w:val="20"/>
                <w:szCs w:val="20"/>
                <w:rtl/>
              </w:rPr>
              <w:t>مشتریان</w:t>
            </w:r>
            <w:r w:rsidRPr="00D5135E">
              <w:rPr>
                <w:rFonts w:cs="B Lotus"/>
                <w:sz w:val="20"/>
                <w:szCs w:val="20"/>
              </w:rPr>
              <w:t xml:space="preserve"> </w:t>
            </w:r>
            <w:r w:rsidRPr="00D5135E">
              <w:rPr>
                <w:rFonts w:ascii="Arial" w:hAnsi="Arial" w:cs="Arial"/>
                <w:sz w:val="20"/>
                <w:szCs w:val="20"/>
                <w:rtl/>
              </w:rPr>
              <w:t>وفادار</w:t>
            </w:r>
          </w:p>
        </w:tc>
        <w:tc>
          <w:tcPr>
            <w:tcW w:w="918" w:type="dxa"/>
          </w:tcPr>
          <w:p w14:paraId="14BA1721" w14:textId="77777777" w:rsidR="00E52C87" w:rsidRPr="00D5135E" w:rsidRDefault="00E52C87" w:rsidP="00D548F0">
            <w:pPr>
              <w:bidi/>
              <w:jc w:val="center"/>
              <w:rPr>
                <w:rFonts w:cs="B Lotus"/>
                <w:sz w:val="20"/>
                <w:szCs w:val="20"/>
              </w:rPr>
            </w:pPr>
            <w:r w:rsidRPr="00D5135E">
              <w:rPr>
                <w:rFonts w:cs="B Lotus" w:hint="cs"/>
                <w:sz w:val="20"/>
                <w:szCs w:val="20"/>
                <w:rtl/>
              </w:rPr>
              <w:t>14</w:t>
            </w:r>
          </w:p>
        </w:tc>
        <w:tc>
          <w:tcPr>
            <w:tcW w:w="2762" w:type="dxa"/>
            <w:shd w:val="clear" w:color="auto" w:fill="F2DBDB" w:themeFill="accent2" w:themeFillTint="33"/>
          </w:tcPr>
          <w:p w14:paraId="4215FC45" w14:textId="77777777" w:rsidR="00E52C87" w:rsidRPr="00D5135E" w:rsidRDefault="00E52C87" w:rsidP="00D548F0">
            <w:pPr>
              <w:bidi/>
              <w:jc w:val="center"/>
              <w:rPr>
                <w:rFonts w:cs="B Lotus"/>
                <w:sz w:val="20"/>
                <w:szCs w:val="20"/>
              </w:rPr>
            </w:pPr>
            <w:r w:rsidRPr="00D5135E">
              <w:rPr>
                <w:rFonts w:ascii="Arial" w:hAnsi="Arial" w:cs="Arial"/>
                <w:sz w:val="20"/>
                <w:szCs w:val="20"/>
                <w:rtl/>
              </w:rPr>
              <w:t>مدیریت</w:t>
            </w:r>
            <w:r w:rsidRPr="00D5135E">
              <w:rPr>
                <w:rFonts w:cs="B Lotus"/>
                <w:sz w:val="20"/>
                <w:szCs w:val="20"/>
              </w:rPr>
              <w:t xml:space="preserve"> </w:t>
            </w:r>
            <w:r w:rsidRPr="00D5135E">
              <w:rPr>
                <w:rFonts w:ascii="Arial" w:hAnsi="Arial" w:cs="Arial"/>
                <w:sz w:val="20"/>
                <w:szCs w:val="20"/>
                <w:rtl/>
              </w:rPr>
              <w:t>درامدها</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قیمت</w:t>
            </w:r>
            <w:r w:rsidRPr="00D5135E">
              <w:rPr>
                <w:rFonts w:cs="B Lotus"/>
                <w:sz w:val="20"/>
                <w:szCs w:val="20"/>
              </w:rPr>
              <w:t xml:space="preserve"> </w:t>
            </w:r>
            <w:r w:rsidRPr="00D5135E">
              <w:rPr>
                <w:rFonts w:ascii="Arial" w:hAnsi="Arial" w:cs="Arial"/>
                <w:sz w:val="20"/>
                <w:szCs w:val="20"/>
                <w:rtl/>
              </w:rPr>
              <w:t>گذاری</w:t>
            </w:r>
          </w:p>
        </w:tc>
        <w:tc>
          <w:tcPr>
            <w:tcW w:w="918" w:type="dxa"/>
          </w:tcPr>
          <w:p w14:paraId="607BAE25" w14:textId="77777777" w:rsidR="00E52C87" w:rsidRPr="00D5135E" w:rsidRDefault="00E52C87" w:rsidP="00D548F0">
            <w:pPr>
              <w:bidi/>
              <w:jc w:val="center"/>
              <w:rPr>
                <w:rFonts w:cs="B Lotus"/>
                <w:sz w:val="20"/>
                <w:szCs w:val="20"/>
              </w:rPr>
            </w:pPr>
            <w:r w:rsidRPr="00D5135E">
              <w:rPr>
                <w:rFonts w:cs="B Lotus" w:hint="cs"/>
                <w:sz w:val="20"/>
                <w:szCs w:val="20"/>
                <w:rtl/>
              </w:rPr>
              <w:t>9</w:t>
            </w:r>
          </w:p>
        </w:tc>
        <w:tc>
          <w:tcPr>
            <w:tcW w:w="2103" w:type="dxa"/>
            <w:shd w:val="clear" w:color="auto" w:fill="E1EBF7" w:themeFill="text2" w:themeFillTint="1A"/>
          </w:tcPr>
          <w:p w14:paraId="03D49B6F" w14:textId="77777777" w:rsidR="00E52C87" w:rsidRPr="00D5135E" w:rsidRDefault="00E52C87" w:rsidP="00D548F0">
            <w:pPr>
              <w:bidi/>
              <w:jc w:val="center"/>
              <w:rPr>
                <w:rFonts w:cs="B Lotus"/>
                <w:sz w:val="20"/>
                <w:szCs w:val="20"/>
              </w:rPr>
            </w:pPr>
            <w:r w:rsidRPr="00D5135E">
              <w:rPr>
                <w:rFonts w:ascii="Arial" w:hAnsi="Arial" w:cs="Arial"/>
                <w:sz w:val="20"/>
                <w:szCs w:val="20"/>
                <w:rtl/>
              </w:rPr>
              <w:t>نظافت</w:t>
            </w:r>
            <w:r w:rsidRPr="00D5135E">
              <w:rPr>
                <w:rFonts w:cs="B Lotus"/>
                <w:sz w:val="20"/>
                <w:szCs w:val="20"/>
              </w:rPr>
              <w:t xml:space="preserve"> </w:t>
            </w:r>
            <w:r w:rsidRPr="00D5135E">
              <w:rPr>
                <w:rFonts w:ascii="Arial" w:hAnsi="Arial" w:cs="Arial"/>
                <w:sz w:val="20"/>
                <w:szCs w:val="20"/>
                <w:rtl/>
              </w:rPr>
              <w:t>روزانه</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مستمر</w:t>
            </w:r>
            <w:r w:rsidRPr="00D5135E">
              <w:rPr>
                <w:rFonts w:cs="B Lotus"/>
                <w:sz w:val="20"/>
                <w:szCs w:val="20"/>
              </w:rPr>
              <w:t xml:space="preserve"> </w:t>
            </w:r>
            <w:r w:rsidRPr="00D5135E">
              <w:rPr>
                <w:rFonts w:ascii="Arial" w:hAnsi="Arial" w:cs="Arial"/>
                <w:sz w:val="20"/>
                <w:szCs w:val="20"/>
                <w:rtl/>
              </w:rPr>
              <w:t>بخش</w:t>
            </w:r>
            <w:r w:rsidRPr="00D5135E">
              <w:rPr>
                <w:rFonts w:cs="B Lotus"/>
                <w:sz w:val="20"/>
                <w:szCs w:val="20"/>
              </w:rPr>
              <w:t xml:space="preserve"> </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مختلف</w:t>
            </w:r>
            <w:r w:rsidRPr="00D5135E">
              <w:rPr>
                <w:rFonts w:cs="B Lotus"/>
                <w:sz w:val="20"/>
                <w:szCs w:val="20"/>
              </w:rPr>
              <w:t xml:space="preserve"> </w:t>
            </w:r>
            <w:r w:rsidRPr="00D5135E">
              <w:rPr>
                <w:rFonts w:ascii="Arial" w:hAnsi="Arial" w:cs="Arial"/>
                <w:sz w:val="20"/>
                <w:szCs w:val="20"/>
                <w:rtl/>
              </w:rPr>
              <w:t>استخر</w:t>
            </w:r>
          </w:p>
        </w:tc>
      </w:tr>
      <w:tr w:rsidR="00E52C87" w14:paraId="2BCB86E9" w14:textId="77777777" w:rsidTr="00236876">
        <w:trPr>
          <w:trHeight w:val="186"/>
          <w:jc w:val="center"/>
        </w:trPr>
        <w:tc>
          <w:tcPr>
            <w:tcW w:w="1049" w:type="dxa"/>
          </w:tcPr>
          <w:p w14:paraId="6DAB742F" w14:textId="00DD6275" w:rsidR="00E52C87" w:rsidRPr="00D5135E" w:rsidRDefault="00E52C87" w:rsidP="00D548F0">
            <w:pPr>
              <w:bidi/>
              <w:jc w:val="center"/>
              <w:rPr>
                <w:rFonts w:cs="B Lotus"/>
                <w:sz w:val="20"/>
                <w:szCs w:val="20"/>
              </w:rPr>
            </w:pPr>
            <w:r w:rsidRPr="00D5135E">
              <w:rPr>
                <w:rFonts w:cs="B Lotus" w:hint="cs"/>
                <w:sz w:val="20"/>
                <w:szCs w:val="20"/>
                <w:rtl/>
              </w:rPr>
              <w:t>1</w:t>
            </w:r>
            <w:r w:rsidR="00D558B5">
              <w:rPr>
                <w:rFonts w:cs="B Lotus" w:hint="cs"/>
                <w:sz w:val="20"/>
                <w:szCs w:val="20"/>
                <w:rtl/>
              </w:rPr>
              <w:t>6</w:t>
            </w:r>
          </w:p>
        </w:tc>
        <w:tc>
          <w:tcPr>
            <w:tcW w:w="2629" w:type="dxa"/>
            <w:shd w:val="clear" w:color="auto" w:fill="FDE9D9" w:themeFill="accent6" w:themeFillTint="33"/>
          </w:tcPr>
          <w:p w14:paraId="65952469" w14:textId="77777777" w:rsidR="00E52C87" w:rsidRPr="00D5135E" w:rsidRDefault="00E52C87" w:rsidP="00D548F0">
            <w:pPr>
              <w:bidi/>
              <w:jc w:val="center"/>
              <w:rPr>
                <w:rFonts w:cs="B Lotus"/>
                <w:sz w:val="20"/>
                <w:szCs w:val="20"/>
              </w:rPr>
            </w:pPr>
            <w:r w:rsidRPr="00D5135E">
              <w:rPr>
                <w:rFonts w:ascii="Arial" w:hAnsi="Arial" w:cs="Arial"/>
                <w:sz w:val="20"/>
                <w:szCs w:val="20"/>
                <w:rtl/>
              </w:rPr>
              <w:t>ارزیابی</w:t>
            </w:r>
            <w:r w:rsidRPr="00D5135E">
              <w:rPr>
                <w:rFonts w:cs="B Lotus"/>
                <w:sz w:val="20"/>
                <w:szCs w:val="20"/>
              </w:rPr>
              <w:t xml:space="preserve"> </w:t>
            </w:r>
            <w:r w:rsidRPr="00D5135E">
              <w:rPr>
                <w:rFonts w:ascii="Arial" w:hAnsi="Arial" w:cs="Arial"/>
                <w:sz w:val="20"/>
                <w:szCs w:val="20"/>
                <w:rtl/>
              </w:rPr>
              <w:t>رضایت</w:t>
            </w:r>
            <w:r w:rsidRPr="00D5135E">
              <w:rPr>
                <w:rFonts w:cs="B Lotus"/>
                <w:sz w:val="20"/>
                <w:szCs w:val="20"/>
              </w:rPr>
              <w:t xml:space="preserve"> </w:t>
            </w:r>
            <w:r w:rsidRPr="00D5135E">
              <w:rPr>
                <w:rFonts w:ascii="Arial" w:hAnsi="Arial" w:cs="Arial"/>
                <w:sz w:val="20"/>
                <w:szCs w:val="20"/>
                <w:rtl/>
              </w:rPr>
              <w:t>مشتریان</w:t>
            </w:r>
          </w:p>
        </w:tc>
        <w:tc>
          <w:tcPr>
            <w:tcW w:w="918" w:type="dxa"/>
          </w:tcPr>
          <w:p w14:paraId="25A2BB5E" w14:textId="77777777" w:rsidR="00E52C87" w:rsidRPr="00D5135E" w:rsidRDefault="00E52C87" w:rsidP="00D548F0">
            <w:pPr>
              <w:bidi/>
              <w:jc w:val="center"/>
              <w:rPr>
                <w:rFonts w:cs="B Lotus"/>
                <w:sz w:val="20"/>
                <w:szCs w:val="20"/>
              </w:rPr>
            </w:pPr>
            <w:r w:rsidRPr="00D5135E">
              <w:rPr>
                <w:rFonts w:cs="B Lotus" w:hint="cs"/>
                <w:sz w:val="20"/>
                <w:szCs w:val="20"/>
                <w:rtl/>
              </w:rPr>
              <w:t>12</w:t>
            </w:r>
          </w:p>
        </w:tc>
        <w:tc>
          <w:tcPr>
            <w:tcW w:w="2762" w:type="dxa"/>
            <w:shd w:val="clear" w:color="auto" w:fill="F2DBDB" w:themeFill="accent2" w:themeFillTint="33"/>
          </w:tcPr>
          <w:p w14:paraId="6EFADC36" w14:textId="77777777" w:rsidR="00E52C87" w:rsidRPr="00D5135E" w:rsidRDefault="00E52C87" w:rsidP="00D548F0">
            <w:pPr>
              <w:bidi/>
              <w:jc w:val="center"/>
              <w:rPr>
                <w:rFonts w:cs="B Lotus"/>
                <w:sz w:val="20"/>
                <w:szCs w:val="20"/>
              </w:rPr>
            </w:pPr>
            <w:r w:rsidRPr="00D5135E">
              <w:rPr>
                <w:rFonts w:ascii="Arial" w:hAnsi="Arial" w:cs="Arial"/>
                <w:sz w:val="20"/>
                <w:szCs w:val="20"/>
                <w:rtl/>
              </w:rPr>
              <w:t>جذب</w:t>
            </w:r>
            <w:r w:rsidRPr="00D5135E">
              <w:rPr>
                <w:rFonts w:cs="B Lotus"/>
                <w:sz w:val="20"/>
                <w:szCs w:val="20"/>
              </w:rPr>
              <w:t xml:space="preserve"> </w:t>
            </w:r>
            <w:r w:rsidRPr="00D5135E">
              <w:rPr>
                <w:rFonts w:ascii="Arial" w:hAnsi="Arial" w:cs="Arial"/>
                <w:sz w:val="20"/>
                <w:szCs w:val="20"/>
                <w:rtl/>
              </w:rPr>
              <w:t>سرمایه</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سرمایه</w:t>
            </w:r>
            <w:r w:rsidRPr="00D5135E">
              <w:rPr>
                <w:rFonts w:cs="B Lotus"/>
                <w:sz w:val="20"/>
                <w:szCs w:val="20"/>
              </w:rPr>
              <w:t xml:space="preserve"> </w:t>
            </w:r>
            <w:r w:rsidRPr="00D5135E">
              <w:rPr>
                <w:rFonts w:ascii="Arial" w:hAnsi="Arial" w:cs="Arial"/>
                <w:sz w:val="20"/>
                <w:szCs w:val="20"/>
                <w:rtl/>
              </w:rPr>
              <w:t>گذار</w:t>
            </w:r>
          </w:p>
        </w:tc>
        <w:tc>
          <w:tcPr>
            <w:tcW w:w="918" w:type="dxa"/>
          </w:tcPr>
          <w:p w14:paraId="28DF065E" w14:textId="77777777" w:rsidR="00E52C87" w:rsidRPr="00D5135E" w:rsidRDefault="00E52C87" w:rsidP="00D548F0">
            <w:pPr>
              <w:bidi/>
              <w:jc w:val="center"/>
              <w:rPr>
                <w:rFonts w:cs="B Lotus"/>
                <w:sz w:val="20"/>
                <w:szCs w:val="20"/>
              </w:rPr>
            </w:pPr>
            <w:r w:rsidRPr="00D5135E">
              <w:rPr>
                <w:rFonts w:cs="B Lotus" w:hint="cs"/>
                <w:sz w:val="20"/>
                <w:szCs w:val="20"/>
                <w:rtl/>
              </w:rPr>
              <w:t>30</w:t>
            </w:r>
          </w:p>
        </w:tc>
        <w:tc>
          <w:tcPr>
            <w:tcW w:w="2103" w:type="dxa"/>
            <w:shd w:val="clear" w:color="auto" w:fill="E1EBF7" w:themeFill="text2" w:themeFillTint="1A"/>
          </w:tcPr>
          <w:p w14:paraId="0F041CA4" w14:textId="77777777" w:rsidR="00E52C87" w:rsidRPr="00D5135E" w:rsidRDefault="00E52C87" w:rsidP="00D548F0">
            <w:pPr>
              <w:bidi/>
              <w:jc w:val="center"/>
              <w:rPr>
                <w:rFonts w:cs="B Lotus"/>
                <w:sz w:val="20"/>
                <w:szCs w:val="20"/>
              </w:rPr>
            </w:pPr>
            <w:r w:rsidRPr="00D5135E">
              <w:rPr>
                <w:rFonts w:ascii="Arial" w:hAnsi="Arial" w:cs="Arial"/>
                <w:sz w:val="20"/>
                <w:szCs w:val="20"/>
                <w:rtl/>
              </w:rPr>
              <w:t>کنترل</w:t>
            </w:r>
            <w:r w:rsidRPr="00D5135E">
              <w:rPr>
                <w:rFonts w:cs="B Lotus"/>
                <w:sz w:val="20"/>
                <w:szCs w:val="20"/>
              </w:rPr>
              <w:t xml:space="preserve"> </w:t>
            </w:r>
            <w:r w:rsidRPr="00D5135E">
              <w:rPr>
                <w:rFonts w:ascii="Arial" w:hAnsi="Arial" w:cs="Arial"/>
                <w:sz w:val="20"/>
                <w:szCs w:val="20"/>
                <w:rtl/>
              </w:rPr>
              <w:t>کیفیت</w:t>
            </w:r>
            <w:r w:rsidRPr="00D5135E">
              <w:rPr>
                <w:rFonts w:cs="B Lotus"/>
                <w:sz w:val="20"/>
                <w:szCs w:val="20"/>
              </w:rPr>
              <w:t xml:space="preserve"> </w:t>
            </w:r>
            <w:r w:rsidRPr="00D5135E">
              <w:rPr>
                <w:rFonts w:ascii="Arial" w:hAnsi="Arial" w:cs="Arial"/>
                <w:sz w:val="20"/>
                <w:szCs w:val="20"/>
                <w:rtl/>
              </w:rPr>
              <w:t>آب</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کنترل</w:t>
            </w:r>
            <w:r w:rsidRPr="00D5135E">
              <w:rPr>
                <w:rFonts w:cs="B Lotus"/>
                <w:sz w:val="20"/>
                <w:szCs w:val="20"/>
              </w:rPr>
              <w:t xml:space="preserve"> PH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کلر</w:t>
            </w:r>
          </w:p>
        </w:tc>
      </w:tr>
      <w:tr w:rsidR="00E52C87" w14:paraId="325BF02E" w14:textId="77777777" w:rsidTr="00236876">
        <w:trPr>
          <w:trHeight w:val="122"/>
          <w:jc w:val="center"/>
        </w:trPr>
        <w:tc>
          <w:tcPr>
            <w:tcW w:w="1049" w:type="dxa"/>
          </w:tcPr>
          <w:p w14:paraId="3A036F7D" w14:textId="77777777" w:rsidR="00E52C87" w:rsidRPr="00D5135E" w:rsidRDefault="00E52C87" w:rsidP="00D548F0">
            <w:pPr>
              <w:bidi/>
              <w:jc w:val="center"/>
              <w:rPr>
                <w:rFonts w:cs="B Lotus"/>
                <w:sz w:val="20"/>
                <w:szCs w:val="20"/>
              </w:rPr>
            </w:pPr>
            <w:r w:rsidRPr="00D5135E">
              <w:rPr>
                <w:rFonts w:cs="B Lotus" w:hint="cs"/>
                <w:sz w:val="20"/>
                <w:szCs w:val="20"/>
                <w:rtl/>
              </w:rPr>
              <w:t>12</w:t>
            </w:r>
          </w:p>
        </w:tc>
        <w:tc>
          <w:tcPr>
            <w:tcW w:w="2629" w:type="dxa"/>
            <w:shd w:val="clear" w:color="auto" w:fill="FDE9D9" w:themeFill="accent6" w:themeFillTint="33"/>
          </w:tcPr>
          <w:p w14:paraId="30D8D5E5" w14:textId="77777777" w:rsidR="00E52C87" w:rsidRPr="00D5135E" w:rsidRDefault="00E52C87" w:rsidP="00D548F0">
            <w:pPr>
              <w:bidi/>
              <w:jc w:val="center"/>
              <w:rPr>
                <w:rFonts w:cs="B Lotus"/>
                <w:sz w:val="20"/>
                <w:szCs w:val="20"/>
              </w:rPr>
            </w:pPr>
            <w:r w:rsidRPr="00D5135E">
              <w:rPr>
                <w:rFonts w:ascii="Arial" w:hAnsi="Arial" w:cs="Arial"/>
                <w:sz w:val="20"/>
                <w:szCs w:val="20"/>
                <w:rtl/>
              </w:rPr>
              <w:t>ارتباط</w:t>
            </w:r>
            <w:r w:rsidRPr="00D5135E">
              <w:rPr>
                <w:rFonts w:cs="B Lotus"/>
                <w:sz w:val="20"/>
                <w:szCs w:val="20"/>
              </w:rPr>
              <w:t xml:space="preserve"> </w:t>
            </w:r>
            <w:r w:rsidRPr="00D5135E">
              <w:rPr>
                <w:rFonts w:ascii="Arial" w:hAnsi="Arial" w:cs="Arial"/>
                <w:sz w:val="20"/>
                <w:szCs w:val="20"/>
                <w:rtl/>
              </w:rPr>
              <w:t>موثر</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مشتریان</w:t>
            </w:r>
          </w:p>
        </w:tc>
        <w:tc>
          <w:tcPr>
            <w:tcW w:w="918" w:type="dxa"/>
          </w:tcPr>
          <w:p w14:paraId="0992709C" w14:textId="77777777" w:rsidR="00E52C87" w:rsidRPr="00D5135E" w:rsidRDefault="00E52C87" w:rsidP="00D548F0">
            <w:pPr>
              <w:bidi/>
              <w:jc w:val="center"/>
              <w:rPr>
                <w:rFonts w:cs="B Lotus"/>
                <w:sz w:val="20"/>
                <w:szCs w:val="20"/>
              </w:rPr>
            </w:pPr>
            <w:r w:rsidRPr="00D5135E">
              <w:rPr>
                <w:rFonts w:cs="B Lotus" w:hint="cs"/>
                <w:sz w:val="20"/>
                <w:szCs w:val="20"/>
                <w:rtl/>
              </w:rPr>
              <w:t>16</w:t>
            </w:r>
          </w:p>
        </w:tc>
        <w:tc>
          <w:tcPr>
            <w:tcW w:w="2762" w:type="dxa"/>
            <w:shd w:val="clear" w:color="auto" w:fill="F2DBDB" w:themeFill="accent2" w:themeFillTint="33"/>
          </w:tcPr>
          <w:p w14:paraId="51F6CFE9" w14:textId="77777777" w:rsidR="00E52C87" w:rsidRPr="00D5135E" w:rsidRDefault="00E52C87" w:rsidP="00D548F0">
            <w:pPr>
              <w:bidi/>
              <w:jc w:val="center"/>
              <w:rPr>
                <w:rFonts w:cs="B Lotus"/>
                <w:sz w:val="20"/>
                <w:szCs w:val="20"/>
              </w:rPr>
            </w:pPr>
            <w:r w:rsidRPr="00D5135E">
              <w:rPr>
                <w:rFonts w:ascii="Arial" w:hAnsi="Arial" w:cs="Arial"/>
                <w:sz w:val="20"/>
                <w:szCs w:val="20"/>
                <w:rtl/>
              </w:rPr>
              <w:t>مدیریت</w:t>
            </w:r>
            <w:r w:rsidRPr="00D5135E">
              <w:rPr>
                <w:rFonts w:cs="B Lotus"/>
                <w:sz w:val="20"/>
                <w:szCs w:val="20"/>
              </w:rPr>
              <w:t xml:space="preserve"> </w:t>
            </w:r>
            <w:r w:rsidRPr="00D5135E">
              <w:rPr>
                <w:rFonts w:ascii="Arial" w:hAnsi="Arial" w:cs="Arial"/>
                <w:sz w:val="20"/>
                <w:szCs w:val="20"/>
                <w:rtl/>
              </w:rPr>
              <w:t>هزینه</w:t>
            </w:r>
            <w:r w:rsidRPr="00D5135E">
              <w:rPr>
                <w:rFonts w:cs="B Lotus"/>
                <w:sz w:val="20"/>
                <w:szCs w:val="20"/>
              </w:rPr>
              <w:t>‌</w:t>
            </w:r>
            <w:r w:rsidRPr="00D5135E">
              <w:rPr>
                <w:rFonts w:ascii="Arial" w:hAnsi="Arial" w:cs="Arial"/>
                <w:sz w:val="20"/>
                <w:szCs w:val="20"/>
                <w:rtl/>
              </w:rPr>
              <w:t>ها</w:t>
            </w:r>
          </w:p>
        </w:tc>
        <w:tc>
          <w:tcPr>
            <w:tcW w:w="918" w:type="dxa"/>
          </w:tcPr>
          <w:p w14:paraId="0493032D" w14:textId="77777777" w:rsidR="00E52C87" w:rsidRPr="00D5135E" w:rsidRDefault="00E52C87" w:rsidP="00D548F0">
            <w:pPr>
              <w:bidi/>
              <w:jc w:val="center"/>
              <w:rPr>
                <w:rFonts w:cs="B Lotus"/>
                <w:sz w:val="20"/>
                <w:szCs w:val="20"/>
              </w:rPr>
            </w:pPr>
            <w:r w:rsidRPr="00D5135E">
              <w:rPr>
                <w:rFonts w:cs="B Lotus" w:hint="cs"/>
                <w:sz w:val="20"/>
                <w:szCs w:val="20"/>
                <w:rtl/>
              </w:rPr>
              <w:t>14</w:t>
            </w:r>
          </w:p>
        </w:tc>
        <w:tc>
          <w:tcPr>
            <w:tcW w:w="2103" w:type="dxa"/>
            <w:shd w:val="clear" w:color="auto" w:fill="E1EBF7" w:themeFill="text2" w:themeFillTint="1A"/>
          </w:tcPr>
          <w:p w14:paraId="16ED8D8C"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سیستم</w:t>
            </w:r>
            <w:r w:rsidRPr="00D5135E">
              <w:rPr>
                <w:rFonts w:cs="B Lotus"/>
                <w:sz w:val="20"/>
                <w:szCs w:val="20"/>
              </w:rPr>
              <w:t xml:space="preserve"> </w:t>
            </w:r>
            <w:r w:rsidRPr="00D5135E">
              <w:rPr>
                <w:rFonts w:ascii="Arial" w:hAnsi="Arial" w:cs="Arial"/>
                <w:sz w:val="20"/>
                <w:szCs w:val="20"/>
                <w:rtl/>
              </w:rPr>
              <w:t>تسویه</w:t>
            </w:r>
            <w:r w:rsidRPr="00D5135E">
              <w:rPr>
                <w:rFonts w:cs="B Lotus"/>
                <w:sz w:val="20"/>
                <w:szCs w:val="20"/>
              </w:rPr>
              <w:t xml:space="preserve"> </w:t>
            </w:r>
            <w:r w:rsidRPr="00D5135E">
              <w:rPr>
                <w:rFonts w:ascii="Arial" w:hAnsi="Arial" w:cs="Arial"/>
                <w:sz w:val="20"/>
                <w:szCs w:val="20"/>
                <w:rtl/>
              </w:rPr>
              <w:t>آب</w:t>
            </w:r>
            <w:r w:rsidRPr="00D5135E">
              <w:rPr>
                <w:rFonts w:cs="B Lotus"/>
                <w:sz w:val="20"/>
                <w:szCs w:val="20"/>
              </w:rPr>
              <w:t xml:space="preserve"> </w:t>
            </w:r>
            <w:r w:rsidRPr="00D5135E">
              <w:rPr>
                <w:rFonts w:ascii="Arial" w:hAnsi="Arial" w:cs="Arial"/>
                <w:sz w:val="20"/>
                <w:szCs w:val="20"/>
                <w:rtl/>
              </w:rPr>
              <w:t>مناسب</w:t>
            </w:r>
          </w:p>
        </w:tc>
      </w:tr>
      <w:tr w:rsidR="00E52C87" w14:paraId="62176676" w14:textId="77777777" w:rsidTr="00236876">
        <w:trPr>
          <w:trHeight w:val="124"/>
          <w:jc w:val="center"/>
        </w:trPr>
        <w:tc>
          <w:tcPr>
            <w:tcW w:w="1049" w:type="dxa"/>
          </w:tcPr>
          <w:p w14:paraId="0C19D0A8" w14:textId="3043FF9B" w:rsidR="00E52C87" w:rsidRPr="00D5135E" w:rsidRDefault="00236876" w:rsidP="00D548F0">
            <w:pPr>
              <w:bidi/>
              <w:jc w:val="center"/>
              <w:rPr>
                <w:rFonts w:cs="B Lotus"/>
                <w:sz w:val="20"/>
                <w:szCs w:val="20"/>
              </w:rPr>
            </w:pPr>
            <w:r>
              <w:rPr>
                <w:rFonts w:cs="B Lotus" w:hint="cs"/>
                <w:sz w:val="20"/>
                <w:szCs w:val="20"/>
                <w:rtl/>
              </w:rPr>
              <w:t>120</w:t>
            </w:r>
          </w:p>
        </w:tc>
        <w:tc>
          <w:tcPr>
            <w:tcW w:w="2629" w:type="dxa"/>
            <w:shd w:val="clear" w:color="auto" w:fill="C2D69B" w:themeFill="accent3" w:themeFillTint="99"/>
          </w:tcPr>
          <w:p w14:paraId="55667C7F" w14:textId="77777777" w:rsidR="00E52C87" w:rsidRPr="00D5135E" w:rsidRDefault="00E52C87" w:rsidP="00D548F0">
            <w:pPr>
              <w:bidi/>
              <w:jc w:val="center"/>
              <w:rPr>
                <w:rFonts w:cs="B Lotus"/>
                <w:sz w:val="20"/>
                <w:szCs w:val="20"/>
              </w:rPr>
            </w:pPr>
            <w:r w:rsidRPr="00D5135E">
              <w:rPr>
                <w:rFonts w:ascii="Arial" w:hAnsi="Arial" w:cs="Arial"/>
                <w:sz w:val="20"/>
                <w:szCs w:val="20"/>
                <w:rtl/>
              </w:rPr>
              <w:t>بازاریابی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رقابت</w:t>
            </w:r>
            <w:r w:rsidRPr="00D5135E">
              <w:rPr>
                <w:rFonts w:cs="B Lotus"/>
                <w:sz w:val="20"/>
                <w:szCs w:val="20"/>
              </w:rPr>
              <w:t xml:space="preserve"> </w:t>
            </w:r>
            <w:r w:rsidRPr="00D5135E">
              <w:rPr>
                <w:rFonts w:ascii="Arial" w:hAnsi="Arial" w:cs="Arial"/>
                <w:sz w:val="20"/>
                <w:szCs w:val="20"/>
                <w:rtl/>
              </w:rPr>
              <w:t>پذیری</w:t>
            </w:r>
            <w:r w:rsidRPr="00D5135E">
              <w:rPr>
                <w:rFonts w:cs="B Lotus"/>
                <w:sz w:val="20"/>
                <w:szCs w:val="20"/>
              </w:rPr>
              <w:t>**</w:t>
            </w:r>
          </w:p>
        </w:tc>
        <w:tc>
          <w:tcPr>
            <w:tcW w:w="918" w:type="dxa"/>
          </w:tcPr>
          <w:p w14:paraId="57C2E835" w14:textId="77777777" w:rsidR="00E52C87" w:rsidRPr="00D5135E" w:rsidRDefault="00E52C87" w:rsidP="00D548F0">
            <w:pPr>
              <w:bidi/>
              <w:jc w:val="center"/>
              <w:rPr>
                <w:rFonts w:cs="B Lotus"/>
                <w:sz w:val="20"/>
                <w:szCs w:val="20"/>
              </w:rPr>
            </w:pPr>
            <w:r w:rsidRPr="00D5135E">
              <w:rPr>
                <w:rFonts w:cs="B Lotus" w:hint="cs"/>
                <w:sz w:val="20"/>
                <w:szCs w:val="20"/>
                <w:rtl/>
              </w:rPr>
              <w:t>8</w:t>
            </w:r>
          </w:p>
        </w:tc>
        <w:tc>
          <w:tcPr>
            <w:tcW w:w="2762" w:type="dxa"/>
            <w:shd w:val="clear" w:color="auto" w:fill="F2DBDB" w:themeFill="accent2" w:themeFillTint="33"/>
          </w:tcPr>
          <w:p w14:paraId="6B530B73" w14:textId="77777777" w:rsidR="00E52C87" w:rsidRPr="00D5135E" w:rsidRDefault="00E52C87" w:rsidP="00D548F0">
            <w:pPr>
              <w:bidi/>
              <w:jc w:val="center"/>
              <w:rPr>
                <w:rFonts w:cs="B Lotus"/>
                <w:sz w:val="20"/>
                <w:szCs w:val="20"/>
              </w:rPr>
            </w:pPr>
            <w:r w:rsidRPr="00D5135E">
              <w:rPr>
                <w:rFonts w:ascii="Arial" w:hAnsi="Arial" w:cs="Arial"/>
                <w:sz w:val="20"/>
                <w:szCs w:val="20"/>
                <w:rtl/>
              </w:rPr>
              <w:t>تحلیل</w:t>
            </w:r>
            <w:r w:rsidRPr="00D5135E">
              <w:rPr>
                <w:rFonts w:cs="B Lotus"/>
                <w:sz w:val="20"/>
                <w:szCs w:val="20"/>
              </w:rPr>
              <w:t xml:space="preserve"> </w:t>
            </w:r>
            <w:r w:rsidRPr="00D5135E">
              <w:rPr>
                <w:rFonts w:ascii="Arial" w:hAnsi="Arial" w:cs="Arial"/>
                <w:sz w:val="20"/>
                <w:szCs w:val="20"/>
                <w:rtl/>
              </w:rPr>
              <w:t>مالی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گزارش</w:t>
            </w:r>
            <w:r w:rsidRPr="00D5135E">
              <w:rPr>
                <w:rFonts w:cs="B Lotus"/>
                <w:sz w:val="20"/>
                <w:szCs w:val="20"/>
              </w:rPr>
              <w:t xml:space="preserve"> </w:t>
            </w:r>
            <w:r w:rsidRPr="00D5135E">
              <w:rPr>
                <w:rFonts w:ascii="Arial" w:hAnsi="Arial" w:cs="Arial"/>
                <w:sz w:val="20"/>
                <w:szCs w:val="20"/>
                <w:rtl/>
              </w:rPr>
              <w:t>دهی</w:t>
            </w:r>
          </w:p>
        </w:tc>
        <w:tc>
          <w:tcPr>
            <w:tcW w:w="918" w:type="dxa"/>
          </w:tcPr>
          <w:p w14:paraId="6BEB1E94" w14:textId="77777777" w:rsidR="00E52C87" w:rsidRPr="00D5135E" w:rsidRDefault="00E52C87" w:rsidP="00D548F0">
            <w:pPr>
              <w:bidi/>
              <w:jc w:val="center"/>
              <w:rPr>
                <w:rFonts w:cs="B Lotus"/>
                <w:sz w:val="20"/>
                <w:szCs w:val="20"/>
              </w:rPr>
            </w:pPr>
            <w:r w:rsidRPr="00D5135E">
              <w:rPr>
                <w:rFonts w:cs="B Lotus" w:hint="cs"/>
                <w:sz w:val="20"/>
                <w:szCs w:val="20"/>
                <w:rtl/>
              </w:rPr>
              <w:t>8</w:t>
            </w:r>
          </w:p>
        </w:tc>
        <w:tc>
          <w:tcPr>
            <w:tcW w:w="2103" w:type="dxa"/>
            <w:shd w:val="clear" w:color="auto" w:fill="E1EBF7" w:themeFill="text2" w:themeFillTint="1A"/>
          </w:tcPr>
          <w:p w14:paraId="360111DF"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سیستم</w:t>
            </w:r>
            <w:r w:rsidRPr="00D5135E">
              <w:rPr>
                <w:rFonts w:cs="B Lotus"/>
                <w:sz w:val="20"/>
                <w:szCs w:val="20"/>
              </w:rPr>
              <w:t xml:space="preserve"> </w:t>
            </w:r>
            <w:r w:rsidRPr="00D5135E">
              <w:rPr>
                <w:rFonts w:ascii="Arial" w:hAnsi="Arial" w:cs="Arial"/>
                <w:sz w:val="20"/>
                <w:szCs w:val="20"/>
                <w:rtl/>
              </w:rPr>
              <w:t>تهویه</w:t>
            </w:r>
            <w:r w:rsidRPr="00D5135E">
              <w:rPr>
                <w:rFonts w:cs="B Lotus"/>
                <w:sz w:val="20"/>
                <w:szCs w:val="20"/>
              </w:rPr>
              <w:t xml:space="preserve"> </w:t>
            </w:r>
            <w:r w:rsidRPr="00D5135E">
              <w:rPr>
                <w:rFonts w:ascii="Arial" w:hAnsi="Arial" w:cs="Arial"/>
                <w:sz w:val="20"/>
                <w:szCs w:val="20"/>
                <w:rtl/>
              </w:rPr>
              <w:t>هوا</w:t>
            </w:r>
            <w:r w:rsidRPr="00D5135E">
              <w:rPr>
                <w:rFonts w:cs="B Lotus"/>
                <w:sz w:val="20"/>
                <w:szCs w:val="20"/>
              </w:rPr>
              <w:t xml:space="preserve"> </w:t>
            </w:r>
            <w:r w:rsidRPr="00D5135E">
              <w:rPr>
                <w:rFonts w:ascii="Arial" w:hAnsi="Arial" w:cs="Arial"/>
                <w:sz w:val="20"/>
                <w:szCs w:val="20"/>
                <w:rtl/>
              </w:rPr>
              <w:t>مناسب</w:t>
            </w:r>
          </w:p>
        </w:tc>
      </w:tr>
      <w:tr w:rsidR="00E52C87" w14:paraId="67B01DFA" w14:textId="77777777" w:rsidTr="00236876">
        <w:trPr>
          <w:trHeight w:val="182"/>
          <w:jc w:val="center"/>
        </w:trPr>
        <w:tc>
          <w:tcPr>
            <w:tcW w:w="1049" w:type="dxa"/>
          </w:tcPr>
          <w:p w14:paraId="36C29D87" w14:textId="2AFD07CA" w:rsidR="00E52C87" w:rsidRPr="00D5135E" w:rsidRDefault="00E52C87" w:rsidP="00D548F0">
            <w:pPr>
              <w:bidi/>
              <w:jc w:val="center"/>
              <w:rPr>
                <w:rFonts w:cs="B Lotus"/>
                <w:sz w:val="20"/>
                <w:szCs w:val="20"/>
              </w:rPr>
            </w:pPr>
            <w:r w:rsidRPr="00D5135E">
              <w:rPr>
                <w:rFonts w:cs="B Lotus" w:hint="cs"/>
                <w:sz w:val="20"/>
                <w:szCs w:val="20"/>
                <w:rtl/>
              </w:rPr>
              <w:t>4</w:t>
            </w:r>
            <w:r w:rsidR="00236876">
              <w:rPr>
                <w:rFonts w:cs="B Lotus" w:hint="cs"/>
                <w:sz w:val="20"/>
                <w:szCs w:val="20"/>
                <w:rtl/>
              </w:rPr>
              <w:t>7</w:t>
            </w:r>
          </w:p>
        </w:tc>
        <w:tc>
          <w:tcPr>
            <w:tcW w:w="2629" w:type="dxa"/>
            <w:shd w:val="clear" w:color="auto" w:fill="D6E3BC" w:themeFill="accent3" w:themeFillTint="66"/>
          </w:tcPr>
          <w:p w14:paraId="632203A8" w14:textId="77777777" w:rsidR="00E52C87" w:rsidRPr="00D5135E" w:rsidRDefault="00E52C87" w:rsidP="00D548F0">
            <w:pPr>
              <w:bidi/>
              <w:jc w:val="center"/>
              <w:rPr>
                <w:rFonts w:cs="B Lotus"/>
                <w:sz w:val="20"/>
                <w:szCs w:val="20"/>
              </w:rPr>
            </w:pPr>
            <w:r w:rsidRPr="00D5135E">
              <w:rPr>
                <w:rFonts w:ascii="Arial" w:hAnsi="Arial" w:cs="Arial"/>
                <w:sz w:val="20"/>
                <w:szCs w:val="20"/>
                <w:rtl/>
              </w:rPr>
              <w:t>رقابت</w:t>
            </w:r>
            <w:r w:rsidRPr="00D5135E">
              <w:rPr>
                <w:rFonts w:cs="B Lotus"/>
                <w:sz w:val="20"/>
                <w:szCs w:val="20"/>
              </w:rPr>
              <w:t xml:space="preserve"> </w:t>
            </w:r>
            <w:r w:rsidRPr="00D5135E">
              <w:rPr>
                <w:rFonts w:ascii="Arial" w:hAnsi="Arial" w:cs="Arial"/>
                <w:sz w:val="20"/>
                <w:szCs w:val="20"/>
                <w:rtl/>
              </w:rPr>
              <w:t>پذیری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موقعیت</w:t>
            </w:r>
            <w:r w:rsidRPr="00D5135E">
              <w:rPr>
                <w:rFonts w:cs="B Lotus"/>
                <w:sz w:val="20"/>
                <w:szCs w:val="20"/>
              </w:rPr>
              <w:t xml:space="preserve"> </w:t>
            </w:r>
            <w:r w:rsidRPr="00D5135E">
              <w:rPr>
                <w:rFonts w:ascii="Arial" w:hAnsi="Arial" w:cs="Arial"/>
                <w:sz w:val="20"/>
                <w:szCs w:val="20"/>
                <w:rtl/>
              </w:rPr>
              <w:t>بازار</w:t>
            </w:r>
            <w:r w:rsidRPr="00D5135E">
              <w:rPr>
                <w:rFonts w:cs="B Lotus"/>
                <w:sz w:val="20"/>
                <w:szCs w:val="20"/>
              </w:rPr>
              <w:t>*</w:t>
            </w:r>
          </w:p>
        </w:tc>
        <w:tc>
          <w:tcPr>
            <w:tcW w:w="918" w:type="dxa"/>
          </w:tcPr>
          <w:p w14:paraId="2AF3260A" w14:textId="77777777" w:rsidR="00E52C87" w:rsidRPr="00D5135E" w:rsidRDefault="00E52C87" w:rsidP="00D548F0">
            <w:pPr>
              <w:bidi/>
              <w:jc w:val="center"/>
              <w:rPr>
                <w:rFonts w:cs="B Lotus"/>
                <w:sz w:val="20"/>
                <w:szCs w:val="20"/>
              </w:rPr>
            </w:pPr>
            <w:r w:rsidRPr="00D5135E">
              <w:rPr>
                <w:rFonts w:cs="B Lotus" w:hint="cs"/>
                <w:sz w:val="20"/>
                <w:szCs w:val="20"/>
                <w:rtl/>
              </w:rPr>
              <w:t>68</w:t>
            </w:r>
          </w:p>
        </w:tc>
        <w:tc>
          <w:tcPr>
            <w:tcW w:w="2762" w:type="dxa"/>
            <w:shd w:val="clear" w:color="auto" w:fill="E5B8B7" w:themeFill="accent2" w:themeFillTint="66"/>
          </w:tcPr>
          <w:p w14:paraId="4D071796" w14:textId="77777777" w:rsidR="00E52C87" w:rsidRPr="00D5135E" w:rsidRDefault="00E52C87" w:rsidP="00D548F0">
            <w:pPr>
              <w:bidi/>
              <w:jc w:val="center"/>
              <w:rPr>
                <w:rFonts w:cs="B Lotus"/>
                <w:sz w:val="20"/>
                <w:szCs w:val="20"/>
              </w:rPr>
            </w:pPr>
            <w:r w:rsidRPr="00D5135E">
              <w:rPr>
                <w:rFonts w:ascii="Arial" w:hAnsi="Arial" w:cs="Arial"/>
                <w:sz w:val="20"/>
                <w:szCs w:val="20"/>
                <w:rtl/>
              </w:rPr>
              <w:t>منابع</w:t>
            </w:r>
            <w:r w:rsidRPr="00D5135E">
              <w:rPr>
                <w:rFonts w:cs="B Lotus"/>
                <w:sz w:val="20"/>
                <w:szCs w:val="20"/>
              </w:rPr>
              <w:t xml:space="preserve"> </w:t>
            </w:r>
            <w:r w:rsidRPr="00D5135E">
              <w:rPr>
                <w:rFonts w:ascii="Arial" w:hAnsi="Arial" w:cs="Arial"/>
                <w:sz w:val="20"/>
                <w:szCs w:val="20"/>
                <w:rtl/>
              </w:rPr>
              <w:t>انسانی</w:t>
            </w:r>
            <w:r w:rsidRPr="00D5135E">
              <w:rPr>
                <w:rFonts w:cs="B Lotus"/>
                <w:sz w:val="20"/>
                <w:szCs w:val="20"/>
              </w:rPr>
              <w:t>*</w:t>
            </w:r>
          </w:p>
        </w:tc>
        <w:tc>
          <w:tcPr>
            <w:tcW w:w="918" w:type="dxa"/>
          </w:tcPr>
          <w:p w14:paraId="2420BA0C" w14:textId="77777777" w:rsidR="00E52C87" w:rsidRPr="00D5135E" w:rsidRDefault="00E52C87" w:rsidP="00D548F0">
            <w:pPr>
              <w:bidi/>
              <w:jc w:val="center"/>
              <w:rPr>
                <w:rFonts w:cs="B Lotus"/>
                <w:sz w:val="20"/>
                <w:szCs w:val="20"/>
              </w:rPr>
            </w:pPr>
            <w:r w:rsidRPr="00D5135E">
              <w:rPr>
                <w:rFonts w:cs="B Lotus" w:hint="cs"/>
                <w:sz w:val="20"/>
                <w:szCs w:val="20"/>
                <w:rtl/>
              </w:rPr>
              <w:t>16</w:t>
            </w:r>
          </w:p>
        </w:tc>
        <w:tc>
          <w:tcPr>
            <w:tcW w:w="2103" w:type="dxa"/>
            <w:shd w:val="clear" w:color="auto" w:fill="E1EBF7" w:themeFill="text2" w:themeFillTint="1A"/>
          </w:tcPr>
          <w:p w14:paraId="168E2F0F" w14:textId="77777777" w:rsidR="00E52C87" w:rsidRPr="00D5135E" w:rsidRDefault="00E52C87" w:rsidP="00D548F0">
            <w:pPr>
              <w:bidi/>
              <w:jc w:val="center"/>
              <w:rPr>
                <w:rFonts w:cs="B Lotus"/>
                <w:sz w:val="20"/>
                <w:szCs w:val="20"/>
              </w:rPr>
            </w:pPr>
            <w:r w:rsidRPr="00D5135E">
              <w:rPr>
                <w:rFonts w:ascii="Arial" w:hAnsi="Arial" w:cs="Arial"/>
                <w:sz w:val="20"/>
                <w:szCs w:val="20"/>
                <w:rtl/>
              </w:rPr>
              <w:t>حوضچه</w:t>
            </w:r>
            <w:r w:rsidRPr="00D5135E">
              <w:rPr>
                <w:rFonts w:cs="B Lotus"/>
                <w:sz w:val="20"/>
                <w:szCs w:val="20"/>
              </w:rPr>
              <w:t xml:space="preserve"> </w:t>
            </w:r>
            <w:r w:rsidRPr="00D5135E">
              <w:rPr>
                <w:rFonts w:ascii="Arial" w:hAnsi="Arial" w:cs="Arial"/>
                <w:sz w:val="20"/>
                <w:szCs w:val="20"/>
                <w:rtl/>
              </w:rPr>
              <w:t>کلر</w:t>
            </w:r>
            <w:r w:rsidRPr="00D5135E">
              <w:rPr>
                <w:rFonts w:cs="B Lotus"/>
                <w:sz w:val="20"/>
                <w:szCs w:val="20"/>
              </w:rPr>
              <w:t xml:space="preserve"> </w:t>
            </w:r>
            <w:r w:rsidRPr="00D5135E">
              <w:rPr>
                <w:rFonts w:ascii="Arial" w:hAnsi="Arial" w:cs="Arial"/>
                <w:sz w:val="20"/>
                <w:szCs w:val="20"/>
                <w:rtl/>
              </w:rPr>
              <w:t>ورودی</w:t>
            </w:r>
            <w:r w:rsidRPr="00D5135E">
              <w:rPr>
                <w:rFonts w:cs="B Lotus"/>
                <w:sz w:val="20"/>
                <w:szCs w:val="20"/>
              </w:rPr>
              <w:t xml:space="preserve"> </w:t>
            </w:r>
            <w:r w:rsidRPr="00D5135E">
              <w:rPr>
                <w:rFonts w:ascii="Arial" w:hAnsi="Arial" w:cs="Arial"/>
                <w:sz w:val="20"/>
                <w:szCs w:val="20"/>
                <w:rtl/>
              </w:rPr>
              <w:t>به</w:t>
            </w:r>
            <w:r w:rsidRPr="00D5135E">
              <w:rPr>
                <w:rFonts w:cs="B Lotus"/>
                <w:sz w:val="20"/>
                <w:szCs w:val="20"/>
              </w:rPr>
              <w:t xml:space="preserve"> </w:t>
            </w:r>
            <w:r w:rsidRPr="00D5135E">
              <w:rPr>
                <w:rFonts w:ascii="Arial" w:hAnsi="Arial" w:cs="Arial"/>
                <w:sz w:val="20"/>
                <w:szCs w:val="20"/>
                <w:rtl/>
              </w:rPr>
              <w:t>کاسه</w:t>
            </w:r>
            <w:r w:rsidRPr="00D5135E">
              <w:rPr>
                <w:rFonts w:cs="B Lotus"/>
                <w:sz w:val="20"/>
                <w:szCs w:val="20"/>
              </w:rPr>
              <w:t xml:space="preserve"> </w:t>
            </w:r>
            <w:r w:rsidRPr="00D5135E">
              <w:rPr>
                <w:rFonts w:ascii="Arial" w:hAnsi="Arial" w:cs="Arial"/>
                <w:sz w:val="20"/>
                <w:szCs w:val="20"/>
                <w:rtl/>
              </w:rPr>
              <w:t>استخر</w:t>
            </w:r>
          </w:p>
        </w:tc>
      </w:tr>
      <w:tr w:rsidR="00E52C87" w14:paraId="3ACF1976" w14:textId="77777777" w:rsidTr="00236876">
        <w:trPr>
          <w:trHeight w:val="122"/>
          <w:jc w:val="center"/>
        </w:trPr>
        <w:tc>
          <w:tcPr>
            <w:tcW w:w="1049" w:type="dxa"/>
          </w:tcPr>
          <w:p w14:paraId="6A7ADD41" w14:textId="079E8C28" w:rsidR="00E52C87" w:rsidRPr="00D5135E" w:rsidRDefault="00236876" w:rsidP="00D548F0">
            <w:pPr>
              <w:bidi/>
              <w:jc w:val="center"/>
              <w:rPr>
                <w:rFonts w:cs="B Lotus"/>
                <w:sz w:val="20"/>
                <w:szCs w:val="20"/>
              </w:rPr>
            </w:pPr>
            <w:r>
              <w:rPr>
                <w:rFonts w:cs="B Lotus" w:hint="cs"/>
                <w:sz w:val="20"/>
                <w:szCs w:val="20"/>
                <w:rtl/>
              </w:rPr>
              <w:t>10</w:t>
            </w:r>
          </w:p>
        </w:tc>
        <w:tc>
          <w:tcPr>
            <w:tcW w:w="2629" w:type="dxa"/>
            <w:shd w:val="clear" w:color="auto" w:fill="EAF1DD" w:themeFill="accent3" w:themeFillTint="33"/>
          </w:tcPr>
          <w:p w14:paraId="0686F3DD" w14:textId="77777777" w:rsidR="00E52C87" w:rsidRPr="00D5135E" w:rsidRDefault="00E52C87" w:rsidP="00D548F0">
            <w:pPr>
              <w:bidi/>
              <w:jc w:val="center"/>
              <w:rPr>
                <w:rFonts w:cs="B Lotus"/>
                <w:sz w:val="20"/>
                <w:szCs w:val="20"/>
              </w:rPr>
            </w:pPr>
            <w:r w:rsidRPr="00D5135E">
              <w:rPr>
                <w:rFonts w:ascii="Arial" w:hAnsi="Arial" w:cs="Arial"/>
                <w:sz w:val="20"/>
                <w:szCs w:val="20"/>
                <w:rtl/>
              </w:rPr>
              <w:t>شناسایی</w:t>
            </w:r>
            <w:r w:rsidRPr="00D5135E">
              <w:rPr>
                <w:rFonts w:cs="B Lotus"/>
                <w:sz w:val="20"/>
                <w:szCs w:val="20"/>
              </w:rPr>
              <w:t xml:space="preserve"> </w:t>
            </w:r>
            <w:r w:rsidRPr="00D5135E">
              <w:rPr>
                <w:rFonts w:ascii="Arial" w:hAnsi="Arial" w:cs="Arial"/>
                <w:sz w:val="20"/>
                <w:szCs w:val="20"/>
                <w:rtl/>
              </w:rPr>
              <w:t>فرصت</w:t>
            </w:r>
            <w:r w:rsidRPr="00D5135E">
              <w:rPr>
                <w:rFonts w:cs="B Lotus"/>
                <w:sz w:val="20"/>
                <w:szCs w:val="20"/>
              </w:rPr>
              <w:t xml:space="preserve"> </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بازار</w:t>
            </w:r>
          </w:p>
        </w:tc>
        <w:tc>
          <w:tcPr>
            <w:tcW w:w="918" w:type="dxa"/>
          </w:tcPr>
          <w:p w14:paraId="02461252" w14:textId="77777777" w:rsidR="00E52C87" w:rsidRPr="00D5135E" w:rsidRDefault="00E52C87" w:rsidP="00D548F0">
            <w:pPr>
              <w:bidi/>
              <w:jc w:val="center"/>
              <w:rPr>
                <w:rFonts w:cs="B Lotus"/>
                <w:sz w:val="20"/>
                <w:szCs w:val="20"/>
              </w:rPr>
            </w:pPr>
            <w:r w:rsidRPr="00D5135E">
              <w:rPr>
                <w:rFonts w:cs="B Lotus" w:hint="cs"/>
                <w:sz w:val="20"/>
                <w:szCs w:val="20"/>
                <w:rtl/>
              </w:rPr>
              <w:t>20</w:t>
            </w:r>
          </w:p>
        </w:tc>
        <w:tc>
          <w:tcPr>
            <w:tcW w:w="2762" w:type="dxa"/>
            <w:shd w:val="clear" w:color="auto" w:fill="F2DBDB" w:themeFill="accent2" w:themeFillTint="33"/>
          </w:tcPr>
          <w:p w14:paraId="55398DA2" w14:textId="77777777" w:rsidR="00E52C87" w:rsidRPr="00D5135E" w:rsidRDefault="00E52C87" w:rsidP="00D548F0">
            <w:pPr>
              <w:bidi/>
              <w:jc w:val="center"/>
              <w:rPr>
                <w:rFonts w:cs="B Lotus"/>
                <w:sz w:val="20"/>
                <w:szCs w:val="20"/>
              </w:rPr>
            </w:pPr>
            <w:r w:rsidRPr="00D5135E">
              <w:rPr>
                <w:rFonts w:ascii="Arial" w:hAnsi="Arial" w:cs="Arial"/>
                <w:sz w:val="20"/>
                <w:szCs w:val="20"/>
                <w:rtl/>
              </w:rPr>
              <w:t>جذب</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استخدام</w:t>
            </w:r>
            <w:r w:rsidRPr="00D5135E">
              <w:rPr>
                <w:rFonts w:cs="B Lotus"/>
                <w:sz w:val="20"/>
                <w:szCs w:val="20"/>
              </w:rPr>
              <w:t xml:space="preserve"> </w:t>
            </w:r>
            <w:r w:rsidRPr="00D5135E">
              <w:rPr>
                <w:rFonts w:ascii="Arial" w:hAnsi="Arial" w:cs="Arial"/>
                <w:sz w:val="20"/>
                <w:szCs w:val="20"/>
                <w:rtl/>
              </w:rPr>
              <w:t>نیروی</w:t>
            </w:r>
            <w:r w:rsidRPr="00D5135E">
              <w:rPr>
                <w:rFonts w:cs="B Lotus"/>
                <w:sz w:val="20"/>
                <w:szCs w:val="20"/>
              </w:rPr>
              <w:t xml:space="preserve"> </w:t>
            </w:r>
            <w:r w:rsidRPr="00D5135E">
              <w:rPr>
                <w:rFonts w:ascii="Arial" w:hAnsi="Arial" w:cs="Arial"/>
                <w:sz w:val="20"/>
                <w:szCs w:val="20"/>
                <w:rtl/>
              </w:rPr>
              <w:t>متخصص</w:t>
            </w:r>
          </w:p>
        </w:tc>
        <w:tc>
          <w:tcPr>
            <w:tcW w:w="918" w:type="dxa"/>
          </w:tcPr>
          <w:p w14:paraId="1BFB6263" w14:textId="77777777" w:rsidR="00E52C87" w:rsidRPr="00D5135E" w:rsidRDefault="00E52C87" w:rsidP="00D548F0">
            <w:pPr>
              <w:bidi/>
              <w:jc w:val="center"/>
              <w:rPr>
                <w:rFonts w:cs="B Lotus"/>
                <w:sz w:val="20"/>
                <w:szCs w:val="20"/>
              </w:rPr>
            </w:pPr>
            <w:r w:rsidRPr="00D5135E">
              <w:rPr>
                <w:rFonts w:cs="B Lotus" w:hint="cs"/>
                <w:sz w:val="20"/>
                <w:szCs w:val="20"/>
                <w:rtl/>
              </w:rPr>
              <w:t>3</w:t>
            </w:r>
          </w:p>
        </w:tc>
        <w:tc>
          <w:tcPr>
            <w:tcW w:w="2103" w:type="dxa"/>
            <w:shd w:val="clear" w:color="auto" w:fill="E1EBF7" w:themeFill="text2" w:themeFillTint="1A"/>
          </w:tcPr>
          <w:p w14:paraId="15FA34FA" w14:textId="77777777" w:rsidR="00E52C87" w:rsidRPr="00D5135E" w:rsidRDefault="00E52C87" w:rsidP="00D548F0">
            <w:pPr>
              <w:bidi/>
              <w:jc w:val="center"/>
              <w:rPr>
                <w:rFonts w:cs="B Lotus"/>
                <w:sz w:val="20"/>
                <w:szCs w:val="20"/>
              </w:rPr>
            </w:pPr>
            <w:r w:rsidRPr="00D5135E">
              <w:rPr>
                <w:rFonts w:ascii="Arial" w:hAnsi="Arial" w:cs="Arial"/>
                <w:sz w:val="20"/>
                <w:szCs w:val="20"/>
                <w:rtl/>
              </w:rPr>
              <w:t>بهداشت</w:t>
            </w:r>
            <w:r w:rsidRPr="00D5135E">
              <w:rPr>
                <w:rFonts w:cs="B Lotus"/>
                <w:sz w:val="20"/>
                <w:szCs w:val="20"/>
              </w:rPr>
              <w:t xml:space="preserve"> </w:t>
            </w:r>
            <w:r w:rsidRPr="00D5135E">
              <w:rPr>
                <w:rFonts w:ascii="Arial" w:hAnsi="Arial" w:cs="Arial"/>
                <w:sz w:val="20"/>
                <w:szCs w:val="20"/>
                <w:rtl/>
              </w:rPr>
              <w:t>شخصی</w:t>
            </w:r>
            <w:r w:rsidRPr="00D5135E">
              <w:rPr>
                <w:rFonts w:cs="B Lotus"/>
                <w:sz w:val="20"/>
                <w:szCs w:val="20"/>
              </w:rPr>
              <w:t xml:space="preserve"> </w:t>
            </w:r>
            <w:r w:rsidRPr="00D5135E">
              <w:rPr>
                <w:rFonts w:ascii="Arial" w:hAnsi="Arial" w:cs="Arial"/>
                <w:sz w:val="20"/>
                <w:szCs w:val="20"/>
                <w:rtl/>
              </w:rPr>
              <w:t>کارکنان</w:t>
            </w:r>
          </w:p>
        </w:tc>
      </w:tr>
      <w:tr w:rsidR="00E52C87" w14:paraId="14757330" w14:textId="77777777" w:rsidTr="00236876">
        <w:trPr>
          <w:trHeight w:val="305"/>
          <w:jc w:val="center"/>
        </w:trPr>
        <w:tc>
          <w:tcPr>
            <w:tcW w:w="1049" w:type="dxa"/>
          </w:tcPr>
          <w:p w14:paraId="36109803" w14:textId="35E4BFD6" w:rsidR="00E52C87" w:rsidRPr="00D5135E" w:rsidRDefault="00E52C87" w:rsidP="00D548F0">
            <w:pPr>
              <w:bidi/>
              <w:jc w:val="center"/>
              <w:rPr>
                <w:rFonts w:cs="B Lotus"/>
                <w:sz w:val="20"/>
                <w:szCs w:val="20"/>
              </w:rPr>
            </w:pPr>
            <w:r w:rsidRPr="00D5135E">
              <w:rPr>
                <w:rFonts w:cs="B Lotus" w:hint="cs"/>
                <w:sz w:val="20"/>
                <w:szCs w:val="20"/>
                <w:rtl/>
              </w:rPr>
              <w:t>1</w:t>
            </w:r>
            <w:r w:rsidR="00236876">
              <w:rPr>
                <w:rFonts w:cs="B Lotus" w:hint="cs"/>
                <w:sz w:val="20"/>
                <w:szCs w:val="20"/>
                <w:rtl/>
              </w:rPr>
              <w:t>2</w:t>
            </w:r>
          </w:p>
        </w:tc>
        <w:tc>
          <w:tcPr>
            <w:tcW w:w="2629" w:type="dxa"/>
            <w:shd w:val="clear" w:color="auto" w:fill="EAF1DD" w:themeFill="accent3" w:themeFillTint="33"/>
          </w:tcPr>
          <w:p w14:paraId="35A48441" w14:textId="77777777" w:rsidR="00E52C87" w:rsidRPr="00D5135E" w:rsidRDefault="00E52C87" w:rsidP="00D548F0">
            <w:pPr>
              <w:bidi/>
              <w:jc w:val="center"/>
              <w:rPr>
                <w:rFonts w:cs="B Lotus"/>
                <w:sz w:val="20"/>
                <w:szCs w:val="20"/>
              </w:rPr>
            </w:pPr>
            <w:r w:rsidRPr="00D5135E">
              <w:rPr>
                <w:rFonts w:ascii="Arial" w:hAnsi="Arial" w:cs="Arial"/>
                <w:sz w:val="20"/>
                <w:szCs w:val="20"/>
                <w:rtl/>
              </w:rPr>
              <w:t>توسعه</w:t>
            </w:r>
            <w:r w:rsidRPr="00D5135E">
              <w:rPr>
                <w:rFonts w:cs="B Lotus"/>
                <w:sz w:val="20"/>
                <w:szCs w:val="20"/>
              </w:rPr>
              <w:t xml:space="preserve"> </w:t>
            </w:r>
            <w:r w:rsidRPr="00D5135E">
              <w:rPr>
                <w:rFonts w:ascii="Arial" w:hAnsi="Arial" w:cs="Arial"/>
                <w:sz w:val="20"/>
                <w:szCs w:val="20"/>
                <w:rtl/>
              </w:rPr>
              <w:t>خدمات</w:t>
            </w:r>
            <w:r w:rsidRPr="00D5135E">
              <w:rPr>
                <w:rFonts w:cs="B Lotus"/>
                <w:sz w:val="20"/>
                <w:szCs w:val="20"/>
              </w:rPr>
              <w:t xml:space="preserve"> </w:t>
            </w:r>
            <w:r w:rsidRPr="00D5135E">
              <w:rPr>
                <w:rFonts w:ascii="Arial" w:hAnsi="Arial" w:cs="Arial"/>
                <w:sz w:val="20"/>
                <w:szCs w:val="20"/>
                <w:rtl/>
              </w:rPr>
              <w:t>جدید</w:t>
            </w:r>
          </w:p>
        </w:tc>
        <w:tc>
          <w:tcPr>
            <w:tcW w:w="918" w:type="dxa"/>
          </w:tcPr>
          <w:p w14:paraId="0372914D" w14:textId="77777777" w:rsidR="00E52C87" w:rsidRPr="00D5135E" w:rsidRDefault="00E52C87" w:rsidP="00D548F0">
            <w:pPr>
              <w:bidi/>
              <w:jc w:val="center"/>
              <w:rPr>
                <w:rFonts w:cs="B Lotus"/>
                <w:sz w:val="20"/>
                <w:szCs w:val="20"/>
              </w:rPr>
            </w:pPr>
            <w:r w:rsidRPr="00D5135E">
              <w:rPr>
                <w:rFonts w:cs="B Lotus" w:hint="cs"/>
                <w:sz w:val="20"/>
                <w:szCs w:val="20"/>
                <w:rtl/>
              </w:rPr>
              <w:t>16</w:t>
            </w:r>
          </w:p>
        </w:tc>
        <w:tc>
          <w:tcPr>
            <w:tcW w:w="2762" w:type="dxa"/>
            <w:shd w:val="clear" w:color="auto" w:fill="F2DBDB" w:themeFill="accent2" w:themeFillTint="33"/>
          </w:tcPr>
          <w:p w14:paraId="5D3CE8B9" w14:textId="77777777" w:rsidR="00E52C87" w:rsidRPr="00D5135E" w:rsidRDefault="00E52C87" w:rsidP="00D548F0">
            <w:pPr>
              <w:bidi/>
              <w:jc w:val="center"/>
              <w:rPr>
                <w:rFonts w:cs="B Lotus"/>
                <w:sz w:val="20"/>
                <w:szCs w:val="20"/>
              </w:rPr>
            </w:pPr>
            <w:r w:rsidRPr="00D5135E">
              <w:rPr>
                <w:rFonts w:ascii="Arial" w:hAnsi="Arial" w:cs="Arial"/>
                <w:sz w:val="20"/>
                <w:szCs w:val="20"/>
                <w:rtl/>
              </w:rPr>
              <w:t>ارزیابی</w:t>
            </w:r>
            <w:r w:rsidRPr="00D5135E">
              <w:rPr>
                <w:rFonts w:cs="B Lotus"/>
                <w:sz w:val="20"/>
                <w:szCs w:val="20"/>
              </w:rPr>
              <w:t xml:space="preserve"> </w:t>
            </w:r>
            <w:r w:rsidRPr="00D5135E">
              <w:rPr>
                <w:rFonts w:ascii="Arial" w:hAnsi="Arial" w:cs="Arial"/>
                <w:sz w:val="20"/>
                <w:szCs w:val="20"/>
                <w:rtl/>
              </w:rPr>
              <w:t>عملکرد</w:t>
            </w:r>
            <w:r w:rsidRPr="00D5135E">
              <w:rPr>
                <w:rFonts w:cs="B Lotus"/>
                <w:sz w:val="20"/>
                <w:szCs w:val="20"/>
              </w:rPr>
              <w:t xml:space="preserve"> </w:t>
            </w:r>
            <w:r w:rsidRPr="00D5135E">
              <w:rPr>
                <w:rFonts w:ascii="Arial" w:hAnsi="Arial" w:cs="Arial"/>
                <w:sz w:val="20"/>
                <w:szCs w:val="20"/>
                <w:rtl/>
              </w:rPr>
              <w:t>کارکنان،</w:t>
            </w:r>
            <w:r w:rsidRPr="00D5135E">
              <w:rPr>
                <w:rFonts w:cs="B Lotus"/>
                <w:sz w:val="20"/>
                <w:szCs w:val="20"/>
              </w:rPr>
              <w:t xml:space="preserve"> </w:t>
            </w:r>
            <w:r w:rsidRPr="00D5135E">
              <w:rPr>
                <w:rFonts w:ascii="Arial" w:hAnsi="Arial" w:cs="Arial"/>
                <w:sz w:val="20"/>
                <w:szCs w:val="20"/>
                <w:rtl/>
              </w:rPr>
              <w:t>مربیان</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منجیان</w:t>
            </w:r>
            <w:r w:rsidRPr="00D5135E">
              <w:rPr>
                <w:rFonts w:cs="B Lotus"/>
                <w:sz w:val="20"/>
                <w:szCs w:val="20"/>
              </w:rPr>
              <w:t xml:space="preserve"> </w:t>
            </w:r>
            <w:r w:rsidRPr="00D5135E">
              <w:rPr>
                <w:rFonts w:ascii="Arial" w:hAnsi="Arial" w:cs="Arial"/>
                <w:sz w:val="20"/>
                <w:szCs w:val="20"/>
                <w:rtl/>
              </w:rPr>
              <w:t>غریق</w:t>
            </w:r>
          </w:p>
        </w:tc>
        <w:tc>
          <w:tcPr>
            <w:tcW w:w="918" w:type="dxa"/>
          </w:tcPr>
          <w:p w14:paraId="04B8F26D" w14:textId="77777777" w:rsidR="00E52C87" w:rsidRPr="00D5135E" w:rsidRDefault="00E52C87" w:rsidP="00D548F0">
            <w:pPr>
              <w:bidi/>
              <w:jc w:val="center"/>
              <w:rPr>
                <w:rFonts w:cs="B Lotus"/>
                <w:sz w:val="20"/>
                <w:szCs w:val="20"/>
              </w:rPr>
            </w:pPr>
            <w:r w:rsidRPr="00D5135E">
              <w:rPr>
                <w:rFonts w:cs="B Lotus" w:hint="cs"/>
                <w:sz w:val="20"/>
                <w:szCs w:val="20"/>
                <w:rtl/>
              </w:rPr>
              <w:t>6</w:t>
            </w:r>
          </w:p>
        </w:tc>
        <w:tc>
          <w:tcPr>
            <w:tcW w:w="2103" w:type="dxa"/>
            <w:shd w:val="clear" w:color="auto" w:fill="E1EBF7" w:themeFill="text2" w:themeFillTint="1A"/>
          </w:tcPr>
          <w:p w14:paraId="463904AE" w14:textId="77777777" w:rsidR="00E52C87" w:rsidRPr="00D5135E" w:rsidRDefault="00E52C87" w:rsidP="00D548F0">
            <w:pPr>
              <w:bidi/>
              <w:jc w:val="center"/>
              <w:rPr>
                <w:rFonts w:cs="B Lotus"/>
                <w:sz w:val="20"/>
                <w:szCs w:val="20"/>
              </w:rPr>
            </w:pPr>
            <w:r w:rsidRPr="00D5135E">
              <w:rPr>
                <w:rFonts w:ascii="Arial" w:hAnsi="Arial" w:cs="Arial"/>
                <w:sz w:val="20"/>
                <w:szCs w:val="20"/>
                <w:rtl/>
              </w:rPr>
              <w:t>جلوگیری</w:t>
            </w:r>
            <w:r w:rsidRPr="00D5135E">
              <w:rPr>
                <w:rFonts w:cs="B Lotus"/>
                <w:sz w:val="20"/>
                <w:szCs w:val="20"/>
              </w:rPr>
              <w:t xml:space="preserve"> </w:t>
            </w:r>
            <w:r w:rsidRPr="00D5135E">
              <w:rPr>
                <w:rFonts w:ascii="Arial" w:hAnsi="Arial" w:cs="Arial"/>
                <w:sz w:val="20"/>
                <w:szCs w:val="20"/>
                <w:rtl/>
              </w:rPr>
              <w:t>از</w:t>
            </w:r>
            <w:r w:rsidRPr="00D5135E">
              <w:rPr>
                <w:rFonts w:cs="B Lotus"/>
                <w:sz w:val="20"/>
                <w:szCs w:val="20"/>
              </w:rPr>
              <w:t xml:space="preserve"> </w:t>
            </w:r>
            <w:r w:rsidRPr="00D5135E">
              <w:rPr>
                <w:rFonts w:ascii="Arial" w:hAnsi="Arial" w:cs="Arial"/>
                <w:sz w:val="20"/>
                <w:szCs w:val="20"/>
                <w:rtl/>
              </w:rPr>
              <w:t>ورود</w:t>
            </w:r>
            <w:r w:rsidRPr="00D5135E">
              <w:rPr>
                <w:rFonts w:cs="B Lotus"/>
                <w:sz w:val="20"/>
                <w:szCs w:val="20"/>
              </w:rPr>
              <w:t xml:space="preserve"> </w:t>
            </w:r>
            <w:r w:rsidRPr="00D5135E">
              <w:rPr>
                <w:rFonts w:ascii="Arial" w:hAnsi="Arial" w:cs="Arial"/>
                <w:sz w:val="20"/>
                <w:szCs w:val="20"/>
                <w:rtl/>
              </w:rPr>
              <w:t>افراد</w:t>
            </w:r>
            <w:r w:rsidRPr="00D5135E">
              <w:rPr>
                <w:rFonts w:cs="B Lotus"/>
                <w:sz w:val="20"/>
                <w:szCs w:val="20"/>
              </w:rPr>
              <w:t xml:space="preserve"> </w:t>
            </w:r>
            <w:r w:rsidRPr="00D5135E">
              <w:rPr>
                <w:rFonts w:ascii="Arial" w:hAnsi="Arial" w:cs="Arial"/>
                <w:sz w:val="20"/>
                <w:szCs w:val="20"/>
                <w:rtl/>
              </w:rPr>
              <w:t>داری</w:t>
            </w:r>
            <w:r w:rsidRPr="00D5135E">
              <w:rPr>
                <w:rFonts w:cs="B Lotus"/>
                <w:sz w:val="20"/>
                <w:szCs w:val="20"/>
              </w:rPr>
              <w:t xml:space="preserve"> </w:t>
            </w:r>
            <w:r w:rsidRPr="00D5135E">
              <w:rPr>
                <w:rFonts w:ascii="Arial" w:hAnsi="Arial" w:cs="Arial"/>
                <w:sz w:val="20"/>
                <w:szCs w:val="20"/>
                <w:rtl/>
              </w:rPr>
              <w:t>زخم</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بیماری</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عفونی</w:t>
            </w:r>
          </w:p>
        </w:tc>
      </w:tr>
      <w:tr w:rsidR="00E52C87" w14:paraId="5AC2C56F" w14:textId="77777777" w:rsidTr="00236876">
        <w:trPr>
          <w:trHeight w:val="122"/>
          <w:jc w:val="center"/>
        </w:trPr>
        <w:tc>
          <w:tcPr>
            <w:tcW w:w="1049" w:type="dxa"/>
          </w:tcPr>
          <w:p w14:paraId="78D0A218" w14:textId="77777777" w:rsidR="00E52C87" w:rsidRPr="00D5135E" w:rsidRDefault="00E52C87" w:rsidP="00D548F0">
            <w:pPr>
              <w:bidi/>
              <w:jc w:val="center"/>
              <w:rPr>
                <w:rFonts w:cs="B Lotus"/>
                <w:sz w:val="20"/>
                <w:szCs w:val="20"/>
              </w:rPr>
            </w:pPr>
            <w:r w:rsidRPr="00D5135E">
              <w:rPr>
                <w:rFonts w:cs="B Lotus" w:hint="cs"/>
                <w:sz w:val="20"/>
                <w:szCs w:val="20"/>
                <w:rtl/>
              </w:rPr>
              <w:t>14</w:t>
            </w:r>
          </w:p>
        </w:tc>
        <w:tc>
          <w:tcPr>
            <w:tcW w:w="2629" w:type="dxa"/>
            <w:shd w:val="clear" w:color="auto" w:fill="EAF1DD" w:themeFill="accent3" w:themeFillTint="33"/>
          </w:tcPr>
          <w:p w14:paraId="76E7729E" w14:textId="77777777" w:rsidR="00E52C87" w:rsidRPr="00D5135E" w:rsidRDefault="00E52C87" w:rsidP="00D548F0">
            <w:pPr>
              <w:bidi/>
              <w:jc w:val="center"/>
              <w:rPr>
                <w:rFonts w:cs="B Lotus"/>
                <w:sz w:val="20"/>
                <w:szCs w:val="20"/>
              </w:rPr>
            </w:pPr>
            <w:r w:rsidRPr="00D5135E">
              <w:rPr>
                <w:rFonts w:ascii="Arial" w:hAnsi="Arial" w:cs="Arial"/>
                <w:sz w:val="20"/>
                <w:szCs w:val="20"/>
                <w:rtl/>
              </w:rPr>
              <w:t>تحلیل</w:t>
            </w:r>
            <w:r w:rsidRPr="00D5135E">
              <w:rPr>
                <w:rFonts w:cs="B Lotus"/>
                <w:sz w:val="20"/>
                <w:szCs w:val="20"/>
              </w:rPr>
              <w:t xml:space="preserve"> </w:t>
            </w:r>
            <w:r w:rsidRPr="00D5135E">
              <w:rPr>
                <w:rFonts w:ascii="Arial" w:hAnsi="Arial" w:cs="Arial"/>
                <w:sz w:val="20"/>
                <w:szCs w:val="20"/>
                <w:rtl/>
              </w:rPr>
              <w:t>رقبا</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بازار</w:t>
            </w:r>
          </w:p>
        </w:tc>
        <w:tc>
          <w:tcPr>
            <w:tcW w:w="918" w:type="dxa"/>
          </w:tcPr>
          <w:p w14:paraId="28251A00" w14:textId="77777777" w:rsidR="00E52C87" w:rsidRPr="00D5135E" w:rsidRDefault="00E52C87" w:rsidP="00D548F0">
            <w:pPr>
              <w:bidi/>
              <w:jc w:val="center"/>
              <w:rPr>
                <w:rFonts w:cs="B Lotus"/>
                <w:sz w:val="20"/>
                <w:szCs w:val="20"/>
              </w:rPr>
            </w:pPr>
            <w:r w:rsidRPr="00D5135E">
              <w:rPr>
                <w:rFonts w:cs="B Lotus" w:hint="cs"/>
                <w:sz w:val="20"/>
                <w:szCs w:val="20"/>
                <w:rtl/>
              </w:rPr>
              <w:t>9</w:t>
            </w:r>
          </w:p>
        </w:tc>
        <w:tc>
          <w:tcPr>
            <w:tcW w:w="2762" w:type="dxa"/>
            <w:shd w:val="clear" w:color="auto" w:fill="F2DBDB" w:themeFill="accent2" w:themeFillTint="33"/>
          </w:tcPr>
          <w:p w14:paraId="32633C8E" w14:textId="77777777" w:rsidR="00E52C87" w:rsidRPr="00D5135E" w:rsidRDefault="00E52C87" w:rsidP="00D548F0">
            <w:pPr>
              <w:bidi/>
              <w:jc w:val="center"/>
              <w:rPr>
                <w:rFonts w:cs="B Lotus"/>
                <w:sz w:val="20"/>
                <w:szCs w:val="20"/>
              </w:rPr>
            </w:pPr>
            <w:r w:rsidRPr="00D5135E">
              <w:rPr>
                <w:rFonts w:ascii="Arial" w:hAnsi="Arial" w:cs="Arial"/>
                <w:sz w:val="20"/>
                <w:szCs w:val="20"/>
                <w:rtl/>
              </w:rPr>
              <w:t>ایجاد</w:t>
            </w:r>
            <w:r w:rsidRPr="00D5135E">
              <w:rPr>
                <w:rFonts w:cs="B Lotus"/>
                <w:sz w:val="20"/>
                <w:szCs w:val="20"/>
              </w:rPr>
              <w:t xml:space="preserve"> </w:t>
            </w:r>
            <w:r w:rsidRPr="00D5135E">
              <w:rPr>
                <w:rFonts w:ascii="Arial" w:hAnsi="Arial" w:cs="Arial"/>
                <w:sz w:val="20"/>
                <w:szCs w:val="20"/>
                <w:rtl/>
              </w:rPr>
              <w:t>انگیزش</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رضایت</w:t>
            </w:r>
            <w:r w:rsidRPr="00D5135E">
              <w:rPr>
                <w:rFonts w:cs="B Lotus"/>
                <w:sz w:val="20"/>
                <w:szCs w:val="20"/>
              </w:rPr>
              <w:t xml:space="preserve"> </w:t>
            </w:r>
            <w:r w:rsidRPr="00D5135E">
              <w:rPr>
                <w:rFonts w:ascii="Arial" w:hAnsi="Arial" w:cs="Arial"/>
                <w:sz w:val="20"/>
                <w:szCs w:val="20"/>
                <w:rtl/>
              </w:rPr>
              <w:t>شغلی</w:t>
            </w:r>
          </w:p>
        </w:tc>
        <w:tc>
          <w:tcPr>
            <w:tcW w:w="918" w:type="dxa"/>
          </w:tcPr>
          <w:p w14:paraId="2416E329" w14:textId="77777777" w:rsidR="00E52C87" w:rsidRPr="00D5135E" w:rsidRDefault="00E52C87" w:rsidP="00D548F0">
            <w:pPr>
              <w:bidi/>
              <w:jc w:val="center"/>
              <w:rPr>
                <w:rFonts w:cs="B Lotus"/>
                <w:sz w:val="20"/>
                <w:szCs w:val="20"/>
              </w:rPr>
            </w:pPr>
            <w:r w:rsidRPr="00D5135E">
              <w:rPr>
                <w:rFonts w:cs="B Lotus" w:hint="cs"/>
                <w:sz w:val="20"/>
                <w:szCs w:val="20"/>
                <w:rtl/>
              </w:rPr>
              <w:t>147</w:t>
            </w:r>
          </w:p>
        </w:tc>
        <w:tc>
          <w:tcPr>
            <w:tcW w:w="2103" w:type="dxa"/>
            <w:shd w:val="clear" w:color="auto" w:fill="B7CFED" w:themeFill="text2" w:themeFillTint="40"/>
          </w:tcPr>
          <w:p w14:paraId="1D1571FD" w14:textId="77777777" w:rsidR="00E52C87" w:rsidRPr="00D5135E" w:rsidRDefault="00E52C87" w:rsidP="00D548F0">
            <w:pPr>
              <w:bidi/>
              <w:jc w:val="center"/>
              <w:rPr>
                <w:rFonts w:cs="B Lotus"/>
                <w:sz w:val="20"/>
                <w:szCs w:val="20"/>
              </w:rPr>
            </w:pPr>
            <w:r w:rsidRPr="00D5135E">
              <w:rPr>
                <w:rFonts w:ascii="Arial" w:hAnsi="Arial" w:cs="Arial"/>
                <w:sz w:val="20"/>
                <w:szCs w:val="20"/>
                <w:rtl/>
              </w:rPr>
              <w:t>ایمنی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امنیت</w:t>
            </w:r>
            <w:r w:rsidRPr="00D5135E">
              <w:rPr>
                <w:rFonts w:cs="B Lotus"/>
                <w:sz w:val="20"/>
                <w:szCs w:val="20"/>
              </w:rPr>
              <w:t>*</w:t>
            </w:r>
          </w:p>
        </w:tc>
      </w:tr>
      <w:tr w:rsidR="00E52C87" w14:paraId="2DE6104A" w14:textId="77777777" w:rsidTr="00236876">
        <w:trPr>
          <w:trHeight w:val="182"/>
          <w:jc w:val="center"/>
        </w:trPr>
        <w:tc>
          <w:tcPr>
            <w:tcW w:w="1049" w:type="dxa"/>
          </w:tcPr>
          <w:p w14:paraId="7D1D1AF2" w14:textId="77777777" w:rsidR="00E52C87" w:rsidRPr="00D5135E" w:rsidRDefault="00E52C87" w:rsidP="00D548F0">
            <w:pPr>
              <w:bidi/>
              <w:jc w:val="center"/>
              <w:rPr>
                <w:rFonts w:cs="B Lotus"/>
                <w:sz w:val="20"/>
                <w:szCs w:val="20"/>
              </w:rPr>
            </w:pPr>
            <w:r w:rsidRPr="00D5135E">
              <w:rPr>
                <w:rFonts w:cs="B Lotus" w:hint="cs"/>
                <w:sz w:val="20"/>
                <w:szCs w:val="20"/>
                <w:rtl/>
              </w:rPr>
              <w:t>11</w:t>
            </w:r>
          </w:p>
        </w:tc>
        <w:tc>
          <w:tcPr>
            <w:tcW w:w="2629" w:type="dxa"/>
            <w:shd w:val="clear" w:color="auto" w:fill="EAF1DD" w:themeFill="accent3" w:themeFillTint="33"/>
          </w:tcPr>
          <w:p w14:paraId="609FBE22" w14:textId="77777777" w:rsidR="00E52C87" w:rsidRPr="00D5135E" w:rsidRDefault="00E52C87" w:rsidP="00D548F0">
            <w:pPr>
              <w:bidi/>
              <w:jc w:val="center"/>
              <w:rPr>
                <w:rFonts w:cs="B Lotus"/>
                <w:sz w:val="20"/>
                <w:szCs w:val="20"/>
              </w:rPr>
            </w:pPr>
            <w:r w:rsidRPr="00D5135E">
              <w:rPr>
                <w:rFonts w:ascii="Arial" w:hAnsi="Arial" w:cs="Arial"/>
                <w:sz w:val="20"/>
                <w:szCs w:val="20"/>
                <w:rtl/>
              </w:rPr>
              <w:t>برسی</w:t>
            </w:r>
            <w:r w:rsidRPr="00D5135E">
              <w:rPr>
                <w:rFonts w:cs="B Lotus"/>
                <w:sz w:val="20"/>
                <w:szCs w:val="20"/>
              </w:rPr>
              <w:t xml:space="preserve"> </w:t>
            </w:r>
            <w:r w:rsidRPr="00D5135E">
              <w:rPr>
                <w:rFonts w:ascii="Arial" w:hAnsi="Arial" w:cs="Arial"/>
                <w:sz w:val="20"/>
                <w:szCs w:val="20"/>
                <w:rtl/>
              </w:rPr>
              <w:t>روندهای</w:t>
            </w:r>
            <w:r w:rsidRPr="00D5135E">
              <w:rPr>
                <w:rFonts w:cs="B Lotus"/>
                <w:sz w:val="20"/>
                <w:szCs w:val="20"/>
              </w:rPr>
              <w:t xml:space="preserve"> </w:t>
            </w:r>
            <w:r w:rsidRPr="00D5135E">
              <w:rPr>
                <w:rFonts w:ascii="Arial" w:hAnsi="Arial" w:cs="Arial"/>
                <w:sz w:val="20"/>
                <w:szCs w:val="20"/>
                <w:rtl/>
              </w:rPr>
              <w:t>صنعت</w:t>
            </w:r>
          </w:p>
        </w:tc>
        <w:tc>
          <w:tcPr>
            <w:tcW w:w="918" w:type="dxa"/>
          </w:tcPr>
          <w:p w14:paraId="6B4E00E1" w14:textId="77777777" w:rsidR="00E52C87" w:rsidRPr="00D5135E" w:rsidRDefault="00E52C87" w:rsidP="00D548F0">
            <w:pPr>
              <w:bidi/>
              <w:jc w:val="center"/>
              <w:rPr>
                <w:rFonts w:cs="B Lotus"/>
                <w:sz w:val="20"/>
                <w:szCs w:val="20"/>
              </w:rPr>
            </w:pPr>
            <w:r w:rsidRPr="00D5135E">
              <w:rPr>
                <w:rFonts w:cs="B Lotus" w:hint="cs"/>
                <w:sz w:val="20"/>
                <w:szCs w:val="20"/>
                <w:rtl/>
              </w:rPr>
              <w:t>6</w:t>
            </w:r>
          </w:p>
        </w:tc>
        <w:tc>
          <w:tcPr>
            <w:tcW w:w="2762" w:type="dxa"/>
            <w:shd w:val="clear" w:color="auto" w:fill="F2DBDB" w:themeFill="accent2" w:themeFillTint="33"/>
          </w:tcPr>
          <w:p w14:paraId="2A84B279" w14:textId="77777777" w:rsidR="00E52C87" w:rsidRPr="00D5135E" w:rsidRDefault="00E52C87" w:rsidP="00D548F0">
            <w:pPr>
              <w:bidi/>
              <w:jc w:val="center"/>
              <w:rPr>
                <w:rFonts w:cs="B Lotus"/>
                <w:sz w:val="20"/>
                <w:szCs w:val="20"/>
              </w:rPr>
            </w:pPr>
            <w:r w:rsidRPr="00D5135E">
              <w:rPr>
                <w:rFonts w:ascii="Arial" w:hAnsi="Arial" w:cs="Arial"/>
                <w:sz w:val="20"/>
                <w:szCs w:val="20"/>
                <w:rtl/>
              </w:rPr>
              <w:t>سیاست</w:t>
            </w:r>
            <w:r w:rsidRPr="00D5135E">
              <w:rPr>
                <w:rFonts w:cs="B Lotus"/>
                <w:sz w:val="20"/>
                <w:szCs w:val="20"/>
              </w:rPr>
              <w:t xml:space="preserve"> </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پاداش</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مزایا</w:t>
            </w:r>
          </w:p>
        </w:tc>
        <w:tc>
          <w:tcPr>
            <w:tcW w:w="918" w:type="dxa"/>
          </w:tcPr>
          <w:p w14:paraId="3FBF93D0" w14:textId="77777777" w:rsidR="00E52C87" w:rsidRPr="00D5135E" w:rsidRDefault="00E52C87" w:rsidP="00D548F0">
            <w:pPr>
              <w:bidi/>
              <w:jc w:val="center"/>
              <w:rPr>
                <w:rFonts w:cs="B Lotus"/>
                <w:sz w:val="20"/>
                <w:szCs w:val="20"/>
              </w:rPr>
            </w:pPr>
            <w:r w:rsidRPr="00D5135E">
              <w:rPr>
                <w:rFonts w:cs="B Lotus" w:hint="cs"/>
                <w:sz w:val="20"/>
                <w:szCs w:val="20"/>
                <w:rtl/>
              </w:rPr>
              <w:t>17</w:t>
            </w:r>
          </w:p>
        </w:tc>
        <w:tc>
          <w:tcPr>
            <w:tcW w:w="2103" w:type="dxa"/>
            <w:shd w:val="clear" w:color="auto" w:fill="E1EBF7" w:themeFill="text2" w:themeFillTint="1A"/>
          </w:tcPr>
          <w:p w14:paraId="339673D2" w14:textId="77777777" w:rsidR="00E52C87" w:rsidRPr="00D5135E" w:rsidRDefault="00E52C87" w:rsidP="00D548F0">
            <w:pPr>
              <w:bidi/>
              <w:jc w:val="center"/>
              <w:rPr>
                <w:rFonts w:cs="B Lotus"/>
                <w:sz w:val="20"/>
                <w:szCs w:val="20"/>
              </w:rPr>
            </w:pPr>
            <w:r w:rsidRPr="00D5135E">
              <w:rPr>
                <w:rFonts w:ascii="Arial" w:hAnsi="Arial" w:cs="Arial"/>
                <w:sz w:val="20"/>
                <w:szCs w:val="20"/>
                <w:rtl/>
              </w:rPr>
              <w:t>تابلوهای</w:t>
            </w:r>
            <w:r w:rsidRPr="00D5135E">
              <w:rPr>
                <w:rFonts w:cs="B Lotus"/>
                <w:sz w:val="20"/>
                <w:szCs w:val="20"/>
              </w:rPr>
              <w:t xml:space="preserve"> </w:t>
            </w:r>
            <w:r w:rsidRPr="00D5135E">
              <w:rPr>
                <w:rFonts w:ascii="Arial" w:hAnsi="Arial" w:cs="Arial"/>
                <w:sz w:val="20"/>
                <w:szCs w:val="20"/>
                <w:rtl/>
              </w:rPr>
              <w:t>هشدار</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فونت،</w:t>
            </w:r>
            <w:r w:rsidRPr="00D5135E">
              <w:rPr>
                <w:rFonts w:cs="B Lotus"/>
                <w:sz w:val="20"/>
                <w:szCs w:val="20"/>
              </w:rPr>
              <w:t xml:space="preserve"> </w:t>
            </w:r>
            <w:r w:rsidRPr="00D5135E">
              <w:rPr>
                <w:rFonts w:ascii="Arial" w:hAnsi="Arial" w:cs="Arial"/>
                <w:sz w:val="20"/>
                <w:szCs w:val="20"/>
                <w:rtl/>
              </w:rPr>
              <w:t>اندازه</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رنگ</w:t>
            </w:r>
            <w:r w:rsidRPr="00D5135E">
              <w:rPr>
                <w:rFonts w:cs="B Lotus"/>
                <w:sz w:val="20"/>
                <w:szCs w:val="20"/>
              </w:rPr>
              <w:t xml:space="preserve"> </w:t>
            </w:r>
            <w:r w:rsidRPr="00D5135E">
              <w:rPr>
                <w:rFonts w:ascii="Arial" w:hAnsi="Arial" w:cs="Arial"/>
                <w:sz w:val="20"/>
                <w:szCs w:val="20"/>
                <w:rtl/>
              </w:rPr>
              <w:t>مناسب</w:t>
            </w:r>
          </w:p>
        </w:tc>
      </w:tr>
      <w:tr w:rsidR="00E52C87" w14:paraId="667B6E6D" w14:textId="77777777" w:rsidTr="00236876">
        <w:trPr>
          <w:trHeight w:val="183"/>
          <w:jc w:val="center"/>
        </w:trPr>
        <w:tc>
          <w:tcPr>
            <w:tcW w:w="1049" w:type="dxa"/>
          </w:tcPr>
          <w:p w14:paraId="6E0BA7EB" w14:textId="576C61E1" w:rsidR="00E52C87" w:rsidRPr="00D5135E" w:rsidRDefault="00E52C87" w:rsidP="00D548F0">
            <w:pPr>
              <w:bidi/>
              <w:jc w:val="center"/>
              <w:rPr>
                <w:rFonts w:cs="B Lotus"/>
                <w:sz w:val="20"/>
                <w:szCs w:val="20"/>
              </w:rPr>
            </w:pPr>
            <w:r w:rsidRPr="00D5135E">
              <w:rPr>
                <w:rFonts w:cs="B Lotus" w:hint="cs"/>
                <w:sz w:val="20"/>
                <w:szCs w:val="20"/>
                <w:rtl/>
              </w:rPr>
              <w:t>7</w:t>
            </w:r>
            <w:r w:rsidR="00236876">
              <w:rPr>
                <w:rFonts w:cs="B Lotus" w:hint="cs"/>
                <w:sz w:val="20"/>
                <w:szCs w:val="20"/>
                <w:rtl/>
              </w:rPr>
              <w:t>3</w:t>
            </w:r>
          </w:p>
        </w:tc>
        <w:tc>
          <w:tcPr>
            <w:tcW w:w="2629" w:type="dxa"/>
            <w:shd w:val="clear" w:color="auto" w:fill="D6E3BC" w:themeFill="accent3" w:themeFillTint="66"/>
          </w:tcPr>
          <w:p w14:paraId="5035D5AF" w14:textId="77777777" w:rsidR="00E52C87" w:rsidRPr="00D5135E" w:rsidRDefault="00E52C87" w:rsidP="00D548F0">
            <w:pPr>
              <w:bidi/>
              <w:jc w:val="center"/>
              <w:rPr>
                <w:rFonts w:cs="B Lotus"/>
                <w:sz w:val="20"/>
                <w:szCs w:val="20"/>
              </w:rPr>
            </w:pPr>
            <w:r w:rsidRPr="00D5135E">
              <w:rPr>
                <w:rFonts w:ascii="Arial" w:hAnsi="Arial" w:cs="Arial"/>
                <w:sz w:val="20"/>
                <w:szCs w:val="20"/>
                <w:rtl/>
              </w:rPr>
              <w:t>بازاریابی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برندینگ</w:t>
            </w:r>
            <w:r w:rsidRPr="00D5135E">
              <w:rPr>
                <w:rFonts w:cs="B Lotus"/>
                <w:sz w:val="20"/>
                <w:szCs w:val="20"/>
              </w:rPr>
              <w:t>*</w:t>
            </w:r>
          </w:p>
        </w:tc>
        <w:tc>
          <w:tcPr>
            <w:tcW w:w="918" w:type="dxa"/>
          </w:tcPr>
          <w:p w14:paraId="3C538965" w14:textId="77777777" w:rsidR="00E52C87" w:rsidRPr="00D5135E" w:rsidRDefault="00E52C87" w:rsidP="00D548F0">
            <w:pPr>
              <w:bidi/>
              <w:jc w:val="center"/>
              <w:rPr>
                <w:rFonts w:cs="B Lotus"/>
                <w:sz w:val="20"/>
                <w:szCs w:val="20"/>
              </w:rPr>
            </w:pPr>
            <w:r w:rsidRPr="00D5135E">
              <w:rPr>
                <w:rFonts w:cs="B Lotus" w:hint="cs"/>
                <w:sz w:val="20"/>
                <w:szCs w:val="20"/>
                <w:rtl/>
              </w:rPr>
              <w:t>17</w:t>
            </w:r>
          </w:p>
        </w:tc>
        <w:tc>
          <w:tcPr>
            <w:tcW w:w="2762" w:type="dxa"/>
            <w:shd w:val="clear" w:color="auto" w:fill="F2DBDB" w:themeFill="accent2" w:themeFillTint="33"/>
          </w:tcPr>
          <w:p w14:paraId="6BCAB3F7" w14:textId="77777777" w:rsidR="00E52C87" w:rsidRPr="00D5135E" w:rsidRDefault="00E52C87" w:rsidP="00D548F0">
            <w:pPr>
              <w:bidi/>
              <w:jc w:val="center"/>
              <w:rPr>
                <w:rFonts w:cs="B Lotus"/>
                <w:sz w:val="20"/>
                <w:szCs w:val="20"/>
              </w:rPr>
            </w:pPr>
            <w:r w:rsidRPr="00D5135E">
              <w:rPr>
                <w:rFonts w:ascii="Arial" w:hAnsi="Arial" w:cs="Arial"/>
                <w:sz w:val="20"/>
                <w:szCs w:val="20"/>
                <w:rtl/>
              </w:rPr>
              <w:t>آموزش</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توسعه</w:t>
            </w:r>
            <w:r w:rsidRPr="00D5135E">
              <w:rPr>
                <w:rFonts w:cs="B Lotus"/>
                <w:sz w:val="20"/>
                <w:szCs w:val="20"/>
              </w:rPr>
              <w:t xml:space="preserve"> </w:t>
            </w:r>
            <w:r w:rsidRPr="00D5135E">
              <w:rPr>
                <w:rFonts w:ascii="Arial" w:hAnsi="Arial" w:cs="Arial"/>
                <w:sz w:val="20"/>
                <w:szCs w:val="20"/>
                <w:rtl/>
              </w:rPr>
              <w:t>مهارت</w:t>
            </w:r>
            <w:r w:rsidRPr="00D5135E">
              <w:rPr>
                <w:rFonts w:cs="B Lotus"/>
                <w:sz w:val="20"/>
                <w:szCs w:val="20"/>
              </w:rPr>
              <w:t xml:space="preserve"> </w:t>
            </w:r>
            <w:r w:rsidRPr="00D5135E">
              <w:rPr>
                <w:rFonts w:ascii="Arial" w:hAnsi="Arial" w:cs="Arial"/>
                <w:sz w:val="20"/>
                <w:szCs w:val="20"/>
                <w:rtl/>
              </w:rPr>
              <w:t>ها</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کارگاه</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ضمن</w:t>
            </w:r>
            <w:r w:rsidRPr="00D5135E">
              <w:rPr>
                <w:rFonts w:cs="B Lotus"/>
                <w:sz w:val="20"/>
                <w:szCs w:val="20"/>
              </w:rPr>
              <w:t xml:space="preserve"> </w:t>
            </w:r>
            <w:r w:rsidRPr="00D5135E">
              <w:rPr>
                <w:rFonts w:ascii="Arial" w:hAnsi="Arial" w:cs="Arial"/>
                <w:sz w:val="20"/>
                <w:szCs w:val="20"/>
                <w:rtl/>
              </w:rPr>
              <w:t>خدمت</w:t>
            </w:r>
          </w:p>
        </w:tc>
        <w:tc>
          <w:tcPr>
            <w:tcW w:w="918" w:type="dxa"/>
          </w:tcPr>
          <w:p w14:paraId="5A67077C" w14:textId="77777777" w:rsidR="00E52C87" w:rsidRPr="00D5135E" w:rsidRDefault="00E52C87" w:rsidP="00D548F0">
            <w:pPr>
              <w:bidi/>
              <w:jc w:val="center"/>
              <w:rPr>
                <w:rFonts w:cs="B Lotus"/>
                <w:sz w:val="20"/>
                <w:szCs w:val="20"/>
              </w:rPr>
            </w:pPr>
            <w:r w:rsidRPr="00D5135E">
              <w:rPr>
                <w:rFonts w:cs="B Lotus" w:hint="cs"/>
                <w:sz w:val="20"/>
                <w:szCs w:val="20"/>
                <w:rtl/>
              </w:rPr>
              <w:t>25</w:t>
            </w:r>
          </w:p>
        </w:tc>
        <w:tc>
          <w:tcPr>
            <w:tcW w:w="2103" w:type="dxa"/>
            <w:shd w:val="clear" w:color="auto" w:fill="E1EBF7" w:themeFill="text2" w:themeFillTint="1A"/>
          </w:tcPr>
          <w:p w14:paraId="3D970A85" w14:textId="77777777" w:rsidR="00E52C87" w:rsidRPr="00D5135E" w:rsidRDefault="00E52C87" w:rsidP="00D548F0">
            <w:pPr>
              <w:bidi/>
              <w:jc w:val="center"/>
              <w:rPr>
                <w:rFonts w:cs="B Lotus"/>
                <w:sz w:val="20"/>
                <w:szCs w:val="20"/>
              </w:rPr>
            </w:pPr>
            <w:r w:rsidRPr="00D5135E">
              <w:rPr>
                <w:rFonts w:ascii="Arial" w:hAnsi="Arial" w:cs="Arial"/>
                <w:sz w:val="20"/>
                <w:szCs w:val="20"/>
                <w:rtl/>
              </w:rPr>
              <w:t>حضور</w:t>
            </w:r>
            <w:r w:rsidRPr="00D5135E">
              <w:rPr>
                <w:rFonts w:cs="B Lotus"/>
                <w:sz w:val="20"/>
                <w:szCs w:val="20"/>
              </w:rPr>
              <w:t xml:space="preserve"> </w:t>
            </w:r>
            <w:r w:rsidRPr="00D5135E">
              <w:rPr>
                <w:rFonts w:ascii="Arial" w:hAnsi="Arial" w:cs="Arial"/>
                <w:sz w:val="20"/>
                <w:szCs w:val="20"/>
                <w:rtl/>
              </w:rPr>
              <w:t>منجیان</w:t>
            </w:r>
            <w:r w:rsidRPr="00D5135E">
              <w:rPr>
                <w:rFonts w:cs="B Lotus"/>
                <w:sz w:val="20"/>
                <w:szCs w:val="20"/>
              </w:rPr>
              <w:t xml:space="preserve"> </w:t>
            </w:r>
            <w:r w:rsidRPr="00D5135E">
              <w:rPr>
                <w:rFonts w:ascii="Arial" w:hAnsi="Arial" w:cs="Arial"/>
                <w:sz w:val="20"/>
                <w:szCs w:val="20"/>
                <w:rtl/>
              </w:rPr>
              <w:t>غریق</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توجه</w:t>
            </w:r>
            <w:r w:rsidRPr="00D5135E">
              <w:rPr>
                <w:rFonts w:cs="B Lotus"/>
                <w:sz w:val="20"/>
                <w:szCs w:val="20"/>
              </w:rPr>
              <w:t xml:space="preserve"> </w:t>
            </w:r>
            <w:r w:rsidRPr="00D5135E">
              <w:rPr>
                <w:rFonts w:ascii="Arial" w:hAnsi="Arial" w:cs="Arial"/>
                <w:sz w:val="20"/>
                <w:szCs w:val="20"/>
                <w:rtl/>
              </w:rPr>
              <w:t>به</w:t>
            </w:r>
            <w:r w:rsidRPr="00D5135E">
              <w:rPr>
                <w:rFonts w:cs="B Lotus"/>
                <w:sz w:val="20"/>
                <w:szCs w:val="20"/>
              </w:rPr>
              <w:t xml:space="preserve"> </w:t>
            </w:r>
            <w:r w:rsidRPr="00D5135E">
              <w:rPr>
                <w:rFonts w:ascii="Arial" w:hAnsi="Arial" w:cs="Arial"/>
                <w:sz w:val="20"/>
                <w:szCs w:val="20"/>
                <w:rtl/>
              </w:rPr>
              <w:t>ابعاد</w:t>
            </w:r>
            <w:r w:rsidRPr="00D5135E">
              <w:rPr>
                <w:rFonts w:cs="B Lotus"/>
                <w:sz w:val="20"/>
                <w:szCs w:val="20"/>
              </w:rPr>
              <w:t xml:space="preserve"> </w:t>
            </w:r>
            <w:r w:rsidRPr="00D5135E">
              <w:rPr>
                <w:rFonts w:ascii="Arial" w:hAnsi="Arial" w:cs="Arial"/>
                <w:sz w:val="20"/>
                <w:szCs w:val="20"/>
                <w:rtl/>
              </w:rPr>
              <w:t>استخر</w:t>
            </w:r>
          </w:p>
        </w:tc>
      </w:tr>
      <w:tr w:rsidR="00E52C87" w14:paraId="0D9C0B83" w14:textId="77777777" w:rsidTr="00236876">
        <w:trPr>
          <w:trHeight w:val="182"/>
          <w:jc w:val="center"/>
        </w:trPr>
        <w:tc>
          <w:tcPr>
            <w:tcW w:w="1049" w:type="dxa"/>
          </w:tcPr>
          <w:p w14:paraId="28482AD5" w14:textId="6B7F72FA" w:rsidR="00E52C87" w:rsidRPr="00D5135E" w:rsidRDefault="00E52C87" w:rsidP="00D548F0">
            <w:pPr>
              <w:bidi/>
              <w:jc w:val="center"/>
              <w:rPr>
                <w:rFonts w:cs="B Lotus"/>
                <w:sz w:val="20"/>
                <w:szCs w:val="20"/>
              </w:rPr>
            </w:pPr>
            <w:r w:rsidRPr="00D5135E">
              <w:rPr>
                <w:rFonts w:cs="B Lotus" w:hint="cs"/>
                <w:sz w:val="20"/>
                <w:szCs w:val="20"/>
                <w:rtl/>
              </w:rPr>
              <w:t>1</w:t>
            </w:r>
            <w:r w:rsidR="00236876">
              <w:rPr>
                <w:rFonts w:cs="B Lotus" w:hint="cs"/>
                <w:sz w:val="20"/>
                <w:szCs w:val="20"/>
                <w:rtl/>
              </w:rPr>
              <w:t>2</w:t>
            </w:r>
          </w:p>
        </w:tc>
        <w:tc>
          <w:tcPr>
            <w:tcW w:w="2629" w:type="dxa"/>
            <w:shd w:val="clear" w:color="auto" w:fill="EAF1DD" w:themeFill="accent3" w:themeFillTint="33"/>
          </w:tcPr>
          <w:p w14:paraId="73A0020C" w14:textId="77777777" w:rsidR="00E52C87" w:rsidRPr="00D5135E" w:rsidRDefault="00E52C87" w:rsidP="00D548F0">
            <w:pPr>
              <w:bidi/>
              <w:jc w:val="center"/>
              <w:rPr>
                <w:rFonts w:cs="B Lotus"/>
                <w:sz w:val="20"/>
                <w:szCs w:val="20"/>
              </w:rPr>
            </w:pPr>
            <w:r w:rsidRPr="00D5135E">
              <w:rPr>
                <w:rFonts w:ascii="Arial" w:hAnsi="Arial" w:cs="Arial"/>
                <w:sz w:val="20"/>
                <w:szCs w:val="20"/>
                <w:rtl/>
              </w:rPr>
              <w:t>برندینگ</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هویت</w:t>
            </w:r>
            <w:r w:rsidRPr="00D5135E">
              <w:rPr>
                <w:rFonts w:cs="B Lotus"/>
                <w:sz w:val="20"/>
                <w:szCs w:val="20"/>
              </w:rPr>
              <w:t xml:space="preserve"> </w:t>
            </w:r>
            <w:r w:rsidRPr="00D5135E">
              <w:rPr>
                <w:rFonts w:ascii="Arial" w:hAnsi="Arial" w:cs="Arial"/>
                <w:sz w:val="20"/>
                <w:szCs w:val="20"/>
                <w:rtl/>
              </w:rPr>
              <w:t>سازمانی</w:t>
            </w:r>
          </w:p>
        </w:tc>
        <w:tc>
          <w:tcPr>
            <w:tcW w:w="918" w:type="dxa"/>
          </w:tcPr>
          <w:p w14:paraId="5C7B69F0" w14:textId="6E2254AB" w:rsidR="00E52C87" w:rsidRPr="00D5135E" w:rsidRDefault="00E52C87" w:rsidP="00D548F0">
            <w:pPr>
              <w:bidi/>
              <w:jc w:val="center"/>
              <w:rPr>
                <w:rFonts w:cs="B Lotus"/>
                <w:sz w:val="20"/>
                <w:szCs w:val="20"/>
              </w:rPr>
            </w:pPr>
            <w:r w:rsidRPr="00D5135E">
              <w:rPr>
                <w:rFonts w:cs="B Lotus" w:hint="cs"/>
                <w:sz w:val="20"/>
                <w:szCs w:val="20"/>
                <w:rtl/>
              </w:rPr>
              <w:t>25</w:t>
            </w:r>
            <w:r w:rsidR="00236876">
              <w:rPr>
                <w:rFonts w:cs="B Lotus" w:hint="cs"/>
                <w:sz w:val="20"/>
                <w:szCs w:val="20"/>
                <w:rtl/>
              </w:rPr>
              <w:t>0</w:t>
            </w:r>
          </w:p>
        </w:tc>
        <w:tc>
          <w:tcPr>
            <w:tcW w:w="2762" w:type="dxa"/>
            <w:shd w:val="clear" w:color="auto" w:fill="FABF8F" w:themeFill="accent6" w:themeFillTint="99"/>
          </w:tcPr>
          <w:p w14:paraId="059C0577" w14:textId="77777777" w:rsidR="00E52C87" w:rsidRPr="00D5135E" w:rsidRDefault="00E52C87" w:rsidP="00D548F0">
            <w:pPr>
              <w:bidi/>
              <w:jc w:val="center"/>
              <w:rPr>
                <w:rFonts w:cs="B Lotus"/>
                <w:sz w:val="20"/>
                <w:szCs w:val="20"/>
              </w:rPr>
            </w:pPr>
            <w:r w:rsidRPr="00D5135E">
              <w:rPr>
                <w:rFonts w:ascii="Arial" w:hAnsi="Arial" w:cs="Arial"/>
                <w:sz w:val="20"/>
                <w:szCs w:val="20"/>
                <w:rtl/>
              </w:rPr>
              <w:t>فرایندهای</w:t>
            </w:r>
            <w:r w:rsidRPr="00D5135E">
              <w:rPr>
                <w:rFonts w:cs="B Lotus"/>
                <w:sz w:val="20"/>
                <w:szCs w:val="20"/>
              </w:rPr>
              <w:t xml:space="preserve"> </w:t>
            </w:r>
            <w:r w:rsidRPr="00D5135E">
              <w:rPr>
                <w:rFonts w:ascii="Arial" w:hAnsi="Arial" w:cs="Arial"/>
                <w:sz w:val="20"/>
                <w:szCs w:val="20"/>
                <w:rtl/>
              </w:rPr>
              <w:t>خدماتی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تجربه</w:t>
            </w:r>
            <w:r w:rsidRPr="00D5135E">
              <w:rPr>
                <w:rFonts w:cs="B Lotus"/>
                <w:sz w:val="20"/>
                <w:szCs w:val="20"/>
              </w:rPr>
              <w:t xml:space="preserve"> </w:t>
            </w:r>
            <w:r w:rsidRPr="00D5135E">
              <w:rPr>
                <w:rFonts w:ascii="Arial" w:hAnsi="Arial" w:cs="Arial"/>
                <w:sz w:val="20"/>
                <w:szCs w:val="20"/>
                <w:rtl/>
              </w:rPr>
              <w:t>مشتری</w:t>
            </w:r>
            <w:r w:rsidRPr="00D5135E">
              <w:rPr>
                <w:rFonts w:cs="B Lotus"/>
                <w:sz w:val="20"/>
                <w:szCs w:val="20"/>
              </w:rPr>
              <w:t>**</w:t>
            </w:r>
          </w:p>
        </w:tc>
        <w:tc>
          <w:tcPr>
            <w:tcW w:w="918" w:type="dxa"/>
          </w:tcPr>
          <w:p w14:paraId="4D8A6193" w14:textId="77777777" w:rsidR="00E52C87" w:rsidRPr="00D5135E" w:rsidRDefault="00E52C87" w:rsidP="00D548F0">
            <w:pPr>
              <w:bidi/>
              <w:jc w:val="center"/>
              <w:rPr>
                <w:rFonts w:cs="B Lotus"/>
                <w:sz w:val="20"/>
                <w:szCs w:val="20"/>
              </w:rPr>
            </w:pPr>
            <w:r w:rsidRPr="00D5135E">
              <w:rPr>
                <w:rFonts w:cs="B Lotus" w:hint="cs"/>
                <w:sz w:val="20"/>
                <w:szCs w:val="20"/>
                <w:rtl/>
              </w:rPr>
              <w:t>11</w:t>
            </w:r>
          </w:p>
        </w:tc>
        <w:tc>
          <w:tcPr>
            <w:tcW w:w="2103" w:type="dxa"/>
            <w:shd w:val="clear" w:color="auto" w:fill="E1EBF7" w:themeFill="text2" w:themeFillTint="1A"/>
          </w:tcPr>
          <w:p w14:paraId="50CE18D9" w14:textId="77777777" w:rsidR="00E52C87" w:rsidRPr="00D5135E" w:rsidRDefault="00E52C87" w:rsidP="00D548F0">
            <w:pPr>
              <w:bidi/>
              <w:jc w:val="center"/>
              <w:rPr>
                <w:rFonts w:cs="B Lotus"/>
                <w:sz w:val="20"/>
                <w:szCs w:val="20"/>
              </w:rPr>
            </w:pPr>
            <w:r w:rsidRPr="00D5135E">
              <w:rPr>
                <w:rFonts w:ascii="Arial" w:hAnsi="Arial" w:cs="Arial"/>
                <w:sz w:val="20"/>
                <w:szCs w:val="20"/>
                <w:rtl/>
              </w:rPr>
              <w:t>سیستم</w:t>
            </w:r>
            <w:r w:rsidRPr="00D5135E">
              <w:rPr>
                <w:rFonts w:cs="B Lotus"/>
                <w:sz w:val="20"/>
                <w:szCs w:val="20"/>
              </w:rPr>
              <w:t xml:space="preserve"> </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نظارتی</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حفاظتی</w:t>
            </w:r>
          </w:p>
        </w:tc>
      </w:tr>
      <w:tr w:rsidR="00E52C87" w14:paraId="54A057D8" w14:textId="77777777" w:rsidTr="00236876">
        <w:trPr>
          <w:trHeight w:val="183"/>
          <w:jc w:val="center"/>
        </w:trPr>
        <w:tc>
          <w:tcPr>
            <w:tcW w:w="1049" w:type="dxa"/>
          </w:tcPr>
          <w:p w14:paraId="3672496D" w14:textId="77777777" w:rsidR="00E52C87" w:rsidRPr="00D5135E" w:rsidRDefault="00E52C87" w:rsidP="00D548F0">
            <w:pPr>
              <w:bidi/>
              <w:jc w:val="center"/>
              <w:rPr>
                <w:rFonts w:cs="B Lotus"/>
                <w:sz w:val="20"/>
                <w:szCs w:val="20"/>
              </w:rPr>
            </w:pPr>
            <w:r w:rsidRPr="00D5135E">
              <w:rPr>
                <w:rFonts w:cs="B Lotus" w:hint="cs"/>
                <w:sz w:val="20"/>
                <w:szCs w:val="20"/>
                <w:rtl/>
              </w:rPr>
              <w:t>17</w:t>
            </w:r>
          </w:p>
        </w:tc>
        <w:tc>
          <w:tcPr>
            <w:tcW w:w="2629" w:type="dxa"/>
            <w:shd w:val="clear" w:color="auto" w:fill="EAF1DD" w:themeFill="accent3" w:themeFillTint="33"/>
          </w:tcPr>
          <w:p w14:paraId="5977B436" w14:textId="77777777" w:rsidR="00E52C87" w:rsidRPr="00D5135E" w:rsidRDefault="00E52C87" w:rsidP="00D548F0">
            <w:pPr>
              <w:bidi/>
              <w:jc w:val="center"/>
              <w:rPr>
                <w:rFonts w:cs="B Lotus"/>
                <w:sz w:val="20"/>
                <w:szCs w:val="20"/>
              </w:rPr>
            </w:pPr>
            <w:r w:rsidRPr="00D5135E">
              <w:rPr>
                <w:rFonts w:ascii="Arial" w:hAnsi="Arial" w:cs="Arial"/>
                <w:sz w:val="20"/>
                <w:szCs w:val="20"/>
                <w:rtl/>
              </w:rPr>
              <w:t>برنامه</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تبلیغاتی</w:t>
            </w:r>
            <w:r w:rsidRPr="00D5135E">
              <w:rPr>
                <w:rFonts w:cs="B Lotus"/>
                <w:sz w:val="20"/>
                <w:szCs w:val="20"/>
              </w:rPr>
              <w:t xml:space="preserve"> </w:t>
            </w:r>
            <w:r w:rsidRPr="00D5135E">
              <w:rPr>
                <w:rFonts w:ascii="Arial" w:hAnsi="Arial" w:cs="Arial"/>
                <w:sz w:val="20"/>
                <w:szCs w:val="20"/>
                <w:rtl/>
              </w:rPr>
              <w:t>موثر</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مستمر</w:t>
            </w:r>
          </w:p>
        </w:tc>
        <w:tc>
          <w:tcPr>
            <w:tcW w:w="918" w:type="dxa"/>
          </w:tcPr>
          <w:p w14:paraId="60495EBF" w14:textId="77777777" w:rsidR="00E52C87" w:rsidRPr="00D5135E" w:rsidRDefault="00E52C87" w:rsidP="00D548F0">
            <w:pPr>
              <w:bidi/>
              <w:jc w:val="center"/>
              <w:rPr>
                <w:rFonts w:cs="B Lotus"/>
                <w:sz w:val="20"/>
                <w:szCs w:val="20"/>
              </w:rPr>
            </w:pPr>
            <w:r w:rsidRPr="00D5135E">
              <w:rPr>
                <w:rFonts w:cs="B Lotus" w:hint="cs"/>
                <w:sz w:val="20"/>
                <w:szCs w:val="20"/>
                <w:rtl/>
              </w:rPr>
              <w:t>74</w:t>
            </w:r>
          </w:p>
        </w:tc>
        <w:tc>
          <w:tcPr>
            <w:tcW w:w="2762" w:type="dxa"/>
            <w:shd w:val="clear" w:color="auto" w:fill="FBD4B4" w:themeFill="accent6" w:themeFillTint="66"/>
          </w:tcPr>
          <w:p w14:paraId="79C4AB23" w14:textId="77777777" w:rsidR="00E52C87" w:rsidRPr="00D5135E" w:rsidRDefault="00E52C87" w:rsidP="00D548F0">
            <w:pPr>
              <w:bidi/>
              <w:jc w:val="center"/>
              <w:rPr>
                <w:rFonts w:cs="B Lotus"/>
                <w:sz w:val="20"/>
                <w:szCs w:val="20"/>
              </w:rPr>
            </w:pPr>
            <w:r w:rsidRPr="00D5135E">
              <w:rPr>
                <w:rFonts w:ascii="Arial" w:hAnsi="Arial" w:cs="Arial"/>
                <w:sz w:val="20"/>
                <w:szCs w:val="20"/>
                <w:rtl/>
              </w:rPr>
              <w:t>خدمات</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دسترسی</w:t>
            </w:r>
            <w:r w:rsidRPr="00D5135E">
              <w:rPr>
                <w:rFonts w:cs="B Lotus"/>
                <w:sz w:val="20"/>
                <w:szCs w:val="20"/>
              </w:rPr>
              <w:t>*</w:t>
            </w:r>
          </w:p>
        </w:tc>
        <w:tc>
          <w:tcPr>
            <w:tcW w:w="918" w:type="dxa"/>
          </w:tcPr>
          <w:p w14:paraId="08E6512F" w14:textId="77777777" w:rsidR="00E52C87" w:rsidRPr="00D5135E" w:rsidRDefault="00E52C87" w:rsidP="00D548F0">
            <w:pPr>
              <w:bidi/>
              <w:jc w:val="center"/>
              <w:rPr>
                <w:rFonts w:cs="B Lotus"/>
                <w:sz w:val="20"/>
                <w:szCs w:val="20"/>
              </w:rPr>
            </w:pPr>
            <w:r w:rsidRPr="00D5135E">
              <w:rPr>
                <w:rFonts w:cs="B Lotus" w:hint="cs"/>
                <w:sz w:val="20"/>
                <w:szCs w:val="20"/>
                <w:rtl/>
              </w:rPr>
              <w:t>14</w:t>
            </w:r>
          </w:p>
        </w:tc>
        <w:tc>
          <w:tcPr>
            <w:tcW w:w="2103" w:type="dxa"/>
            <w:shd w:val="clear" w:color="auto" w:fill="E1EBF7" w:themeFill="text2" w:themeFillTint="1A"/>
          </w:tcPr>
          <w:p w14:paraId="06C5281B"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برنامه</w:t>
            </w:r>
            <w:r w:rsidRPr="00D5135E">
              <w:rPr>
                <w:rFonts w:cs="B Lotus"/>
                <w:sz w:val="20"/>
                <w:szCs w:val="20"/>
              </w:rPr>
              <w:t xml:space="preserve"> </w:t>
            </w:r>
            <w:r w:rsidRPr="00D5135E">
              <w:rPr>
                <w:rFonts w:ascii="Arial" w:hAnsi="Arial" w:cs="Arial"/>
                <w:sz w:val="20"/>
                <w:szCs w:val="20"/>
                <w:rtl/>
              </w:rPr>
              <w:t>مدیریت</w:t>
            </w:r>
            <w:r w:rsidRPr="00D5135E">
              <w:rPr>
                <w:rFonts w:cs="B Lotus"/>
                <w:sz w:val="20"/>
                <w:szCs w:val="20"/>
              </w:rPr>
              <w:t xml:space="preserve"> </w:t>
            </w:r>
            <w:r w:rsidRPr="00D5135E">
              <w:rPr>
                <w:rFonts w:ascii="Arial" w:hAnsi="Arial" w:cs="Arial"/>
                <w:sz w:val="20"/>
                <w:szCs w:val="20"/>
                <w:rtl/>
              </w:rPr>
              <w:t>بحران</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اضطرار</w:t>
            </w:r>
          </w:p>
        </w:tc>
      </w:tr>
      <w:tr w:rsidR="00E52C87" w14:paraId="666A259A" w14:textId="77777777" w:rsidTr="00236876">
        <w:trPr>
          <w:trHeight w:val="305"/>
          <w:jc w:val="center"/>
        </w:trPr>
        <w:tc>
          <w:tcPr>
            <w:tcW w:w="1049" w:type="dxa"/>
          </w:tcPr>
          <w:p w14:paraId="2656D09D" w14:textId="4B36C74C" w:rsidR="00E52C87" w:rsidRPr="00D5135E" w:rsidRDefault="00236876" w:rsidP="00D548F0">
            <w:pPr>
              <w:bidi/>
              <w:jc w:val="center"/>
              <w:rPr>
                <w:rFonts w:cs="B Lotus"/>
                <w:sz w:val="20"/>
                <w:szCs w:val="20"/>
              </w:rPr>
            </w:pPr>
            <w:r>
              <w:rPr>
                <w:rFonts w:cs="B Lotus" w:hint="cs"/>
                <w:sz w:val="20"/>
                <w:szCs w:val="20"/>
                <w:rtl/>
              </w:rPr>
              <w:t>10</w:t>
            </w:r>
          </w:p>
        </w:tc>
        <w:tc>
          <w:tcPr>
            <w:tcW w:w="2629" w:type="dxa"/>
            <w:shd w:val="clear" w:color="auto" w:fill="EAF1DD" w:themeFill="accent3" w:themeFillTint="33"/>
          </w:tcPr>
          <w:p w14:paraId="6B8DD406" w14:textId="77777777" w:rsidR="00E52C87" w:rsidRPr="00D5135E" w:rsidRDefault="00E52C87" w:rsidP="00D548F0">
            <w:pPr>
              <w:bidi/>
              <w:jc w:val="center"/>
              <w:rPr>
                <w:rFonts w:cs="B Lotus"/>
                <w:sz w:val="20"/>
                <w:szCs w:val="20"/>
              </w:rPr>
            </w:pPr>
            <w:r w:rsidRPr="00D5135E">
              <w:rPr>
                <w:rFonts w:ascii="Arial" w:hAnsi="Arial" w:cs="Arial"/>
                <w:sz w:val="20"/>
                <w:szCs w:val="20"/>
                <w:rtl/>
              </w:rPr>
              <w:t>مشارکت</w:t>
            </w:r>
            <w:r w:rsidRPr="00D5135E">
              <w:rPr>
                <w:rFonts w:cs="B Lotus"/>
                <w:sz w:val="20"/>
                <w:szCs w:val="20"/>
              </w:rPr>
              <w:t xml:space="preserve"> </w:t>
            </w:r>
            <w:r w:rsidRPr="00D5135E">
              <w:rPr>
                <w:rFonts w:ascii="Arial" w:hAnsi="Arial" w:cs="Arial"/>
                <w:sz w:val="20"/>
                <w:szCs w:val="20"/>
                <w:rtl/>
              </w:rPr>
              <w:t>در</w:t>
            </w:r>
            <w:r w:rsidRPr="00D5135E">
              <w:rPr>
                <w:rFonts w:cs="B Lotus"/>
                <w:sz w:val="20"/>
                <w:szCs w:val="20"/>
              </w:rPr>
              <w:t xml:space="preserve"> </w:t>
            </w:r>
            <w:r w:rsidRPr="00D5135E">
              <w:rPr>
                <w:rFonts w:ascii="Arial" w:hAnsi="Arial" w:cs="Arial"/>
                <w:sz w:val="20"/>
                <w:szCs w:val="20"/>
                <w:rtl/>
              </w:rPr>
              <w:t>رویدادهای</w:t>
            </w:r>
            <w:r w:rsidRPr="00D5135E">
              <w:rPr>
                <w:rFonts w:cs="B Lotus"/>
                <w:sz w:val="20"/>
                <w:szCs w:val="20"/>
              </w:rPr>
              <w:t xml:space="preserve"> </w:t>
            </w:r>
            <w:r w:rsidRPr="00D5135E">
              <w:rPr>
                <w:rFonts w:ascii="Arial" w:hAnsi="Arial" w:cs="Arial"/>
                <w:sz w:val="20"/>
                <w:szCs w:val="20"/>
                <w:rtl/>
              </w:rPr>
              <w:t>محلی</w:t>
            </w:r>
          </w:p>
        </w:tc>
        <w:tc>
          <w:tcPr>
            <w:tcW w:w="918" w:type="dxa"/>
          </w:tcPr>
          <w:p w14:paraId="3B0BE4D7" w14:textId="77777777" w:rsidR="00E52C87" w:rsidRPr="00D5135E" w:rsidRDefault="00E52C87" w:rsidP="00D548F0">
            <w:pPr>
              <w:bidi/>
              <w:jc w:val="center"/>
              <w:rPr>
                <w:rFonts w:cs="B Lotus"/>
                <w:sz w:val="20"/>
                <w:szCs w:val="20"/>
              </w:rPr>
            </w:pPr>
            <w:r w:rsidRPr="00D5135E">
              <w:rPr>
                <w:rFonts w:cs="B Lotus" w:hint="cs"/>
                <w:sz w:val="20"/>
                <w:szCs w:val="20"/>
                <w:rtl/>
              </w:rPr>
              <w:t>19</w:t>
            </w:r>
          </w:p>
        </w:tc>
        <w:tc>
          <w:tcPr>
            <w:tcW w:w="2762" w:type="dxa"/>
            <w:shd w:val="clear" w:color="auto" w:fill="FDE9D9" w:themeFill="accent6" w:themeFillTint="33"/>
          </w:tcPr>
          <w:p w14:paraId="5256CCEB" w14:textId="77777777" w:rsidR="00E52C87" w:rsidRPr="00D5135E" w:rsidRDefault="00E52C87" w:rsidP="00D548F0">
            <w:pPr>
              <w:bidi/>
              <w:jc w:val="center"/>
              <w:rPr>
                <w:rFonts w:cs="B Lotus"/>
                <w:sz w:val="20"/>
                <w:szCs w:val="20"/>
              </w:rPr>
            </w:pPr>
            <w:r w:rsidRPr="00D5135E">
              <w:rPr>
                <w:rFonts w:ascii="Arial" w:hAnsi="Arial" w:cs="Arial"/>
                <w:sz w:val="20"/>
                <w:szCs w:val="20"/>
                <w:rtl/>
              </w:rPr>
              <w:t>ساعت</w:t>
            </w:r>
            <w:r w:rsidRPr="00D5135E">
              <w:rPr>
                <w:rFonts w:cs="B Lotus"/>
                <w:sz w:val="20"/>
                <w:szCs w:val="20"/>
              </w:rPr>
              <w:t xml:space="preserve"> </w:t>
            </w:r>
            <w:r w:rsidRPr="00D5135E">
              <w:rPr>
                <w:rFonts w:ascii="Arial" w:hAnsi="Arial" w:cs="Arial"/>
                <w:sz w:val="20"/>
                <w:szCs w:val="20"/>
                <w:rtl/>
              </w:rPr>
              <w:t>کار</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زمانبندی</w:t>
            </w:r>
            <w:r w:rsidRPr="00D5135E">
              <w:rPr>
                <w:rFonts w:cs="B Lotus"/>
                <w:sz w:val="20"/>
                <w:szCs w:val="20"/>
              </w:rPr>
              <w:t xml:space="preserve"> </w:t>
            </w:r>
            <w:r w:rsidRPr="00D5135E">
              <w:rPr>
                <w:rFonts w:ascii="Arial" w:hAnsi="Arial" w:cs="Arial"/>
                <w:sz w:val="20"/>
                <w:szCs w:val="20"/>
                <w:rtl/>
              </w:rPr>
              <w:t>مناسب</w:t>
            </w:r>
            <w:r w:rsidRPr="00D5135E">
              <w:rPr>
                <w:rFonts w:cs="B Lotus"/>
                <w:sz w:val="20"/>
                <w:szCs w:val="20"/>
              </w:rPr>
              <w:t xml:space="preserve"> </w:t>
            </w:r>
            <w:r w:rsidRPr="00D5135E">
              <w:rPr>
                <w:rFonts w:ascii="Arial" w:hAnsi="Arial" w:cs="Arial"/>
                <w:sz w:val="20"/>
                <w:szCs w:val="20"/>
                <w:rtl/>
              </w:rPr>
              <w:t>جهت</w:t>
            </w:r>
            <w:r w:rsidRPr="00D5135E">
              <w:rPr>
                <w:rFonts w:cs="B Lotus"/>
                <w:sz w:val="20"/>
                <w:szCs w:val="20"/>
              </w:rPr>
              <w:t xml:space="preserve"> </w:t>
            </w:r>
            <w:r w:rsidRPr="00D5135E">
              <w:rPr>
                <w:rFonts w:ascii="Arial" w:hAnsi="Arial" w:cs="Arial"/>
                <w:sz w:val="20"/>
                <w:szCs w:val="20"/>
                <w:rtl/>
              </w:rPr>
              <w:t>به</w:t>
            </w:r>
            <w:r w:rsidRPr="00D5135E">
              <w:rPr>
                <w:rFonts w:cs="B Lotus"/>
                <w:sz w:val="20"/>
                <w:szCs w:val="20"/>
              </w:rPr>
              <w:t xml:space="preserve"> </w:t>
            </w:r>
            <w:r w:rsidRPr="00D5135E">
              <w:rPr>
                <w:rFonts w:ascii="Arial" w:hAnsi="Arial" w:cs="Arial"/>
                <w:sz w:val="20"/>
                <w:szCs w:val="20"/>
                <w:rtl/>
              </w:rPr>
              <w:t>حداکثر</w:t>
            </w:r>
            <w:r w:rsidRPr="00D5135E">
              <w:rPr>
                <w:rFonts w:cs="B Lotus"/>
                <w:sz w:val="20"/>
                <w:szCs w:val="20"/>
              </w:rPr>
              <w:t xml:space="preserve"> </w:t>
            </w:r>
            <w:r w:rsidRPr="00D5135E">
              <w:rPr>
                <w:rFonts w:ascii="Arial" w:hAnsi="Arial" w:cs="Arial"/>
                <w:sz w:val="20"/>
                <w:szCs w:val="20"/>
                <w:rtl/>
              </w:rPr>
              <w:t>رساندن</w:t>
            </w:r>
            <w:r w:rsidRPr="00D5135E">
              <w:rPr>
                <w:rFonts w:cs="B Lotus"/>
                <w:sz w:val="20"/>
                <w:szCs w:val="20"/>
              </w:rPr>
              <w:t xml:space="preserve"> </w:t>
            </w:r>
            <w:r w:rsidRPr="00D5135E">
              <w:rPr>
                <w:rFonts w:ascii="Arial" w:hAnsi="Arial" w:cs="Arial"/>
                <w:sz w:val="20"/>
                <w:szCs w:val="20"/>
                <w:rtl/>
              </w:rPr>
              <w:t>خدمات</w:t>
            </w:r>
          </w:p>
        </w:tc>
        <w:tc>
          <w:tcPr>
            <w:tcW w:w="918" w:type="dxa"/>
          </w:tcPr>
          <w:p w14:paraId="670031C7" w14:textId="77777777" w:rsidR="00E52C87" w:rsidRPr="00D5135E" w:rsidRDefault="00E52C87" w:rsidP="00D548F0">
            <w:pPr>
              <w:bidi/>
              <w:jc w:val="center"/>
              <w:rPr>
                <w:rFonts w:cs="B Lotus"/>
                <w:sz w:val="20"/>
                <w:szCs w:val="20"/>
              </w:rPr>
            </w:pPr>
            <w:r w:rsidRPr="00D5135E">
              <w:rPr>
                <w:rFonts w:cs="B Lotus" w:hint="cs"/>
                <w:sz w:val="20"/>
                <w:szCs w:val="20"/>
                <w:rtl/>
              </w:rPr>
              <w:t>14</w:t>
            </w:r>
          </w:p>
        </w:tc>
        <w:tc>
          <w:tcPr>
            <w:tcW w:w="2103" w:type="dxa"/>
            <w:shd w:val="clear" w:color="auto" w:fill="E1EBF7" w:themeFill="text2" w:themeFillTint="1A"/>
          </w:tcPr>
          <w:p w14:paraId="0D829A67" w14:textId="77777777" w:rsidR="00E52C87" w:rsidRPr="00D5135E" w:rsidRDefault="00E52C87" w:rsidP="00D548F0">
            <w:pPr>
              <w:bidi/>
              <w:jc w:val="center"/>
              <w:rPr>
                <w:rFonts w:cs="B Lotus"/>
                <w:sz w:val="20"/>
                <w:szCs w:val="20"/>
              </w:rPr>
            </w:pPr>
            <w:r w:rsidRPr="00D5135E">
              <w:rPr>
                <w:rFonts w:ascii="Arial" w:hAnsi="Arial" w:cs="Arial"/>
                <w:sz w:val="20"/>
                <w:szCs w:val="20"/>
                <w:rtl/>
              </w:rPr>
              <w:t>رعایت</w:t>
            </w:r>
            <w:r w:rsidRPr="00D5135E">
              <w:rPr>
                <w:rFonts w:cs="B Lotus"/>
                <w:sz w:val="20"/>
                <w:szCs w:val="20"/>
              </w:rPr>
              <w:t xml:space="preserve"> </w:t>
            </w:r>
            <w:r w:rsidRPr="00D5135E">
              <w:rPr>
                <w:rFonts w:ascii="Arial" w:hAnsi="Arial" w:cs="Arial"/>
                <w:sz w:val="20"/>
                <w:szCs w:val="20"/>
                <w:rtl/>
              </w:rPr>
              <w:t>استانداردهای</w:t>
            </w:r>
            <w:r w:rsidRPr="00D5135E">
              <w:rPr>
                <w:rFonts w:cs="B Lotus"/>
                <w:sz w:val="20"/>
                <w:szCs w:val="20"/>
              </w:rPr>
              <w:t xml:space="preserve"> </w:t>
            </w:r>
            <w:r w:rsidRPr="00D5135E">
              <w:rPr>
                <w:rFonts w:ascii="Arial" w:hAnsi="Arial" w:cs="Arial"/>
                <w:sz w:val="20"/>
                <w:szCs w:val="20"/>
                <w:rtl/>
              </w:rPr>
              <w:t>ایمنی</w:t>
            </w:r>
            <w:r w:rsidRPr="00D5135E">
              <w:rPr>
                <w:rFonts w:cs="B Lotus"/>
                <w:sz w:val="20"/>
                <w:szCs w:val="20"/>
              </w:rPr>
              <w:t xml:space="preserve"> </w:t>
            </w:r>
            <w:r w:rsidRPr="00D5135E">
              <w:rPr>
                <w:rFonts w:ascii="Arial" w:hAnsi="Arial" w:cs="Arial"/>
                <w:sz w:val="20"/>
                <w:szCs w:val="20"/>
                <w:rtl/>
              </w:rPr>
              <w:t>طبق</w:t>
            </w:r>
            <w:r w:rsidRPr="00D5135E">
              <w:rPr>
                <w:rFonts w:cs="B Lotus"/>
                <w:sz w:val="20"/>
                <w:szCs w:val="20"/>
              </w:rPr>
              <w:t xml:space="preserve"> </w:t>
            </w:r>
            <w:r w:rsidRPr="00D5135E">
              <w:rPr>
                <w:rFonts w:ascii="Arial" w:hAnsi="Arial" w:cs="Arial"/>
                <w:sz w:val="20"/>
                <w:szCs w:val="20"/>
                <w:rtl/>
              </w:rPr>
              <w:t>آیین</w:t>
            </w:r>
            <w:r w:rsidRPr="00D5135E">
              <w:rPr>
                <w:rFonts w:cs="B Lotus"/>
                <w:sz w:val="20"/>
                <w:szCs w:val="20"/>
              </w:rPr>
              <w:t xml:space="preserve"> </w:t>
            </w:r>
            <w:r w:rsidRPr="00D5135E">
              <w:rPr>
                <w:rFonts w:ascii="Arial" w:hAnsi="Arial" w:cs="Arial"/>
                <w:sz w:val="20"/>
                <w:szCs w:val="20"/>
                <w:rtl/>
              </w:rPr>
              <w:t>نامه</w:t>
            </w:r>
            <w:r w:rsidRPr="00D5135E">
              <w:rPr>
                <w:rFonts w:cs="B Lotus"/>
                <w:sz w:val="20"/>
                <w:szCs w:val="20"/>
              </w:rPr>
              <w:t xml:space="preserve"> </w:t>
            </w:r>
            <w:r w:rsidRPr="00D5135E">
              <w:rPr>
                <w:rFonts w:ascii="Arial" w:hAnsi="Arial" w:cs="Arial"/>
                <w:sz w:val="20"/>
                <w:szCs w:val="20"/>
                <w:rtl/>
              </w:rPr>
              <w:t>فدراسیون</w:t>
            </w:r>
            <w:r w:rsidRPr="00D5135E">
              <w:rPr>
                <w:rFonts w:cs="B Lotus"/>
                <w:sz w:val="20"/>
                <w:szCs w:val="20"/>
              </w:rPr>
              <w:t xml:space="preserve"> </w:t>
            </w:r>
            <w:r w:rsidRPr="00D5135E">
              <w:rPr>
                <w:rFonts w:ascii="Arial" w:hAnsi="Arial" w:cs="Arial"/>
                <w:sz w:val="20"/>
                <w:szCs w:val="20"/>
                <w:rtl/>
              </w:rPr>
              <w:t>نجات</w:t>
            </w:r>
            <w:r w:rsidRPr="00D5135E">
              <w:rPr>
                <w:rFonts w:cs="B Lotus"/>
                <w:sz w:val="20"/>
                <w:szCs w:val="20"/>
              </w:rPr>
              <w:t xml:space="preserve"> </w:t>
            </w:r>
            <w:r w:rsidRPr="00D5135E">
              <w:rPr>
                <w:rFonts w:ascii="Arial" w:hAnsi="Arial" w:cs="Arial"/>
                <w:sz w:val="20"/>
                <w:szCs w:val="20"/>
                <w:rtl/>
              </w:rPr>
              <w:t>غریق</w:t>
            </w:r>
          </w:p>
        </w:tc>
      </w:tr>
      <w:tr w:rsidR="00E52C87" w14:paraId="7F3E310A" w14:textId="77777777" w:rsidTr="00236876">
        <w:trPr>
          <w:trHeight w:val="119"/>
          <w:jc w:val="center"/>
        </w:trPr>
        <w:tc>
          <w:tcPr>
            <w:tcW w:w="1049" w:type="dxa"/>
          </w:tcPr>
          <w:p w14:paraId="11316A07" w14:textId="77777777" w:rsidR="00E52C87" w:rsidRPr="00D5135E" w:rsidRDefault="00E52C87" w:rsidP="00D548F0">
            <w:pPr>
              <w:bidi/>
              <w:jc w:val="center"/>
              <w:rPr>
                <w:rFonts w:cs="B Lotus"/>
                <w:sz w:val="20"/>
                <w:szCs w:val="20"/>
              </w:rPr>
            </w:pPr>
            <w:r w:rsidRPr="00D5135E">
              <w:rPr>
                <w:rFonts w:cs="B Lotus" w:hint="cs"/>
                <w:sz w:val="20"/>
                <w:szCs w:val="20"/>
                <w:rtl/>
              </w:rPr>
              <w:t>17</w:t>
            </w:r>
          </w:p>
        </w:tc>
        <w:tc>
          <w:tcPr>
            <w:tcW w:w="2629" w:type="dxa"/>
            <w:shd w:val="clear" w:color="auto" w:fill="EAF1DD" w:themeFill="accent3" w:themeFillTint="33"/>
          </w:tcPr>
          <w:p w14:paraId="2FBD434B" w14:textId="77777777" w:rsidR="00E52C87" w:rsidRPr="00D5135E" w:rsidRDefault="00E52C87" w:rsidP="00D548F0">
            <w:pPr>
              <w:bidi/>
              <w:jc w:val="center"/>
              <w:rPr>
                <w:rFonts w:cs="B Lotus"/>
                <w:sz w:val="20"/>
                <w:szCs w:val="20"/>
              </w:rPr>
            </w:pPr>
            <w:r w:rsidRPr="00D5135E">
              <w:rPr>
                <w:rFonts w:ascii="Arial" w:hAnsi="Arial" w:cs="Arial"/>
                <w:sz w:val="20"/>
                <w:szCs w:val="20"/>
                <w:rtl/>
              </w:rPr>
              <w:t>همکاری</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فدراسیون</w:t>
            </w:r>
          </w:p>
        </w:tc>
        <w:tc>
          <w:tcPr>
            <w:tcW w:w="918" w:type="dxa"/>
          </w:tcPr>
          <w:p w14:paraId="0ACB694B" w14:textId="77777777" w:rsidR="00E52C87" w:rsidRPr="00D5135E" w:rsidRDefault="00E52C87" w:rsidP="00D548F0">
            <w:pPr>
              <w:bidi/>
              <w:jc w:val="center"/>
              <w:rPr>
                <w:rFonts w:cs="B Lotus"/>
                <w:sz w:val="20"/>
                <w:szCs w:val="20"/>
              </w:rPr>
            </w:pPr>
            <w:r w:rsidRPr="00D5135E">
              <w:rPr>
                <w:rFonts w:cs="B Lotus" w:hint="cs"/>
                <w:sz w:val="20"/>
                <w:szCs w:val="20"/>
                <w:rtl/>
              </w:rPr>
              <w:t>12</w:t>
            </w:r>
          </w:p>
        </w:tc>
        <w:tc>
          <w:tcPr>
            <w:tcW w:w="2762" w:type="dxa"/>
            <w:shd w:val="clear" w:color="auto" w:fill="FDE9D9" w:themeFill="accent6" w:themeFillTint="33"/>
          </w:tcPr>
          <w:p w14:paraId="38931BF1" w14:textId="77777777" w:rsidR="00E52C87" w:rsidRPr="00D5135E" w:rsidRDefault="00E52C87" w:rsidP="00D548F0">
            <w:pPr>
              <w:bidi/>
              <w:jc w:val="center"/>
              <w:rPr>
                <w:rFonts w:cs="B Lotus"/>
                <w:sz w:val="20"/>
                <w:szCs w:val="20"/>
              </w:rPr>
            </w:pPr>
            <w:r w:rsidRPr="00D5135E">
              <w:rPr>
                <w:rFonts w:ascii="Arial" w:hAnsi="Arial" w:cs="Arial"/>
                <w:sz w:val="20"/>
                <w:szCs w:val="20"/>
                <w:rtl/>
              </w:rPr>
              <w:t>موقعیت</w:t>
            </w:r>
            <w:r w:rsidRPr="00D5135E">
              <w:rPr>
                <w:rFonts w:cs="B Lotus"/>
                <w:sz w:val="20"/>
                <w:szCs w:val="20"/>
              </w:rPr>
              <w:t xml:space="preserve"> </w:t>
            </w:r>
            <w:r w:rsidRPr="00D5135E">
              <w:rPr>
                <w:rFonts w:ascii="Arial" w:hAnsi="Arial" w:cs="Arial"/>
                <w:sz w:val="20"/>
                <w:szCs w:val="20"/>
                <w:rtl/>
              </w:rPr>
              <w:t>مکانی</w:t>
            </w:r>
            <w:r w:rsidRPr="00D5135E">
              <w:rPr>
                <w:rFonts w:cs="B Lotus"/>
                <w:sz w:val="20"/>
                <w:szCs w:val="20"/>
              </w:rPr>
              <w:t xml:space="preserve"> </w:t>
            </w:r>
            <w:r w:rsidRPr="00D5135E">
              <w:rPr>
                <w:rFonts w:ascii="Arial" w:hAnsi="Arial" w:cs="Arial"/>
                <w:sz w:val="20"/>
                <w:szCs w:val="20"/>
                <w:rtl/>
              </w:rPr>
              <w:t>مناسب</w:t>
            </w:r>
            <w:r w:rsidRPr="00D5135E">
              <w:rPr>
                <w:rFonts w:cs="B Lotus"/>
                <w:sz w:val="20"/>
                <w:szCs w:val="20"/>
              </w:rPr>
              <w:t xml:space="preserve"> </w:t>
            </w:r>
            <w:r w:rsidRPr="00D5135E">
              <w:rPr>
                <w:rFonts w:ascii="Arial" w:hAnsi="Arial" w:cs="Arial"/>
                <w:sz w:val="20"/>
                <w:szCs w:val="20"/>
                <w:rtl/>
              </w:rPr>
              <w:t>استخر</w:t>
            </w:r>
          </w:p>
        </w:tc>
        <w:tc>
          <w:tcPr>
            <w:tcW w:w="918" w:type="dxa"/>
          </w:tcPr>
          <w:p w14:paraId="7EA3C124" w14:textId="77777777" w:rsidR="00E52C87" w:rsidRPr="00D5135E" w:rsidRDefault="00E52C87" w:rsidP="00D548F0">
            <w:pPr>
              <w:bidi/>
              <w:jc w:val="center"/>
              <w:rPr>
                <w:rFonts w:cs="B Lotus"/>
                <w:sz w:val="20"/>
                <w:szCs w:val="20"/>
              </w:rPr>
            </w:pPr>
            <w:r w:rsidRPr="00D5135E">
              <w:rPr>
                <w:rFonts w:cs="B Lotus" w:hint="cs"/>
                <w:sz w:val="20"/>
                <w:szCs w:val="20"/>
                <w:rtl/>
              </w:rPr>
              <w:t>22</w:t>
            </w:r>
          </w:p>
        </w:tc>
        <w:tc>
          <w:tcPr>
            <w:tcW w:w="2103" w:type="dxa"/>
            <w:shd w:val="clear" w:color="auto" w:fill="E1EBF7" w:themeFill="text2" w:themeFillTint="1A"/>
          </w:tcPr>
          <w:p w14:paraId="6B35850D" w14:textId="77777777" w:rsidR="00E52C87" w:rsidRPr="00D5135E" w:rsidRDefault="00E52C87" w:rsidP="00D548F0">
            <w:pPr>
              <w:bidi/>
              <w:jc w:val="center"/>
              <w:rPr>
                <w:rFonts w:cs="B Lotus"/>
                <w:sz w:val="20"/>
                <w:szCs w:val="20"/>
              </w:rPr>
            </w:pPr>
            <w:r w:rsidRPr="00D5135E">
              <w:rPr>
                <w:rFonts w:ascii="Arial" w:hAnsi="Arial" w:cs="Arial"/>
                <w:sz w:val="20"/>
                <w:szCs w:val="20"/>
                <w:rtl/>
              </w:rPr>
              <w:t>پیش</w:t>
            </w:r>
            <w:r w:rsidRPr="00D5135E">
              <w:rPr>
                <w:rFonts w:cs="B Lotus"/>
                <w:sz w:val="20"/>
                <w:szCs w:val="20"/>
              </w:rPr>
              <w:t xml:space="preserve"> </w:t>
            </w:r>
            <w:r w:rsidRPr="00D5135E">
              <w:rPr>
                <w:rFonts w:ascii="Arial" w:hAnsi="Arial" w:cs="Arial"/>
                <w:sz w:val="20"/>
                <w:szCs w:val="20"/>
                <w:rtl/>
              </w:rPr>
              <w:t>بینی</w:t>
            </w:r>
            <w:r w:rsidRPr="00D5135E">
              <w:rPr>
                <w:rFonts w:cs="B Lotus"/>
                <w:sz w:val="20"/>
                <w:szCs w:val="20"/>
              </w:rPr>
              <w:t xml:space="preserve"> </w:t>
            </w:r>
            <w:r w:rsidRPr="00D5135E">
              <w:rPr>
                <w:rFonts w:ascii="Arial" w:hAnsi="Arial" w:cs="Arial"/>
                <w:sz w:val="20"/>
                <w:szCs w:val="20"/>
                <w:rtl/>
              </w:rPr>
              <w:t>اتاق</w:t>
            </w:r>
            <w:r w:rsidRPr="00D5135E">
              <w:rPr>
                <w:rFonts w:cs="B Lotus"/>
                <w:sz w:val="20"/>
                <w:szCs w:val="20"/>
              </w:rPr>
              <w:t xml:space="preserve"> </w:t>
            </w:r>
            <w:r w:rsidRPr="00D5135E">
              <w:rPr>
                <w:rFonts w:ascii="Arial" w:hAnsi="Arial" w:cs="Arial"/>
                <w:sz w:val="20"/>
                <w:szCs w:val="20"/>
                <w:rtl/>
              </w:rPr>
              <w:t>کمک</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اولیه</w:t>
            </w:r>
          </w:p>
        </w:tc>
      </w:tr>
      <w:tr w:rsidR="00E52C87" w14:paraId="53274DB1" w14:textId="77777777" w:rsidTr="00236876">
        <w:trPr>
          <w:trHeight w:val="122"/>
          <w:jc w:val="center"/>
        </w:trPr>
        <w:tc>
          <w:tcPr>
            <w:tcW w:w="1049" w:type="dxa"/>
          </w:tcPr>
          <w:p w14:paraId="0FEC4D70" w14:textId="77777777" w:rsidR="00E52C87" w:rsidRPr="00D5135E" w:rsidRDefault="00E52C87" w:rsidP="00D548F0">
            <w:pPr>
              <w:bidi/>
              <w:jc w:val="center"/>
              <w:rPr>
                <w:rFonts w:cs="B Lotus"/>
                <w:sz w:val="20"/>
                <w:szCs w:val="20"/>
              </w:rPr>
            </w:pPr>
            <w:r w:rsidRPr="00D5135E">
              <w:rPr>
                <w:rFonts w:cs="B Lotus" w:hint="cs"/>
                <w:sz w:val="20"/>
                <w:szCs w:val="20"/>
                <w:rtl/>
              </w:rPr>
              <w:t>17</w:t>
            </w:r>
          </w:p>
        </w:tc>
        <w:tc>
          <w:tcPr>
            <w:tcW w:w="2629" w:type="dxa"/>
            <w:shd w:val="clear" w:color="auto" w:fill="EAF1DD" w:themeFill="accent3" w:themeFillTint="33"/>
          </w:tcPr>
          <w:p w14:paraId="77637E74" w14:textId="77777777" w:rsidR="00E52C87" w:rsidRPr="00D5135E" w:rsidRDefault="00E52C87" w:rsidP="00D548F0">
            <w:pPr>
              <w:bidi/>
              <w:jc w:val="center"/>
              <w:rPr>
                <w:rFonts w:cs="B Lotus"/>
                <w:sz w:val="20"/>
                <w:szCs w:val="20"/>
              </w:rPr>
            </w:pPr>
            <w:r w:rsidRPr="00D5135E">
              <w:rPr>
                <w:rFonts w:ascii="Arial" w:hAnsi="Arial" w:cs="Arial"/>
                <w:sz w:val="20"/>
                <w:szCs w:val="20"/>
                <w:rtl/>
              </w:rPr>
              <w:t>بازاریابی</w:t>
            </w:r>
            <w:r w:rsidRPr="00D5135E">
              <w:rPr>
                <w:rFonts w:cs="B Lotus"/>
                <w:sz w:val="20"/>
                <w:szCs w:val="20"/>
              </w:rPr>
              <w:t xml:space="preserve"> </w:t>
            </w:r>
            <w:r w:rsidRPr="00D5135E">
              <w:rPr>
                <w:rFonts w:ascii="Arial" w:hAnsi="Arial" w:cs="Arial"/>
                <w:sz w:val="20"/>
                <w:szCs w:val="20"/>
                <w:rtl/>
              </w:rPr>
              <w:t>دیجیتال</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شبکه</w:t>
            </w:r>
            <w:r w:rsidRPr="00D5135E">
              <w:rPr>
                <w:rFonts w:cs="B Lotus"/>
                <w:sz w:val="20"/>
                <w:szCs w:val="20"/>
              </w:rPr>
              <w:t xml:space="preserve"> </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اجتماعی</w:t>
            </w:r>
          </w:p>
        </w:tc>
        <w:tc>
          <w:tcPr>
            <w:tcW w:w="918" w:type="dxa"/>
          </w:tcPr>
          <w:p w14:paraId="3EF70DE5" w14:textId="77777777" w:rsidR="00E52C87" w:rsidRPr="00D5135E" w:rsidRDefault="00E52C87" w:rsidP="00D548F0">
            <w:pPr>
              <w:bidi/>
              <w:jc w:val="center"/>
              <w:rPr>
                <w:rFonts w:cs="B Lotus"/>
                <w:sz w:val="20"/>
                <w:szCs w:val="20"/>
              </w:rPr>
            </w:pPr>
            <w:r w:rsidRPr="00D5135E">
              <w:rPr>
                <w:rFonts w:cs="B Lotus" w:hint="cs"/>
                <w:sz w:val="20"/>
                <w:szCs w:val="20"/>
                <w:rtl/>
              </w:rPr>
              <w:t>11</w:t>
            </w:r>
          </w:p>
        </w:tc>
        <w:tc>
          <w:tcPr>
            <w:tcW w:w="2762" w:type="dxa"/>
            <w:shd w:val="clear" w:color="auto" w:fill="FDE9D9" w:themeFill="accent6" w:themeFillTint="33"/>
          </w:tcPr>
          <w:p w14:paraId="26DCD772" w14:textId="77777777" w:rsidR="00E52C87" w:rsidRPr="00D5135E" w:rsidRDefault="00E52C87" w:rsidP="00D548F0">
            <w:pPr>
              <w:bidi/>
              <w:jc w:val="center"/>
              <w:rPr>
                <w:rFonts w:cs="B Lotus"/>
                <w:sz w:val="20"/>
                <w:szCs w:val="20"/>
              </w:rPr>
            </w:pPr>
            <w:r w:rsidRPr="00D5135E">
              <w:rPr>
                <w:rFonts w:ascii="Arial" w:hAnsi="Arial" w:cs="Arial"/>
                <w:sz w:val="20"/>
                <w:szCs w:val="20"/>
                <w:rtl/>
              </w:rPr>
              <w:t>امکان</w:t>
            </w:r>
            <w:r w:rsidRPr="00D5135E">
              <w:rPr>
                <w:rFonts w:cs="B Lotus"/>
                <w:sz w:val="20"/>
                <w:szCs w:val="20"/>
              </w:rPr>
              <w:t xml:space="preserve"> </w:t>
            </w:r>
            <w:r w:rsidRPr="00D5135E">
              <w:rPr>
                <w:rFonts w:ascii="Arial" w:hAnsi="Arial" w:cs="Arial"/>
                <w:sz w:val="20"/>
                <w:szCs w:val="20"/>
                <w:rtl/>
              </w:rPr>
              <w:t>دسترسی</w:t>
            </w:r>
            <w:r w:rsidRPr="00D5135E">
              <w:rPr>
                <w:rFonts w:cs="B Lotus"/>
                <w:sz w:val="20"/>
                <w:szCs w:val="20"/>
              </w:rPr>
              <w:t xml:space="preserve"> </w:t>
            </w:r>
            <w:r w:rsidRPr="00D5135E">
              <w:rPr>
                <w:rFonts w:ascii="Arial" w:hAnsi="Arial" w:cs="Arial"/>
                <w:sz w:val="20"/>
                <w:szCs w:val="20"/>
                <w:rtl/>
              </w:rPr>
              <w:t>با</w:t>
            </w:r>
            <w:r w:rsidRPr="00D5135E">
              <w:rPr>
                <w:rFonts w:cs="B Lotus"/>
                <w:sz w:val="20"/>
                <w:szCs w:val="20"/>
              </w:rPr>
              <w:t xml:space="preserve"> </w:t>
            </w:r>
            <w:r w:rsidRPr="00D5135E">
              <w:rPr>
                <w:rFonts w:ascii="Arial" w:hAnsi="Arial" w:cs="Arial"/>
                <w:sz w:val="20"/>
                <w:szCs w:val="20"/>
                <w:rtl/>
              </w:rPr>
              <w:t>وسایل</w:t>
            </w:r>
            <w:r w:rsidRPr="00D5135E">
              <w:rPr>
                <w:rFonts w:cs="B Lotus"/>
                <w:sz w:val="20"/>
                <w:szCs w:val="20"/>
              </w:rPr>
              <w:t xml:space="preserve"> </w:t>
            </w:r>
            <w:r w:rsidRPr="00D5135E">
              <w:rPr>
                <w:rFonts w:ascii="Arial" w:hAnsi="Arial" w:cs="Arial"/>
                <w:sz w:val="20"/>
                <w:szCs w:val="20"/>
                <w:rtl/>
              </w:rPr>
              <w:t>حمل</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نقل</w:t>
            </w:r>
            <w:r w:rsidRPr="00D5135E">
              <w:rPr>
                <w:rFonts w:cs="B Lotus"/>
                <w:sz w:val="20"/>
                <w:szCs w:val="20"/>
              </w:rPr>
              <w:t xml:space="preserve"> </w:t>
            </w:r>
            <w:r w:rsidRPr="00D5135E">
              <w:rPr>
                <w:rFonts w:ascii="Arial" w:hAnsi="Arial" w:cs="Arial"/>
                <w:sz w:val="20"/>
                <w:szCs w:val="20"/>
                <w:rtl/>
              </w:rPr>
              <w:t>عمومی</w:t>
            </w:r>
          </w:p>
        </w:tc>
        <w:tc>
          <w:tcPr>
            <w:tcW w:w="918" w:type="dxa"/>
          </w:tcPr>
          <w:p w14:paraId="0141EE4F" w14:textId="77777777" w:rsidR="00E52C87" w:rsidRPr="00D5135E" w:rsidRDefault="00E52C87" w:rsidP="00D548F0">
            <w:pPr>
              <w:bidi/>
              <w:jc w:val="center"/>
              <w:rPr>
                <w:rFonts w:cs="B Lotus"/>
                <w:sz w:val="20"/>
                <w:szCs w:val="20"/>
              </w:rPr>
            </w:pPr>
            <w:r w:rsidRPr="00D5135E">
              <w:rPr>
                <w:rFonts w:cs="B Lotus" w:hint="cs"/>
                <w:sz w:val="20"/>
                <w:szCs w:val="20"/>
                <w:rtl/>
              </w:rPr>
              <w:t>16</w:t>
            </w:r>
          </w:p>
        </w:tc>
        <w:tc>
          <w:tcPr>
            <w:tcW w:w="2103" w:type="dxa"/>
            <w:shd w:val="clear" w:color="auto" w:fill="E1EBF7" w:themeFill="text2" w:themeFillTint="1A"/>
          </w:tcPr>
          <w:p w14:paraId="59600186"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تجهیزات</w:t>
            </w:r>
            <w:r w:rsidRPr="00D5135E">
              <w:rPr>
                <w:rFonts w:cs="B Lotus"/>
                <w:sz w:val="20"/>
                <w:szCs w:val="20"/>
              </w:rPr>
              <w:t xml:space="preserve"> </w:t>
            </w:r>
            <w:r w:rsidRPr="00D5135E">
              <w:rPr>
                <w:rFonts w:ascii="Arial" w:hAnsi="Arial" w:cs="Arial"/>
                <w:sz w:val="20"/>
                <w:szCs w:val="20"/>
                <w:rtl/>
              </w:rPr>
              <w:t>کمک</w:t>
            </w:r>
            <w:r w:rsidRPr="00D5135E">
              <w:rPr>
                <w:rFonts w:cs="B Lotus"/>
                <w:sz w:val="20"/>
                <w:szCs w:val="20"/>
              </w:rPr>
              <w:t>‌</w:t>
            </w:r>
            <w:r w:rsidRPr="00D5135E">
              <w:rPr>
                <w:rFonts w:ascii="Arial" w:hAnsi="Arial" w:cs="Arial"/>
                <w:sz w:val="20"/>
                <w:szCs w:val="20"/>
                <w:rtl/>
              </w:rPr>
              <w:t>های</w:t>
            </w:r>
            <w:r w:rsidRPr="00D5135E">
              <w:rPr>
                <w:rFonts w:cs="B Lotus"/>
                <w:sz w:val="20"/>
                <w:szCs w:val="20"/>
              </w:rPr>
              <w:t xml:space="preserve"> </w:t>
            </w:r>
            <w:r w:rsidRPr="00D5135E">
              <w:rPr>
                <w:rFonts w:ascii="Arial" w:hAnsi="Arial" w:cs="Arial"/>
                <w:sz w:val="20"/>
                <w:szCs w:val="20"/>
                <w:rtl/>
              </w:rPr>
              <w:t>اولیه</w:t>
            </w:r>
          </w:p>
        </w:tc>
      </w:tr>
      <w:tr w:rsidR="00E52C87" w14:paraId="5A6B429B" w14:textId="77777777" w:rsidTr="00236876">
        <w:trPr>
          <w:trHeight w:val="183"/>
          <w:jc w:val="center"/>
        </w:trPr>
        <w:tc>
          <w:tcPr>
            <w:tcW w:w="1049" w:type="dxa"/>
          </w:tcPr>
          <w:p w14:paraId="25DC66B4" w14:textId="77777777" w:rsidR="00E52C87" w:rsidRPr="00D5135E" w:rsidRDefault="00E52C87" w:rsidP="00D548F0">
            <w:pPr>
              <w:bidi/>
              <w:jc w:val="center"/>
              <w:rPr>
                <w:rFonts w:cs="B Lotus"/>
                <w:sz w:val="20"/>
                <w:szCs w:val="20"/>
              </w:rPr>
            </w:pPr>
          </w:p>
        </w:tc>
        <w:tc>
          <w:tcPr>
            <w:tcW w:w="2629" w:type="dxa"/>
          </w:tcPr>
          <w:p w14:paraId="135CD458" w14:textId="77777777" w:rsidR="00E52C87" w:rsidRPr="00D5135E" w:rsidRDefault="00E52C87" w:rsidP="00D548F0">
            <w:pPr>
              <w:bidi/>
              <w:jc w:val="center"/>
              <w:rPr>
                <w:rFonts w:cs="B Lotus"/>
                <w:sz w:val="20"/>
                <w:szCs w:val="20"/>
              </w:rPr>
            </w:pPr>
          </w:p>
        </w:tc>
        <w:tc>
          <w:tcPr>
            <w:tcW w:w="918" w:type="dxa"/>
          </w:tcPr>
          <w:p w14:paraId="6B4AFC59" w14:textId="226EBA99" w:rsidR="00E52C87" w:rsidRPr="00D5135E" w:rsidRDefault="00E52C87" w:rsidP="00D548F0">
            <w:pPr>
              <w:bidi/>
              <w:jc w:val="center"/>
              <w:rPr>
                <w:rFonts w:cs="B Lotus"/>
                <w:sz w:val="20"/>
                <w:szCs w:val="20"/>
              </w:rPr>
            </w:pPr>
            <w:r w:rsidRPr="00D5135E">
              <w:rPr>
                <w:rFonts w:cs="B Lotus" w:hint="cs"/>
                <w:sz w:val="20"/>
                <w:szCs w:val="20"/>
                <w:rtl/>
              </w:rPr>
              <w:t>1</w:t>
            </w:r>
            <w:r w:rsidR="00236876">
              <w:rPr>
                <w:rFonts w:cs="B Lotus" w:hint="cs"/>
                <w:sz w:val="20"/>
                <w:szCs w:val="20"/>
                <w:rtl/>
              </w:rPr>
              <w:t>0</w:t>
            </w:r>
          </w:p>
        </w:tc>
        <w:tc>
          <w:tcPr>
            <w:tcW w:w="2762" w:type="dxa"/>
            <w:shd w:val="clear" w:color="auto" w:fill="FDE9D9" w:themeFill="accent6" w:themeFillTint="33"/>
          </w:tcPr>
          <w:p w14:paraId="36BFCE01" w14:textId="4950B826" w:rsidR="00E52C87" w:rsidRPr="00D5135E" w:rsidRDefault="00E52C87" w:rsidP="00D548F0">
            <w:pPr>
              <w:bidi/>
              <w:jc w:val="center"/>
              <w:rPr>
                <w:rFonts w:cs="B Lotus"/>
                <w:sz w:val="20"/>
                <w:szCs w:val="20"/>
              </w:rPr>
            </w:pPr>
            <w:r w:rsidRPr="00D5135E">
              <w:rPr>
                <w:rFonts w:ascii="Arial" w:hAnsi="Arial" w:cs="Arial"/>
                <w:sz w:val="20"/>
                <w:szCs w:val="20"/>
                <w:rtl/>
              </w:rPr>
              <w:t>امکانات</w:t>
            </w:r>
            <w:r w:rsidRPr="00D5135E">
              <w:rPr>
                <w:rFonts w:cs="B Lotus"/>
                <w:sz w:val="20"/>
                <w:szCs w:val="20"/>
              </w:rPr>
              <w:t xml:space="preserve"> </w:t>
            </w:r>
            <w:r w:rsidRPr="00D5135E">
              <w:rPr>
                <w:rFonts w:ascii="Arial" w:hAnsi="Arial" w:cs="Arial"/>
                <w:sz w:val="20"/>
                <w:szCs w:val="20"/>
                <w:rtl/>
              </w:rPr>
              <w:t>جانبی</w:t>
            </w:r>
            <w:r w:rsidRPr="00D5135E">
              <w:rPr>
                <w:rFonts w:cs="B Lotus"/>
                <w:sz w:val="20"/>
                <w:szCs w:val="20"/>
              </w:rPr>
              <w:t xml:space="preserve"> </w:t>
            </w:r>
            <w:r w:rsidR="00236876">
              <w:rPr>
                <w:rFonts w:cs="B Lotus" w:hint="cs"/>
                <w:sz w:val="20"/>
                <w:szCs w:val="20"/>
                <w:rtl/>
              </w:rPr>
              <w:t xml:space="preserve"> (</w:t>
            </w:r>
            <w:r w:rsidRPr="00D5135E">
              <w:rPr>
                <w:rFonts w:ascii="Arial" w:hAnsi="Arial" w:cs="Arial"/>
                <w:sz w:val="20"/>
                <w:szCs w:val="20"/>
                <w:rtl/>
              </w:rPr>
              <w:t>مانند</w:t>
            </w:r>
            <w:r w:rsidRPr="00D5135E">
              <w:rPr>
                <w:rFonts w:cs="B Lotus"/>
                <w:sz w:val="20"/>
                <w:szCs w:val="20"/>
              </w:rPr>
              <w:t xml:space="preserve"> </w:t>
            </w:r>
            <w:r w:rsidRPr="00D5135E">
              <w:rPr>
                <w:rFonts w:ascii="Arial" w:hAnsi="Arial" w:cs="Arial"/>
                <w:sz w:val="20"/>
                <w:szCs w:val="20"/>
                <w:rtl/>
              </w:rPr>
              <w:t>پارکینگ</w:t>
            </w:r>
            <w:r w:rsidR="00236876">
              <w:rPr>
                <w:rFonts w:cs="B Lotus" w:hint="cs"/>
                <w:sz w:val="20"/>
                <w:szCs w:val="20"/>
                <w:rtl/>
              </w:rPr>
              <w:t>)</w:t>
            </w:r>
          </w:p>
        </w:tc>
        <w:tc>
          <w:tcPr>
            <w:tcW w:w="918" w:type="dxa"/>
          </w:tcPr>
          <w:p w14:paraId="774ED6F3" w14:textId="77777777" w:rsidR="00E52C87" w:rsidRPr="00D5135E" w:rsidRDefault="00E52C87" w:rsidP="00D548F0">
            <w:pPr>
              <w:bidi/>
              <w:jc w:val="center"/>
              <w:rPr>
                <w:rFonts w:cs="B Lotus"/>
                <w:sz w:val="20"/>
                <w:szCs w:val="20"/>
              </w:rPr>
            </w:pPr>
            <w:r w:rsidRPr="00D5135E">
              <w:rPr>
                <w:rFonts w:cs="B Lotus" w:hint="cs"/>
                <w:sz w:val="20"/>
                <w:szCs w:val="20"/>
                <w:rtl/>
              </w:rPr>
              <w:t>17</w:t>
            </w:r>
          </w:p>
        </w:tc>
        <w:tc>
          <w:tcPr>
            <w:tcW w:w="2103" w:type="dxa"/>
            <w:shd w:val="clear" w:color="auto" w:fill="E1EBF7" w:themeFill="text2" w:themeFillTint="1A"/>
          </w:tcPr>
          <w:p w14:paraId="26991945" w14:textId="77777777" w:rsidR="00E52C87" w:rsidRPr="00D5135E" w:rsidRDefault="00E52C87" w:rsidP="00D548F0">
            <w:pPr>
              <w:bidi/>
              <w:jc w:val="center"/>
              <w:rPr>
                <w:rFonts w:cs="B Lotus"/>
                <w:sz w:val="20"/>
                <w:szCs w:val="20"/>
              </w:rPr>
            </w:pPr>
            <w:r w:rsidRPr="00D5135E">
              <w:rPr>
                <w:rFonts w:ascii="Arial" w:hAnsi="Arial" w:cs="Arial"/>
                <w:sz w:val="20"/>
                <w:szCs w:val="20"/>
                <w:rtl/>
              </w:rPr>
              <w:t>داشتن</w:t>
            </w:r>
            <w:r w:rsidRPr="00D5135E">
              <w:rPr>
                <w:rFonts w:cs="B Lotus"/>
                <w:sz w:val="20"/>
                <w:szCs w:val="20"/>
              </w:rPr>
              <w:t xml:space="preserve"> </w:t>
            </w:r>
            <w:r w:rsidRPr="00D5135E">
              <w:rPr>
                <w:rFonts w:ascii="Arial" w:hAnsi="Arial" w:cs="Arial"/>
                <w:sz w:val="20"/>
                <w:szCs w:val="20"/>
                <w:rtl/>
              </w:rPr>
              <w:t>وسایل</w:t>
            </w:r>
            <w:r w:rsidRPr="00D5135E">
              <w:rPr>
                <w:rFonts w:cs="B Lotus"/>
                <w:sz w:val="20"/>
                <w:szCs w:val="20"/>
              </w:rPr>
              <w:t xml:space="preserve"> </w:t>
            </w:r>
            <w:r w:rsidRPr="00D5135E">
              <w:rPr>
                <w:rFonts w:ascii="Arial" w:hAnsi="Arial" w:cs="Arial"/>
                <w:sz w:val="20"/>
                <w:szCs w:val="20"/>
                <w:rtl/>
              </w:rPr>
              <w:t>و</w:t>
            </w:r>
            <w:r w:rsidRPr="00D5135E">
              <w:rPr>
                <w:rFonts w:cs="B Lotus"/>
                <w:sz w:val="20"/>
                <w:szCs w:val="20"/>
              </w:rPr>
              <w:t xml:space="preserve"> </w:t>
            </w:r>
            <w:r w:rsidRPr="00D5135E">
              <w:rPr>
                <w:rFonts w:ascii="Arial" w:hAnsi="Arial" w:cs="Arial"/>
                <w:sz w:val="20"/>
                <w:szCs w:val="20"/>
                <w:rtl/>
              </w:rPr>
              <w:t>تجهیزات</w:t>
            </w:r>
            <w:r w:rsidRPr="00D5135E">
              <w:rPr>
                <w:rFonts w:cs="B Lotus"/>
                <w:sz w:val="20"/>
                <w:szCs w:val="20"/>
              </w:rPr>
              <w:t xml:space="preserve"> </w:t>
            </w:r>
            <w:r w:rsidRPr="00D5135E">
              <w:rPr>
                <w:rFonts w:ascii="Arial" w:hAnsi="Arial" w:cs="Arial"/>
                <w:sz w:val="20"/>
                <w:szCs w:val="20"/>
                <w:rtl/>
              </w:rPr>
              <w:t>نجات</w:t>
            </w:r>
            <w:r w:rsidRPr="00D5135E">
              <w:rPr>
                <w:rFonts w:cs="B Lotus"/>
                <w:sz w:val="20"/>
                <w:szCs w:val="20"/>
              </w:rPr>
              <w:t xml:space="preserve"> </w:t>
            </w:r>
            <w:r w:rsidRPr="00D5135E">
              <w:rPr>
                <w:rFonts w:ascii="Arial" w:hAnsi="Arial" w:cs="Arial"/>
                <w:sz w:val="20"/>
                <w:szCs w:val="20"/>
                <w:rtl/>
              </w:rPr>
              <w:t>غریق</w:t>
            </w:r>
          </w:p>
        </w:tc>
      </w:tr>
    </w:tbl>
    <w:p w14:paraId="42A884D7" w14:textId="4C056833" w:rsidR="00E52C87" w:rsidRPr="00F707ED" w:rsidRDefault="00D5135E" w:rsidP="00D5135E">
      <w:pPr>
        <w:bidi/>
        <w:jc w:val="both"/>
        <w:rPr>
          <w:rFonts w:cs="B Lotus"/>
          <w:szCs w:val="26"/>
        </w:rPr>
      </w:pPr>
      <w:r>
        <w:rPr>
          <w:rFonts w:cs="B Lotus"/>
          <w:szCs w:val="26"/>
        </w:rPr>
        <w:t xml:space="preserve"> </w:t>
      </w:r>
      <w:r w:rsidR="00E52C87" w:rsidRPr="00F707ED">
        <w:rPr>
          <w:rFonts w:cs="B Lotus"/>
          <w:szCs w:val="26"/>
          <w:rtl/>
        </w:rPr>
        <w:t>در مدل ارائه‌شده، علاوه بر عناصر سنتی مانند منابع انسانی و تجهیزات، ابعاد فرهنگی-اجتماعی و روانی نیز لحاظ شده‌اند. مؤلفه‌هایی چون «اخلاق و تعالی»، «</w:t>
      </w:r>
      <w:r w:rsidR="00E52C87">
        <w:rPr>
          <w:rFonts w:cs="B Lotus" w:hint="cs"/>
          <w:szCs w:val="26"/>
          <w:rtl/>
        </w:rPr>
        <w:t>فرهنگ سازی</w:t>
      </w:r>
      <w:r w:rsidR="00E52C87" w:rsidRPr="00F707ED">
        <w:rPr>
          <w:rFonts w:cs="B Lotus"/>
          <w:szCs w:val="26"/>
          <w:rtl/>
        </w:rPr>
        <w:t xml:space="preserve"> »، </w:t>
      </w:r>
      <w:bookmarkStart w:id="3" w:name="_Hlk195901641"/>
      <w:r w:rsidR="00E52C87" w:rsidRPr="00F707ED">
        <w:rPr>
          <w:rFonts w:cs="B Lotus"/>
          <w:szCs w:val="26"/>
          <w:rtl/>
        </w:rPr>
        <w:t>«</w:t>
      </w:r>
      <w:bookmarkEnd w:id="3"/>
      <w:r w:rsidR="00E52C87" w:rsidRPr="00F707ED">
        <w:rPr>
          <w:rFonts w:cs="B Lotus"/>
          <w:szCs w:val="26"/>
          <w:rtl/>
        </w:rPr>
        <w:t>ایمنی در محیط</w:t>
      </w:r>
      <w:r w:rsidR="00E52C87">
        <w:rPr>
          <w:rFonts w:cs="B Lotus" w:hint="cs"/>
          <w:szCs w:val="26"/>
          <w:rtl/>
        </w:rPr>
        <w:t xml:space="preserve"> استخر</w:t>
      </w:r>
      <w:r w:rsidR="00E52C87" w:rsidRPr="00F707ED">
        <w:rPr>
          <w:rFonts w:cs="B Lotus"/>
          <w:szCs w:val="26"/>
          <w:rtl/>
        </w:rPr>
        <w:t xml:space="preserve"> » و «ساختارهای حقوقی-بیمه‌ای»، باعث انطباق بیشتر مدل با ویژگی‌های بوم‌شناختی ایران شده‌اند. این در حالی است که مدل‌های بین‌المللی نظیر</w:t>
      </w:r>
      <w:r w:rsidR="00E52C87" w:rsidRPr="00F707ED">
        <w:rPr>
          <w:rFonts w:cs="B Lotus"/>
          <w:szCs w:val="26"/>
        </w:rPr>
        <w:t xml:space="preserve"> </w:t>
      </w:r>
      <w:r w:rsidR="00E52C87">
        <w:rPr>
          <w:rFonts w:cs="B Lotus" w:hint="cs"/>
          <w:szCs w:val="26"/>
          <w:rtl/>
        </w:rPr>
        <w:t>کارت امتیازی متوازن</w:t>
      </w:r>
      <w:r w:rsidR="00E52C87">
        <w:rPr>
          <w:rStyle w:val="afff"/>
          <w:rFonts w:cs="B Lotus"/>
          <w:szCs w:val="26"/>
          <w:rtl/>
        </w:rPr>
        <w:footnoteReference w:id="6"/>
      </w:r>
      <w:r w:rsidR="00E52C87" w:rsidRPr="00F707ED">
        <w:rPr>
          <w:rFonts w:cs="B Lotus"/>
          <w:szCs w:val="26"/>
        </w:rPr>
        <w:t xml:space="preserve"> </w:t>
      </w:r>
      <w:r w:rsidR="00E52C87" w:rsidRPr="00F707ED">
        <w:rPr>
          <w:rFonts w:cs="B Lotus"/>
          <w:szCs w:val="26"/>
          <w:rtl/>
        </w:rPr>
        <w:t>و</w:t>
      </w:r>
      <w:r w:rsidR="00E52C87" w:rsidRPr="00F707ED">
        <w:rPr>
          <w:rFonts w:cs="B Lotus"/>
          <w:szCs w:val="26"/>
        </w:rPr>
        <w:t xml:space="preserve"> </w:t>
      </w:r>
      <w:r w:rsidR="00E52C87" w:rsidRPr="005604B3">
        <w:rPr>
          <w:rFonts w:cs="B Lotus" w:hint="cs"/>
          <w:szCs w:val="26"/>
          <w:rtl/>
        </w:rPr>
        <w:t>مدل</w:t>
      </w:r>
      <w:r w:rsidR="00E52C87" w:rsidRPr="005604B3">
        <w:rPr>
          <w:rFonts w:cs="B Lotus"/>
          <w:szCs w:val="26"/>
          <w:rtl/>
        </w:rPr>
        <w:t xml:space="preserve"> </w:t>
      </w:r>
      <w:r w:rsidR="00E52C87" w:rsidRPr="005604B3">
        <w:rPr>
          <w:rFonts w:cs="B Lotus" w:hint="cs"/>
          <w:szCs w:val="26"/>
          <w:rtl/>
        </w:rPr>
        <w:t>تعالی</w:t>
      </w:r>
      <w:r w:rsidR="00E52C87" w:rsidRPr="005604B3">
        <w:rPr>
          <w:rFonts w:cs="B Lotus"/>
          <w:szCs w:val="26"/>
          <w:rtl/>
        </w:rPr>
        <w:t xml:space="preserve"> </w:t>
      </w:r>
      <w:r w:rsidR="00E52C87" w:rsidRPr="005604B3">
        <w:rPr>
          <w:rFonts w:cs="B Lotus" w:hint="cs"/>
          <w:szCs w:val="26"/>
          <w:rtl/>
        </w:rPr>
        <w:t>سازمانی</w:t>
      </w:r>
      <w:r w:rsidR="00E52C87" w:rsidRPr="005604B3">
        <w:rPr>
          <w:rFonts w:cs="B Lotus"/>
          <w:szCs w:val="26"/>
          <w:rtl/>
        </w:rPr>
        <w:t xml:space="preserve"> </w:t>
      </w:r>
      <w:r w:rsidR="00E52C87" w:rsidRPr="005604B3">
        <w:rPr>
          <w:rFonts w:cs="B Lotus" w:hint="cs"/>
          <w:szCs w:val="26"/>
          <w:rtl/>
        </w:rPr>
        <w:t>اروپا</w:t>
      </w:r>
      <w:r w:rsidR="00E52C87" w:rsidRPr="00F707ED">
        <w:rPr>
          <w:rFonts w:cs="B Lotus"/>
          <w:szCs w:val="26"/>
        </w:rPr>
        <w:t xml:space="preserve"> </w:t>
      </w:r>
      <w:r w:rsidR="00E52C87" w:rsidRPr="00F707ED">
        <w:rPr>
          <w:rFonts w:cs="B Lotus"/>
          <w:szCs w:val="26"/>
          <w:rtl/>
        </w:rPr>
        <w:t>عمدتاً با رویکرد صنعتی طراحی شده‌اند</w:t>
      </w:r>
      <w:r w:rsidR="00E52C87" w:rsidRPr="00F707ED">
        <w:rPr>
          <w:rFonts w:cs="B Lotus"/>
          <w:szCs w:val="26"/>
        </w:rPr>
        <w:t>.</w:t>
      </w:r>
    </w:p>
    <w:p w14:paraId="55FD1035" w14:textId="77777777" w:rsidR="00E52C87" w:rsidRDefault="00E52C87" w:rsidP="00E52C87">
      <w:pPr>
        <w:bidi/>
        <w:jc w:val="both"/>
        <w:rPr>
          <w:rFonts w:cs="B Lotus"/>
          <w:szCs w:val="26"/>
          <w:rtl/>
        </w:rPr>
      </w:pPr>
      <w:r w:rsidRPr="00F707ED">
        <w:rPr>
          <w:rFonts w:cs="B Lotus"/>
          <w:szCs w:val="26"/>
          <w:rtl/>
        </w:rPr>
        <w:t>از نظر اجرایی، این مدل قابلیت عملیاتی‌سازی در قالب سناریوهای مختلف را دارد؛ از جمله ارزیابی دوره‌ای استخرها، تدوین فرم‌های خودارزیابی، قراردادهای بهره‌برداری مبتنی بر شاخص‌ها</w:t>
      </w:r>
      <w:r>
        <w:rPr>
          <w:rFonts w:cs="B Lotus" w:hint="cs"/>
          <w:szCs w:val="26"/>
          <w:rtl/>
        </w:rPr>
        <w:t>ی کلیدی عملکرد</w:t>
      </w:r>
      <w:r w:rsidRPr="00F707ED">
        <w:rPr>
          <w:rFonts w:cs="B Lotus"/>
          <w:szCs w:val="26"/>
          <w:rtl/>
        </w:rPr>
        <w:t>، و طراحی نظام رتبه‌بندی ملی</w:t>
      </w:r>
      <w:r w:rsidRPr="00F707ED">
        <w:rPr>
          <w:rFonts w:cs="B Lotus"/>
          <w:szCs w:val="26"/>
        </w:rPr>
        <w:t>.</w:t>
      </w:r>
    </w:p>
    <w:p w14:paraId="6863B4DE" w14:textId="77777777" w:rsidR="00E52C87" w:rsidRPr="000E5297" w:rsidRDefault="00E52C87" w:rsidP="00E52C87">
      <w:pPr>
        <w:bidi/>
        <w:jc w:val="both"/>
        <w:rPr>
          <w:rFonts w:cs="B Lotus"/>
          <w:szCs w:val="26"/>
          <w:rtl/>
        </w:rPr>
      </w:pPr>
      <w:r w:rsidRPr="00F707ED">
        <w:rPr>
          <w:rFonts w:cs="B Lotus"/>
          <w:szCs w:val="26"/>
          <w:rtl/>
        </w:rPr>
        <w:lastRenderedPageBreak/>
        <w:t>در مجموع، مدل ارائه‌شده دارای انسجام مفهومی، جامعیت شاخص‌ها، و امکان بومی‌سازی بر مبنای واقعیات فرهنگی، اقتصادی و ساختاری کشور است و می‌تواند مبنایی برای طراحی استاندارد ملی مدیریت عملکرد استخرهای ورزشی ایران قرار گیرد</w:t>
      </w:r>
      <w:r w:rsidRPr="00F707ED">
        <w:rPr>
          <w:rFonts w:cs="B Lotus"/>
          <w:szCs w:val="26"/>
        </w:rPr>
        <w:t>.</w:t>
      </w:r>
    </w:p>
    <w:p w14:paraId="541E8CE7" w14:textId="10C566D4" w:rsidR="00E52C87" w:rsidRPr="00256EDB" w:rsidRDefault="00911645" w:rsidP="00E52C87">
      <w:pPr>
        <w:bidi/>
        <w:jc w:val="center"/>
        <w:rPr>
          <w:rFonts w:cs="B Lotus"/>
          <w:b/>
          <w:bCs/>
          <w:szCs w:val="26"/>
          <w:rtl/>
        </w:rPr>
      </w:pPr>
      <w:r>
        <w:rPr>
          <w:rFonts w:cs="B Nazanin"/>
          <w:bCs/>
          <w:noProof/>
          <w:szCs w:val="26"/>
        </w:rPr>
        <w:drawing>
          <wp:inline distT="0" distB="0" distL="0" distR="0" wp14:anchorId="00069063" wp14:editId="77DE1E85">
            <wp:extent cx="5486400" cy="4114800"/>
            <wp:effectExtent l="0" t="0" r="0" b="0"/>
            <wp:docPr id="331900242" name="تصوی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3310551B" w14:textId="44D9FE4B" w:rsidR="00E52C87" w:rsidRPr="00D5135E" w:rsidRDefault="00E52C87" w:rsidP="00E52C87">
      <w:pPr>
        <w:bidi/>
        <w:jc w:val="center"/>
        <w:rPr>
          <w:rFonts w:cs="B Lotus"/>
          <w:sz w:val="22"/>
        </w:rPr>
      </w:pPr>
      <w:r w:rsidRPr="00911645">
        <w:rPr>
          <w:rFonts w:cs="B Lotus" w:hint="cs"/>
          <w:sz w:val="22"/>
          <w:highlight w:val="yellow"/>
          <w:rtl/>
        </w:rPr>
        <w:t>شکل</w:t>
      </w:r>
      <w:r w:rsidR="00D558B5" w:rsidRPr="00911645">
        <w:rPr>
          <w:rFonts w:cs="B Lotus" w:hint="cs"/>
          <w:sz w:val="22"/>
          <w:highlight w:val="yellow"/>
          <w:rtl/>
        </w:rPr>
        <w:t>2</w:t>
      </w:r>
      <w:r w:rsidRPr="00911645">
        <w:rPr>
          <w:rFonts w:cs="B Lotus" w:hint="cs"/>
          <w:sz w:val="22"/>
          <w:highlight w:val="yellow"/>
          <w:rtl/>
        </w:rPr>
        <w:t>. مدل مدیریت عملکرد استخرهای ورزشی ایران به همراه وزن نسبی هرکدام</w:t>
      </w:r>
    </w:p>
    <w:p w14:paraId="042DFC3B" w14:textId="7311ECCB" w:rsidR="00E52C87" w:rsidRPr="00D5135E" w:rsidRDefault="00E52C87" w:rsidP="00D5135E">
      <w:pPr>
        <w:bidi/>
        <w:jc w:val="both"/>
        <w:rPr>
          <w:rFonts w:asciiTheme="minorHAnsi" w:hAnsiTheme="minorHAnsi" w:cs="B Lotus"/>
          <w:szCs w:val="26"/>
        </w:rPr>
      </w:pPr>
      <w:r w:rsidRPr="00332BF4">
        <w:rPr>
          <w:rFonts w:cs="B Lotus"/>
          <w:szCs w:val="26"/>
          <w:rtl/>
        </w:rPr>
        <w:t>یافته‌های این پژوهش گویای چندبُعدی بودن مقوله «مدیریت عملکرد استخرهای ورزشی» در ایران است. تحلیل داده‌ها از طریق روش تحلیل مضمون منجر به شناسایی چهار مضمون فراگیر شامل: «زیرساخت‌ها و استانداردها»، «مدیریت و پشتیبانی منابع»، «فرایندهای خدماتی و تجربه مشتری»، و «بازاریابی و رقابت‌پذیری»</w:t>
      </w:r>
      <w:r w:rsidRPr="000E5297">
        <w:rPr>
          <w:rFonts w:cs="B Lotus" w:hint="cs"/>
          <w:szCs w:val="26"/>
          <w:rtl/>
        </w:rPr>
        <w:t xml:space="preserve"> شده است</w:t>
      </w:r>
      <w:r w:rsidRPr="00332BF4">
        <w:rPr>
          <w:rFonts w:cs="B Lotus"/>
          <w:szCs w:val="26"/>
          <w:rtl/>
        </w:rPr>
        <w:t xml:space="preserve">. این مضامین، شاکله‌ای سیستم‌مند را برای بررسی و ارتقاء عملکرد استخرهای ورزشی فراهم </w:t>
      </w:r>
      <w:r w:rsidRPr="000E5297">
        <w:rPr>
          <w:rFonts w:cs="B Lotus" w:hint="cs"/>
          <w:szCs w:val="26"/>
          <w:rtl/>
        </w:rPr>
        <w:t>می کنند. این ساختار</w:t>
      </w:r>
      <w:r w:rsidRPr="00332BF4">
        <w:rPr>
          <w:rFonts w:cs="B Lotus"/>
          <w:szCs w:val="26"/>
          <w:rtl/>
        </w:rPr>
        <w:t xml:space="preserve"> بر تعامل هم‌افزای عناصر فنی، انسانی و مشتری‌محور تأکید دارند</w:t>
      </w:r>
      <w:r w:rsidRPr="00332BF4">
        <w:rPr>
          <w:rFonts w:cs="B Lotus"/>
          <w:szCs w:val="26"/>
        </w:rPr>
        <w:t>.</w:t>
      </w:r>
    </w:p>
    <w:p w14:paraId="73321209" w14:textId="28385567" w:rsidR="00E52C87" w:rsidRPr="00332BF4" w:rsidRDefault="00E52C87" w:rsidP="00E52C87">
      <w:pPr>
        <w:bidi/>
        <w:jc w:val="both"/>
        <w:rPr>
          <w:rFonts w:cs="B Lotus"/>
          <w:szCs w:val="26"/>
        </w:rPr>
      </w:pPr>
      <w:r w:rsidRPr="00332BF4">
        <w:rPr>
          <w:rFonts w:cs="B Lotus"/>
          <w:szCs w:val="26"/>
          <w:rtl/>
        </w:rPr>
        <w:lastRenderedPageBreak/>
        <w:t>این مدل برخلاف رویکردهای سنتی که غالباً بر مدیریت منابع یا بهره‌وری مالی متمرکز بوده‌اند، بُعد اجتماعی و فرهنگی را به عنوان مؤلفه‌ای کلیدی وارد تحلیل عملکرد می‌کند. این ویژگی با پژوهش‌های جدیدی که در حوزه اماکن ورزشی به نقش سرمایه اجتماعی، اخلاق سازمانی و سلامت روان توجه دارند هم‌راستا است</w:t>
      </w:r>
      <w:r w:rsidRPr="00332BF4">
        <w:rPr>
          <w:rFonts w:cs="B Lotus"/>
          <w:szCs w:val="26"/>
        </w:rPr>
        <w:t xml:space="preserve"> </w:t>
      </w:r>
      <w:r>
        <w:rPr>
          <w:rFonts w:cs="B Lotus" w:hint="cs"/>
          <w:szCs w:val="26"/>
          <w:rtl/>
        </w:rPr>
        <w:t>(</w:t>
      </w:r>
      <w:r w:rsidR="003D6A62">
        <w:rPr>
          <w:rFonts w:cs="B Lotus" w:hint="cs"/>
          <w:szCs w:val="26"/>
          <w:rtl/>
        </w:rPr>
        <w:t>23</w:t>
      </w:r>
      <w:r>
        <w:rPr>
          <w:rFonts w:cs="B Lotus" w:hint="cs"/>
          <w:szCs w:val="26"/>
          <w:rtl/>
        </w:rPr>
        <w:t>)</w:t>
      </w:r>
      <w:r w:rsidRPr="00332BF4">
        <w:rPr>
          <w:rFonts w:cs="B Lotus"/>
          <w:szCs w:val="26"/>
        </w:rPr>
        <w:t xml:space="preserve"> </w:t>
      </w:r>
      <w:r>
        <w:rPr>
          <w:rFonts w:cs="B Lotus" w:hint="cs"/>
          <w:szCs w:val="26"/>
          <w:rtl/>
        </w:rPr>
        <w:t>.</w:t>
      </w:r>
    </w:p>
    <w:p w14:paraId="62EAE2B9" w14:textId="2B26F71E" w:rsidR="00E52C87" w:rsidRPr="00332BF4" w:rsidRDefault="00E52C87" w:rsidP="00E52C87">
      <w:pPr>
        <w:bidi/>
        <w:jc w:val="both"/>
        <w:rPr>
          <w:rFonts w:cs="B Lotus"/>
          <w:szCs w:val="26"/>
        </w:rPr>
      </w:pPr>
      <w:r w:rsidRPr="00332BF4">
        <w:rPr>
          <w:rFonts w:cs="B Lotus"/>
          <w:szCs w:val="26"/>
          <w:rtl/>
        </w:rPr>
        <w:t>در تحلیل محتوای مصاحبه‌ها، کدهایی نظیر «الزام به مدرک بازآموزی</w:t>
      </w:r>
      <w:r>
        <w:rPr>
          <w:rFonts w:cs="B Lotus" w:hint="cs"/>
          <w:szCs w:val="26"/>
          <w:rtl/>
        </w:rPr>
        <w:t xml:space="preserve"> و آمادگی</w:t>
      </w:r>
      <w:r w:rsidRPr="00332BF4">
        <w:rPr>
          <w:rFonts w:cs="B Lotus"/>
          <w:szCs w:val="26"/>
          <w:rtl/>
        </w:rPr>
        <w:t xml:space="preserve"> سالیانه»، «کنترل کیفیت آب و شاخص‌های</w:t>
      </w:r>
      <w:r w:rsidRPr="00332BF4">
        <w:rPr>
          <w:rFonts w:cs="B Lotus"/>
          <w:szCs w:val="26"/>
        </w:rPr>
        <w:t xml:space="preserve"> PH </w:t>
      </w:r>
      <w:r w:rsidRPr="00332BF4">
        <w:rPr>
          <w:rFonts w:cs="B Lotus"/>
          <w:szCs w:val="26"/>
          <w:rtl/>
        </w:rPr>
        <w:t xml:space="preserve">و کلر»، «طراحی زیبایی‌شناسانه فضا» و «برنامه‌ آموزشی برای اقشار خاص» بیشترین </w:t>
      </w:r>
      <w:r>
        <w:rPr>
          <w:rFonts w:cs="B Lotus" w:hint="cs"/>
          <w:szCs w:val="26"/>
          <w:rtl/>
        </w:rPr>
        <w:t xml:space="preserve">بسامد </w:t>
      </w:r>
      <w:r w:rsidRPr="00332BF4">
        <w:rPr>
          <w:rFonts w:cs="B Lotus"/>
          <w:szCs w:val="26"/>
          <w:rtl/>
        </w:rPr>
        <w:t>را داشتند. این امر بیانگر حساسیت بالای خبرگان نسبت به ایمنی، کیفیت خدمات، نیازهای متنوع مشتریان و استانداردسازی فرآیندهاست. این یافته‌ها با پژوهش</w:t>
      </w:r>
      <w:r>
        <w:rPr>
          <w:rFonts w:cs="B Lotus" w:hint="cs"/>
          <w:szCs w:val="26"/>
          <w:rtl/>
          <w:lang w:bidi="fa-IR"/>
        </w:rPr>
        <w:t xml:space="preserve"> (</w:t>
      </w:r>
      <w:r w:rsidR="003D6A62">
        <w:rPr>
          <w:rFonts w:cs="B Lotus" w:hint="cs"/>
          <w:szCs w:val="26"/>
          <w:rtl/>
          <w:lang w:bidi="fa-IR"/>
        </w:rPr>
        <w:t>24</w:t>
      </w:r>
      <w:r>
        <w:rPr>
          <w:rFonts w:cs="B Lotus" w:hint="cs"/>
          <w:szCs w:val="26"/>
          <w:rtl/>
          <w:lang w:bidi="fa-IR"/>
        </w:rPr>
        <w:t>)</w:t>
      </w:r>
      <w:r w:rsidRPr="00332BF4">
        <w:rPr>
          <w:rFonts w:cs="B Lotus"/>
          <w:szCs w:val="26"/>
        </w:rPr>
        <w:t xml:space="preserve"> </w:t>
      </w:r>
      <w:r w:rsidRPr="00332BF4">
        <w:rPr>
          <w:rFonts w:cs="B Lotus"/>
          <w:szCs w:val="26"/>
          <w:rtl/>
        </w:rPr>
        <w:t>نیز همخوان است که بر توسعه نظام‌های خدماتی و آموزشی در استخرهای عمومی برای بهبود تجربه مشتری تأکید داشته است</w:t>
      </w:r>
      <w:r w:rsidRPr="00332BF4">
        <w:rPr>
          <w:rFonts w:cs="B Lotus"/>
          <w:szCs w:val="26"/>
        </w:rPr>
        <w:t>.</w:t>
      </w:r>
    </w:p>
    <w:p w14:paraId="6808ABFF" w14:textId="77777777" w:rsidR="00E52C87" w:rsidRPr="00332BF4" w:rsidRDefault="00E52C87" w:rsidP="00E52C87">
      <w:pPr>
        <w:bidi/>
        <w:jc w:val="both"/>
        <w:rPr>
          <w:rFonts w:cs="B Lotus"/>
          <w:szCs w:val="26"/>
        </w:rPr>
      </w:pPr>
      <w:r w:rsidRPr="00332BF4">
        <w:rPr>
          <w:rFonts w:cs="B Lotus"/>
          <w:szCs w:val="26"/>
          <w:rtl/>
        </w:rPr>
        <w:t>نکته قابل‌توجه، هم‌راستایی و در عین حال، تفاوت مدل ارائه‌شده با مدل‌هایی مانند</w:t>
      </w:r>
      <w:r w:rsidRPr="00332BF4">
        <w:rPr>
          <w:rFonts w:cs="B Lotus"/>
          <w:szCs w:val="26"/>
        </w:rPr>
        <w:t xml:space="preserve"> </w:t>
      </w:r>
      <w:r>
        <w:rPr>
          <w:rFonts w:cs="B Lotus" w:hint="cs"/>
          <w:szCs w:val="26"/>
          <w:rtl/>
        </w:rPr>
        <w:t xml:space="preserve">کارت امتیازی متوازن و </w:t>
      </w:r>
      <w:r w:rsidRPr="00332BF4">
        <w:rPr>
          <w:rFonts w:cs="B Lotus"/>
          <w:szCs w:val="26"/>
        </w:rPr>
        <w:t xml:space="preserve"> </w:t>
      </w:r>
      <w:r w:rsidRPr="00105772">
        <w:rPr>
          <w:rFonts w:cs="B Lotus" w:hint="cs"/>
          <w:szCs w:val="26"/>
          <w:rtl/>
        </w:rPr>
        <w:t>مدل</w:t>
      </w:r>
      <w:r w:rsidRPr="00105772">
        <w:rPr>
          <w:rFonts w:cs="B Lotus"/>
          <w:szCs w:val="26"/>
          <w:rtl/>
        </w:rPr>
        <w:t xml:space="preserve"> </w:t>
      </w:r>
      <w:r w:rsidRPr="00105772">
        <w:rPr>
          <w:rFonts w:cs="B Lotus" w:hint="cs"/>
          <w:szCs w:val="26"/>
          <w:rtl/>
        </w:rPr>
        <w:t>تعالی</w:t>
      </w:r>
      <w:r w:rsidRPr="00105772">
        <w:rPr>
          <w:rFonts w:cs="B Lotus"/>
          <w:szCs w:val="26"/>
          <w:rtl/>
        </w:rPr>
        <w:t xml:space="preserve"> </w:t>
      </w:r>
      <w:r w:rsidRPr="00105772">
        <w:rPr>
          <w:rFonts w:cs="B Lotus" w:hint="cs"/>
          <w:szCs w:val="26"/>
          <w:rtl/>
        </w:rPr>
        <w:t>سازمانی</w:t>
      </w:r>
      <w:r w:rsidRPr="00105772">
        <w:rPr>
          <w:rFonts w:cs="B Lotus"/>
          <w:szCs w:val="26"/>
          <w:rtl/>
        </w:rPr>
        <w:t xml:space="preserve"> </w:t>
      </w:r>
      <w:r w:rsidRPr="00105772">
        <w:rPr>
          <w:rFonts w:cs="B Lotus" w:hint="cs"/>
          <w:szCs w:val="26"/>
          <w:rtl/>
        </w:rPr>
        <w:t>اروپا</w:t>
      </w:r>
      <w:r w:rsidRPr="00105772">
        <w:rPr>
          <w:rFonts w:cs="B Lotus"/>
          <w:szCs w:val="26"/>
          <w:rtl/>
        </w:rPr>
        <w:t xml:space="preserve"> </w:t>
      </w:r>
      <w:r w:rsidRPr="00332BF4">
        <w:rPr>
          <w:rFonts w:cs="B Lotus"/>
          <w:szCs w:val="26"/>
          <w:rtl/>
        </w:rPr>
        <w:t>است. در حالی‌که آن مدل‌ها عمدتاً در فضای سازمان‌های صنعتی و خدماتی غربی طراحی شده‌اند، مدل این پژوهش با تمرکز بر بوم‌شناسی فرهنگی و ساختاری ایران، به مؤلفه‌هایی نظیر «اخلاق و تعالی»، «تعاملات فرهنگی</w:t>
      </w:r>
      <w:r w:rsidRPr="00332BF4">
        <w:rPr>
          <w:rFonts w:ascii="Arial" w:hAnsi="Arial" w:cs="Arial" w:hint="cs"/>
          <w:szCs w:val="26"/>
          <w:rtl/>
        </w:rPr>
        <w:t>–</w:t>
      </w:r>
      <w:r w:rsidRPr="00332BF4">
        <w:rPr>
          <w:rFonts w:cs="B Lotus" w:hint="cs"/>
          <w:szCs w:val="26"/>
          <w:rtl/>
        </w:rPr>
        <w:t>اجتماعی»،</w:t>
      </w:r>
      <w:r w:rsidRPr="00332BF4">
        <w:rPr>
          <w:rFonts w:cs="B Lotus"/>
          <w:szCs w:val="26"/>
          <w:rtl/>
        </w:rPr>
        <w:t xml:space="preserve"> </w:t>
      </w:r>
      <w:r w:rsidRPr="00332BF4">
        <w:rPr>
          <w:rFonts w:cs="B Lotus" w:hint="cs"/>
          <w:szCs w:val="26"/>
          <w:rtl/>
        </w:rPr>
        <w:t>«ایمنی</w:t>
      </w:r>
      <w:r w:rsidRPr="00332BF4">
        <w:rPr>
          <w:rFonts w:cs="B Lotus"/>
          <w:szCs w:val="26"/>
          <w:rtl/>
        </w:rPr>
        <w:t xml:space="preserve"> </w:t>
      </w:r>
      <w:r w:rsidRPr="00332BF4">
        <w:rPr>
          <w:rFonts w:cs="B Lotus" w:hint="cs"/>
          <w:szCs w:val="26"/>
          <w:rtl/>
        </w:rPr>
        <w:t>در</w:t>
      </w:r>
      <w:r w:rsidRPr="00332BF4">
        <w:rPr>
          <w:rFonts w:cs="B Lotus"/>
          <w:szCs w:val="26"/>
          <w:rtl/>
        </w:rPr>
        <w:t xml:space="preserve"> </w:t>
      </w:r>
      <w:r>
        <w:rPr>
          <w:rFonts w:cs="B Lotus" w:hint="cs"/>
          <w:szCs w:val="26"/>
          <w:rtl/>
        </w:rPr>
        <w:t>استخرها</w:t>
      </w:r>
      <w:r w:rsidRPr="00332BF4">
        <w:rPr>
          <w:rFonts w:cs="B Lotus" w:hint="cs"/>
          <w:szCs w:val="26"/>
          <w:rtl/>
        </w:rPr>
        <w:t>»،</w:t>
      </w:r>
      <w:r w:rsidRPr="00332BF4">
        <w:rPr>
          <w:rFonts w:cs="B Lotus"/>
          <w:szCs w:val="26"/>
          <w:rtl/>
        </w:rPr>
        <w:t xml:space="preserve"> </w:t>
      </w:r>
      <w:r w:rsidRPr="00332BF4">
        <w:rPr>
          <w:rFonts w:cs="B Lotus" w:hint="cs"/>
          <w:szCs w:val="26"/>
          <w:rtl/>
        </w:rPr>
        <w:t>و</w:t>
      </w:r>
      <w:r w:rsidRPr="00332BF4">
        <w:rPr>
          <w:rFonts w:cs="B Lotus"/>
          <w:szCs w:val="26"/>
          <w:rtl/>
        </w:rPr>
        <w:t xml:space="preserve"> </w:t>
      </w:r>
      <w:r w:rsidRPr="00332BF4">
        <w:rPr>
          <w:rFonts w:cs="B Lotus" w:hint="cs"/>
          <w:szCs w:val="26"/>
          <w:rtl/>
        </w:rPr>
        <w:t>«ساختار</w:t>
      </w:r>
      <w:r w:rsidRPr="00332BF4">
        <w:rPr>
          <w:rFonts w:cs="B Lotus"/>
          <w:szCs w:val="26"/>
          <w:rtl/>
        </w:rPr>
        <w:t xml:space="preserve"> </w:t>
      </w:r>
      <w:r w:rsidRPr="00332BF4">
        <w:rPr>
          <w:rFonts w:cs="B Lotus" w:hint="cs"/>
          <w:szCs w:val="26"/>
          <w:rtl/>
        </w:rPr>
        <w:t>حقوقی</w:t>
      </w:r>
      <w:r w:rsidRPr="00332BF4">
        <w:rPr>
          <w:rFonts w:cs="B Lotus"/>
          <w:szCs w:val="26"/>
          <w:rtl/>
        </w:rPr>
        <w:t xml:space="preserve"> </w:t>
      </w:r>
      <w:r w:rsidRPr="00332BF4">
        <w:rPr>
          <w:rFonts w:cs="B Lotus" w:hint="cs"/>
          <w:szCs w:val="26"/>
          <w:rtl/>
        </w:rPr>
        <w:t>و</w:t>
      </w:r>
      <w:r w:rsidRPr="00332BF4">
        <w:rPr>
          <w:rFonts w:cs="B Lotus"/>
          <w:szCs w:val="26"/>
          <w:rtl/>
        </w:rPr>
        <w:t xml:space="preserve"> </w:t>
      </w:r>
      <w:r w:rsidRPr="00332BF4">
        <w:rPr>
          <w:rFonts w:cs="B Lotus" w:hint="cs"/>
          <w:szCs w:val="26"/>
          <w:rtl/>
        </w:rPr>
        <w:t>بیمه‌ای»</w:t>
      </w:r>
      <w:r w:rsidRPr="00332BF4">
        <w:rPr>
          <w:rFonts w:cs="B Lotus"/>
          <w:szCs w:val="26"/>
          <w:rtl/>
        </w:rPr>
        <w:t xml:space="preserve"> </w:t>
      </w:r>
      <w:r w:rsidRPr="00332BF4">
        <w:rPr>
          <w:rFonts w:cs="B Lotus" w:hint="cs"/>
          <w:szCs w:val="26"/>
          <w:rtl/>
        </w:rPr>
        <w:t>پرداخته</w:t>
      </w:r>
      <w:r w:rsidRPr="00332BF4">
        <w:rPr>
          <w:rFonts w:cs="B Lotus"/>
          <w:szCs w:val="26"/>
          <w:rtl/>
        </w:rPr>
        <w:t xml:space="preserve"> </w:t>
      </w:r>
      <w:r w:rsidRPr="00332BF4">
        <w:rPr>
          <w:rFonts w:cs="B Lotus" w:hint="cs"/>
          <w:szCs w:val="26"/>
          <w:rtl/>
        </w:rPr>
        <w:t>است</w:t>
      </w:r>
      <w:r w:rsidRPr="00332BF4">
        <w:rPr>
          <w:rFonts w:cs="B Lotus"/>
          <w:szCs w:val="26"/>
          <w:rtl/>
        </w:rPr>
        <w:t xml:space="preserve">. </w:t>
      </w:r>
      <w:r w:rsidRPr="00332BF4">
        <w:rPr>
          <w:rFonts w:cs="B Lotus" w:hint="cs"/>
          <w:szCs w:val="26"/>
          <w:rtl/>
        </w:rPr>
        <w:t>در</w:t>
      </w:r>
      <w:r w:rsidRPr="00332BF4">
        <w:rPr>
          <w:rFonts w:cs="B Lotus"/>
          <w:szCs w:val="26"/>
          <w:rtl/>
        </w:rPr>
        <w:t xml:space="preserve"> </w:t>
      </w:r>
      <w:r w:rsidRPr="00332BF4">
        <w:rPr>
          <w:rFonts w:cs="B Lotus" w:hint="cs"/>
          <w:szCs w:val="26"/>
          <w:rtl/>
        </w:rPr>
        <w:t>واقع،</w:t>
      </w:r>
      <w:r w:rsidRPr="00332BF4">
        <w:rPr>
          <w:rFonts w:cs="B Lotus"/>
          <w:szCs w:val="26"/>
          <w:rtl/>
        </w:rPr>
        <w:t xml:space="preserve"> </w:t>
      </w:r>
      <w:r w:rsidRPr="00332BF4">
        <w:rPr>
          <w:rFonts w:cs="B Lotus" w:hint="cs"/>
          <w:szCs w:val="26"/>
          <w:rtl/>
        </w:rPr>
        <w:t>این</w:t>
      </w:r>
      <w:r w:rsidRPr="00332BF4">
        <w:rPr>
          <w:rFonts w:cs="B Lotus"/>
          <w:szCs w:val="26"/>
          <w:rtl/>
        </w:rPr>
        <w:t xml:space="preserve"> </w:t>
      </w:r>
      <w:r w:rsidRPr="00332BF4">
        <w:rPr>
          <w:rFonts w:cs="B Lotus" w:hint="cs"/>
          <w:szCs w:val="26"/>
          <w:rtl/>
        </w:rPr>
        <w:t>مدل</w:t>
      </w:r>
      <w:r w:rsidRPr="00332BF4">
        <w:rPr>
          <w:rFonts w:cs="B Lotus"/>
          <w:szCs w:val="26"/>
          <w:rtl/>
        </w:rPr>
        <w:t xml:space="preserve"> </w:t>
      </w:r>
      <w:r w:rsidRPr="00332BF4">
        <w:rPr>
          <w:rFonts w:cs="B Lotus" w:hint="cs"/>
          <w:szCs w:val="26"/>
          <w:rtl/>
        </w:rPr>
        <w:t>ضمن</w:t>
      </w:r>
      <w:r w:rsidRPr="00332BF4">
        <w:rPr>
          <w:rFonts w:cs="B Lotus"/>
          <w:szCs w:val="26"/>
          <w:rtl/>
        </w:rPr>
        <w:t xml:space="preserve"> </w:t>
      </w:r>
      <w:r w:rsidRPr="00332BF4">
        <w:rPr>
          <w:rFonts w:cs="B Lotus" w:hint="cs"/>
          <w:szCs w:val="26"/>
          <w:rtl/>
        </w:rPr>
        <w:t>حفظ</w:t>
      </w:r>
      <w:r w:rsidRPr="00332BF4">
        <w:rPr>
          <w:rFonts w:cs="B Lotus"/>
          <w:szCs w:val="26"/>
          <w:rtl/>
        </w:rPr>
        <w:t xml:space="preserve"> </w:t>
      </w:r>
      <w:r w:rsidRPr="00332BF4">
        <w:rPr>
          <w:rFonts w:cs="B Lotus" w:hint="cs"/>
          <w:szCs w:val="26"/>
          <w:rtl/>
        </w:rPr>
        <w:t>بنیان‌های</w:t>
      </w:r>
      <w:r w:rsidRPr="00332BF4">
        <w:rPr>
          <w:rFonts w:cs="B Lotus"/>
          <w:szCs w:val="26"/>
          <w:rtl/>
        </w:rPr>
        <w:t xml:space="preserve"> </w:t>
      </w:r>
      <w:r w:rsidRPr="00332BF4">
        <w:rPr>
          <w:rFonts w:cs="B Lotus" w:hint="cs"/>
          <w:szCs w:val="26"/>
          <w:rtl/>
        </w:rPr>
        <w:t>مفهومی</w:t>
      </w:r>
      <w:r w:rsidRPr="00332BF4">
        <w:rPr>
          <w:rFonts w:cs="B Lotus"/>
          <w:szCs w:val="26"/>
          <w:rtl/>
        </w:rPr>
        <w:t xml:space="preserve"> </w:t>
      </w:r>
      <w:r w:rsidRPr="00332BF4">
        <w:rPr>
          <w:rFonts w:cs="B Lotus" w:hint="cs"/>
          <w:szCs w:val="26"/>
          <w:rtl/>
        </w:rPr>
        <w:t>الگوهای</w:t>
      </w:r>
      <w:r w:rsidRPr="00332BF4">
        <w:rPr>
          <w:rFonts w:cs="B Lotus"/>
          <w:szCs w:val="26"/>
          <w:rtl/>
        </w:rPr>
        <w:t xml:space="preserve"> </w:t>
      </w:r>
      <w:r w:rsidRPr="00332BF4">
        <w:rPr>
          <w:rFonts w:cs="B Lotus" w:hint="cs"/>
          <w:szCs w:val="26"/>
          <w:rtl/>
        </w:rPr>
        <w:t>جهانی،</w:t>
      </w:r>
      <w:r w:rsidRPr="00332BF4">
        <w:rPr>
          <w:rFonts w:cs="B Lotus"/>
          <w:szCs w:val="26"/>
          <w:rtl/>
        </w:rPr>
        <w:t xml:space="preserve"> </w:t>
      </w:r>
      <w:r w:rsidRPr="00332BF4">
        <w:rPr>
          <w:rFonts w:cs="B Lotus" w:hint="cs"/>
          <w:szCs w:val="26"/>
          <w:rtl/>
        </w:rPr>
        <w:t>موفق</w:t>
      </w:r>
      <w:r w:rsidRPr="00332BF4">
        <w:rPr>
          <w:rFonts w:cs="B Lotus"/>
          <w:szCs w:val="26"/>
          <w:rtl/>
        </w:rPr>
        <w:t xml:space="preserve"> </w:t>
      </w:r>
      <w:r w:rsidRPr="00332BF4">
        <w:rPr>
          <w:rFonts w:cs="B Lotus" w:hint="cs"/>
          <w:szCs w:val="26"/>
          <w:rtl/>
        </w:rPr>
        <w:t>به</w:t>
      </w:r>
      <w:r w:rsidRPr="00332BF4">
        <w:rPr>
          <w:rFonts w:cs="B Lotus"/>
          <w:szCs w:val="26"/>
          <w:rtl/>
        </w:rPr>
        <w:t xml:space="preserve"> </w:t>
      </w:r>
      <w:r w:rsidRPr="00332BF4">
        <w:rPr>
          <w:rFonts w:cs="B Lotus" w:hint="cs"/>
          <w:szCs w:val="26"/>
          <w:rtl/>
        </w:rPr>
        <w:t>بازتعریف</w:t>
      </w:r>
      <w:r w:rsidRPr="00332BF4">
        <w:rPr>
          <w:rFonts w:cs="B Lotus"/>
          <w:szCs w:val="26"/>
          <w:rtl/>
        </w:rPr>
        <w:t xml:space="preserve"> </w:t>
      </w:r>
      <w:r w:rsidRPr="00332BF4">
        <w:rPr>
          <w:rFonts w:cs="B Lotus" w:hint="cs"/>
          <w:szCs w:val="26"/>
          <w:rtl/>
        </w:rPr>
        <w:t>برخی</w:t>
      </w:r>
      <w:r w:rsidRPr="00332BF4">
        <w:rPr>
          <w:rFonts w:cs="B Lotus"/>
          <w:szCs w:val="26"/>
          <w:rtl/>
        </w:rPr>
        <w:t xml:space="preserve"> </w:t>
      </w:r>
      <w:r w:rsidRPr="00332BF4">
        <w:rPr>
          <w:rFonts w:cs="B Lotus" w:hint="cs"/>
          <w:szCs w:val="26"/>
          <w:rtl/>
        </w:rPr>
        <w:t>شاخص‌ها</w:t>
      </w:r>
      <w:r w:rsidRPr="00332BF4">
        <w:rPr>
          <w:rFonts w:cs="B Lotus"/>
          <w:szCs w:val="26"/>
          <w:rtl/>
        </w:rPr>
        <w:t xml:space="preserve"> </w:t>
      </w:r>
      <w:r w:rsidRPr="00332BF4">
        <w:rPr>
          <w:rFonts w:cs="B Lotus" w:hint="cs"/>
          <w:szCs w:val="26"/>
          <w:rtl/>
        </w:rPr>
        <w:t>متناسب</w:t>
      </w:r>
      <w:r w:rsidRPr="00332BF4">
        <w:rPr>
          <w:rFonts w:cs="B Lotus"/>
          <w:szCs w:val="26"/>
          <w:rtl/>
        </w:rPr>
        <w:t xml:space="preserve"> </w:t>
      </w:r>
      <w:r w:rsidRPr="00332BF4">
        <w:rPr>
          <w:rFonts w:cs="B Lotus" w:hint="cs"/>
          <w:szCs w:val="26"/>
          <w:rtl/>
        </w:rPr>
        <w:t>با</w:t>
      </w:r>
      <w:r w:rsidRPr="00332BF4">
        <w:rPr>
          <w:rFonts w:cs="B Lotus"/>
          <w:szCs w:val="26"/>
          <w:rtl/>
        </w:rPr>
        <w:t xml:space="preserve"> </w:t>
      </w:r>
      <w:r w:rsidRPr="00332BF4">
        <w:rPr>
          <w:rFonts w:cs="B Lotus" w:hint="cs"/>
          <w:szCs w:val="26"/>
          <w:rtl/>
        </w:rPr>
        <w:t>زمینه</w:t>
      </w:r>
      <w:r w:rsidRPr="00332BF4">
        <w:rPr>
          <w:rFonts w:cs="B Lotus"/>
          <w:szCs w:val="26"/>
          <w:rtl/>
        </w:rPr>
        <w:t xml:space="preserve"> </w:t>
      </w:r>
      <w:r w:rsidRPr="00332BF4">
        <w:rPr>
          <w:rFonts w:cs="B Lotus" w:hint="cs"/>
          <w:szCs w:val="26"/>
          <w:rtl/>
        </w:rPr>
        <w:t>ایران</w:t>
      </w:r>
      <w:r w:rsidRPr="00332BF4">
        <w:rPr>
          <w:rFonts w:cs="B Lotus"/>
          <w:szCs w:val="26"/>
          <w:rtl/>
        </w:rPr>
        <w:t xml:space="preserve"> </w:t>
      </w:r>
      <w:r w:rsidRPr="00332BF4">
        <w:rPr>
          <w:rFonts w:cs="B Lotus" w:hint="cs"/>
          <w:szCs w:val="26"/>
          <w:rtl/>
        </w:rPr>
        <w:t>شده</w:t>
      </w:r>
      <w:r w:rsidRPr="00332BF4">
        <w:rPr>
          <w:rFonts w:cs="B Lotus"/>
          <w:szCs w:val="26"/>
          <w:rtl/>
        </w:rPr>
        <w:t xml:space="preserve"> </w:t>
      </w:r>
      <w:r w:rsidRPr="00332BF4">
        <w:rPr>
          <w:rFonts w:cs="B Lotus" w:hint="cs"/>
          <w:szCs w:val="26"/>
          <w:rtl/>
        </w:rPr>
        <w:t>است</w:t>
      </w:r>
      <w:r w:rsidRPr="00332BF4">
        <w:rPr>
          <w:rFonts w:cs="B Lotus"/>
          <w:szCs w:val="26"/>
        </w:rPr>
        <w:t>.</w:t>
      </w:r>
    </w:p>
    <w:p w14:paraId="446357E4" w14:textId="69C72468" w:rsidR="00E93F33" w:rsidRDefault="00E52C87" w:rsidP="00E93F33">
      <w:pPr>
        <w:bidi/>
        <w:jc w:val="both"/>
        <w:rPr>
          <w:rFonts w:cs="B Lotus"/>
          <w:szCs w:val="26"/>
        </w:rPr>
      </w:pPr>
      <w:r>
        <w:rPr>
          <w:rFonts w:cs="B Lotus" w:hint="cs"/>
          <w:szCs w:val="26"/>
          <w:rtl/>
        </w:rPr>
        <w:t xml:space="preserve">وزن </w:t>
      </w:r>
      <w:r w:rsidRPr="00332BF4">
        <w:rPr>
          <w:rFonts w:cs="B Lotus"/>
          <w:szCs w:val="26"/>
          <w:rtl/>
        </w:rPr>
        <w:t>بالای «ایمنی و امنیت» (</w:t>
      </w:r>
      <w:r w:rsidRPr="00332BF4">
        <w:rPr>
          <w:rFonts w:cs="B Lotus"/>
          <w:szCs w:val="26"/>
          <w:rtl/>
          <w:lang w:bidi="fa-IR"/>
        </w:rPr>
        <w:t>۱۴۷</w:t>
      </w:r>
      <w:r w:rsidRPr="00332BF4">
        <w:rPr>
          <w:rFonts w:cs="B Lotus"/>
          <w:szCs w:val="26"/>
          <w:rtl/>
        </w:rPr>
        <w:t xml:space="preserve">) در ارزیابی گروه کانونی، تأکیدی است بر اهمیت حیاتی این مؤلفه در فرهنگ ورزشی ایران، به‌ویژه با توجه به حوادث مکرر استخرها و حساسیت خانواده‌ها نسبت به خدمات ایمن. پس از آن، مؤلفه‌هایی نظیر «منابع انسانی»، «بهداشت»، و «بازاریابی» نیز جایگاه بالایی کسب کرده‌اند که همسو با </w:t>
      </w:r>
      <w:r w:rsidRPr="00EE571F">
        <w:rPr>
          <w:rFonts w:cs="B Lotus"/>
          <w:szCs w:val="26"/>
          <w:rtl/>
        </w:rPr>
        <w:t xml:space="preserve">مطالعات </w:t>
      </w:r>
      <w:r w:rsidRPr="00EE571F">
        <w:rPr>
          <w:rFonts w:cs="B Lotus" w:hint="cs"/>
          <w:szCs w:val="26"/>
          <w:rtl/>
          <w:lang w:bidi="fa-IR"/>
        </w:rPr>
        <w:t>(</w:t>
      </w:r>
      <w:r w:rsidR="003D6A62">
        <w:rPr>
          <w:rFonts w:cs="B Lotus" w:hint="cs"/>
          <w:szCs w:val="26"/>
          <w:rtl/>
          <w:lang w:bidi="fa-IR"/>
        </w:rPr>
        <w:t>25</w:t>
      </w:r>
      <w:r w:rsidRPr="00EE571F">
        <w:rPr>
          <w:rFonts w:cs="B Lotus" w:hint="cs"/>
          <w:szCs w:val="26"/>
          <w:rtl/>
          <w:lang w:bidi="fa-IR"/>
        </w:rPr>
        <w:t>)</w:t>
      </w:r>
      <w:r w:rsidRPr="00EE571F">
        <w:rPr>
          <w:rFonts w:cs="B Lotus"/>
          <w:szCs w:val="26"/>
          <w:rtl/>
        </w:rPr>
        <w:t xml:space="preserve"> است</w:t>
      </w:r>
      <w:r w:rsidRPr="00EE571F">
        <w:rPr>
          <w:rFonts w:cs="B Lotus"/>
          <w:szCs w:val="26"/>
        </w:rPr>
        <w:t>.</w:t>
      </w:r>
    </w:p>
    <w:p w14:paraId="311BF226" w14:textId="5A06727F" w:rsidR="005023A2" w:rsidRPr="00E93F33" w:rsidRDefault="00D733DB" w:rsidP="00E93F33">
      <w:pPr>
        <w:bidi/>
        <w:jc w:val="both"/>
        <w:rPr>
          <w:rFonts w:cs="B Lotus"/>
          <w:szCs w:val="26"/>
        </w:rPr>
      </w:pPr>
      <w:r>
        <w:rPr>
          <w:rFonts w:ascii="B Titr" w:hAnsi="B Titr" w:cs="B Titr"/>
          <w:b/>
          <w:bCs/>
          <w:szCs w:val="26"/>
          <w:rtl/>
        </w:rPr>
        <w:t>بحث</w:t>
      </w:r>
      <w:r>
        <w:rPr>
          <w:rFonts w:ascii="B Titr" w:hAnsi="B Titr"/>
          <w:b/>
        </w:rPr>
        <w:t xml:space="preserve"> </w:t>
      </w:r>
      <w:r>
        <w:rPr>
          <w:rFonts w:ascii="B Titr" w:hAnsi="B Titr" w:cs="B Titr"/>
          <w:b/>
          <w:bCs/>
          <w:szCs w:val="26"/>
          <w:rtl/>
        </w:rPr>
        <w:t>و</w:t>
      </w:r>
      <w:r>
        <w:rPr>
          <w:rFonts w:ascii="B Titr" w:hAnsi="B Titr"/>
          <w:b/>
        </w:rPr>
        <w:t xml:space="preserve"> </w:t>
      </w:r>
      <w:r>
        <w:rPr>
          <w:rFonts w:ascii="B Titr" w:hAnsi="B Titr" w:cs="B Titr"/>
          <w:b/>
          <w:bCs/>
          <w:szCs w:val="26"/>
          <w:rtl/>
        </w:rPr>
        <w:t>نتیجه</w:t>
      </w:r>
      <w:r>
        <w:rPr>
          <w:rFonts w:ascii="B Titr" w:hAnsi="B Titr"/>
          <w:b/>
        </w:rPr>
        <w:t>‌</w:t>
      </w:r>
      <w:r>
        <w:rPr>
          <w:rFonts w:ascii="B Titr" w:hAnsi="B Titr" w:cs="B Titr"/>
          <w:b/>
          <w:bCs/>
          <w:szCs w:val="26"/>
          <w:rtl/>
        </w:rPr>
        <w:t>گیری</w:t>
      </w:r>
    </w:p>
    <w:p w14:paraId="7E75018B" w14:textId="119DC441" w:rsidR="00E52C87" w:rsidRPr="00C2153A" w:rsidRDefault="00E52C87" w:rsidP="00D5135E">
      <w:pPr>
        <w:bidi/>
        <w:jc w:val="both"/>
        <w:rPr>
          <w:rFonts w:cs="B Lotus"/>
          <w:b/>
          <w:bCs/>
          <w:sz w:val="32"/>
          <w:szCs w:val="32"/>
          <w:rtl/>
        </w:rPr>
      </w:pPr>
      <w:r w:rsidRPr="0015275C">
        <w:rPr>
          <w:rFonts w:cs="B Lotus" w:hint="cs"/>
          <w:szCs w:val="26"/>
          <w:rtl/>
        </w:rPr>
        <w:t>مدیریت</w:t>
      </w:r>
      <w:r w:rsidRPr="0015275C">
        <w:rPr>
          <w:rFonts w:cs="B Lotus"/>
          <w:szCs w:val="26"/>
          <w:rtl/>
        </w:rPr>
        <w:t xml:space="preserve"> </w:t>
      </w:r>
      <w:r w:rsidRPr="0015275C">
        <w:rPr>
          <w:rFonts w:cs="B Lotus" w:hint="cs"/>
          <w:szCs w:val="26"/>
          <w:rtl/>
        </w:rPr>
        <w:t>عملکرد</w:t>
      </w:r>
      <w:r w:rsidRPr="0015275C">
        <w:rPr>
          <w:rFonts w:cs="B Lotus"/>
          <w:szCs w:val="26"/>
          <w:rtl/>
        </w:rPr>
        <w:t xml:space="preserve"> </w:t>
      </w:r>
      <w:r w:rsidRPr="0015275C">
        <w:rPr>
          <w:rFonts w:cs="B Lotus" w:hint="cs"/>
          <w:szCs w:val="26"/>
          <w:rtl/>
        </w:rPr>
        <w:t>استخرهای</w:t>
      </w:r>
      <w:r w:rsidRPr="0015275C">
        <w:rPr>
          <w:rFonts w:cs="B Lotus"/>
          <w:szCs w:val="26"/>
          <w:rtl/>
        </w:rPr>
        <w:t xml:space="preserve"> </w:t>
      </w:r>
      <w:r w:rsidRPr="0015275C">
        <w:rPr>
          <w:rFonts w:cs="B Lotus" w:hint="cs"/>
          <w:szCs w:val="26"/>
          <w:rtl/>
        </w:rPr>
        <w:t>ورزشی</w:t>
      </w:r>
      <w:r w:rsidRPr="0015275C">
        <w:rPr>
          <w:rFonts w:cs="B Lotus"/>
          <w:szCs w:val="26"/>
          <w:rtl/>
        </w:rPr>
        <w:t xml:space="preserve"> </w:t>
      </w:r>
      <w:r w:rsidRPr="0015275C">
        <w:rPr>
          <w:rFonts w:cs="B Lotus" w:hint="cs"/>
          <w:szCs w:val="26"/>
          <w:rtl/>
        </w:rPr>
        <w:t>در</w:t>
      </w:r>
      <w:r w:rsidRPr="0015275C">
        <w:rPr>
          <w:rFonts w:cs="B Lotus"/>
          <w:szCs w:val="26"/>
          <w:rtl/>
        </w:rPr>
        <w:t xml:space="preserve"> </w:t>
      </w:r>
      <w:r w:rsidRPr="0015275C">
        <w:rPr>
          <w:rFonts w:cs="B Lotus" w:hint="cs"/>
          <w:szCs w:val="26"/>
          <w:rtl/>
        </w:rPr>
        <w:t>ایران،</w:t>
      </w:r>
      <w:r w:rsidRPr="0015275C">
        <w:rPr>
          <w:rFonts w:cs="B Lotus"/>
          <w:szCs w:val="26"/>
          <w:rtl/>
        </w:rPr>
        <w:t xml:space="preserve"> </w:t>
      </w:r>
      <w:r w:rsidRPr="0015275C">
        <w:rPr>
          <w:rFonts w:cs="B Lotus" w:hint="cs"/>
          <w:szCs w:val="26"/>
          <w:rtl/>
        </w:rPr>
        <w:t>به‌عنوان</w:t>
      </w:r>
      <w:r w:rsidRPr="0015275C">
        <w:rPr>
          <w:rFonts w:cs="B Lotus"/>
          <w:szCs w:val="26"/>
          <w:rtl/>
        </w:rPr>
        <w:t xml:space="preserve"> </w:t>
      </w:r>
      <w:r w:rsidRPr="0015275C">
        <w:rPr>
          <w:rFonts w:cs="B Lotus" w:hint="cs"/>
          <w:szCs w:val="26"/>
          <w:rtl/>
        </w:rPr>
        <w:t>یکی</w:t>
      </w:r>
      <w:r w:rsidRPr="0015275C">
        <w:rPr>
          <w:rFonts w:cs="B Lotus"/>
          <w:szCs w:val="26"/>
          <w:rtl/>
        </w:rPr>
        <w:t xml:space="preserve"> </w:t>
      </w:r>
      <w:r w:rsidRPr="0015275C">
        <w:rPr>
          <w:rFonts w:cs="B Lotus" w:hint="cs"/>
          <w:szCs w:val="26"/>
          <w:rtl/>
        </w:rPr>
        <w:t>از</w:t>
      </w:r>
      <w:r w:rsidRPr="0015275C">
        <w:rPr>
          <w:rFonts w:cs="B Lotus"/>
          <w:szCs w:val="26"/>
          <w:rtl/>
        </w:rPr>
        <w:t xml:space="preserve"> </w:t>
      </w:r>
      <w:r w:rsidRPr="0015275C">
        <w:rPr>
          <w:rFonts w:cs="B Lotus" w:hint="cs"/>
          <w:szCs w:val="26"/>
          <w:rtl/>
        </w:rPr>
        <w:t>زیرساخت‌های</w:t>
      </w:r>
      <w:r w:rsidRPr="0015275C">
        <w:rPr>
          <w:rFonts w:cs="B Lotus"/>
          <w:szCs w:val="26"/>
          <w:rtl/>
        </w:rPr>
        <w:t xml:space="preserve"> </w:t>
      </w:r>
      <w:r w:rsidRPr="0015275C">
        <w:rPr>
          <w:rFonts w:cs="B Lotus" w:hint="cs"/>
          <w:szCs w:val="26"/>
          <w:rtl/>
        </w:rPr>
        <w:t>حیاتی</w:t>
      </w:r>
      <w:r w:rsidRPr="0015275C">
        <w:rPr>
          <w:rFonts w:cs="B Lotus"/>
          <w:szCs w:val="26"/>
          <w:rtl/>
        </w:rPr>
        <w:t xml:space="preserve"> </w:t>
      </w:r>
      <w:r w:rsidRPr="0015275C">
        <w:rPr>
          <w:rFonts w:cs="B Lotus" w:hint="cs"/>
          <w:szCs w:val="26"/>
          <w:rtl/>
        </w:rPr>
        <w:t>در</w:t>
      </w:r>
      <w:r w:rsidRPr="0015275C">
        <w:rPr>
          <w:rFonts w:cs="B Lotus"/>
          <w:szCs w:val="26"/>
          <w:rtl/>
        </w:rPr>
        <w:t xml:space="preserve"> </w:t>
      </w:r>
      <w:r w:rsidRPr="0015275C">
        <w:rPr>
          <w:rFonts w:cs="B Lotus" w:hint="cs"/>
          <w:szCs w:val="26"/>
          <w:rtl/>
        </w:rPr>
        <w:t>توسعه</w:t>
      </w:r>
      <w:r w:rsidRPr="0015275C">
        <w:rPr>
          <w:rFonts w:cs="B Lotus"/>
          <w:szCs w:val="26"/>
          <w:rtl/>
        </w:rPr>
        <w:t xml:space="preserve"> </w:t>
      </w:r>
      <w:r w:rsidRPr="0015275C">
        <w:rPr>
          <w:rFonts w:cs="B Lotus" w:hint="cs"/>
          <w:szCs w:val="26"/>
          <w:rtl/>
        </w:rPr>
        <w:t>سلامت</w:t>
      </w:r>
      <w:r w:rsidRPr="0015275C">
        <w:rPr>
          <w:rFonts w:cs="B Lotus"/>
          <w:szCs w:val="26"/>
          <w:rtl/>
        </w:rPr>
        <w:t xml:space="preserve"> </w:t>
      </w:r>
      <w:r w:rsidRPr="0015275C">
        <w:rPr>
          <w:rFonts w:cs="B Lotus" w:hint="cs"/>
          <w:szCs w:val="26"/>
          <w:rtl/>
        </w:rPr>
        <w:t>عمومی،</w:t>
      </w:r>
      <w:r w:rsidRPr="0015275C">
        <w:rPr>
          <w:rFonts w:cs="B Lotus"/>
          <w:szCs w:val="26"/>
          <w:rtl/>
        </w:rPr>
        <w:t xml:space="preserve"> </w:t>
      </w:r>
      <w:r w:rsidRPr="0015275C">
        <w:rPr>
          <w:rFonts w:cs="B Lotus" w:hint="cs"/>
          <w:szCs w:val="26"/>
          <w:rtl/>
        </w:rPr>
        <w:t>ورزش</w:t>
      </w:r>
      <w:r w:rsidRPr="0015275C">
        <w:rPr>
          <w:rFonts w:cs="B Lotus"/>
          <w:szCs w:val="26"/>
          <w:rtl/>
        </w:rPr>
        <w:t xml:space="preserve"> </w:t>
      </w:r>
      <w:r w:rsidRPr="0015275C">
        <w:rPr>
          <w:rFonts w:cs="B Lotus" w:hint="cs"/>
          <w:szCs w:val="26"/>
          <w:rtl/>
        </w:rPr>
        <w:t>همگانی</w:t>
      </w:r>
      <w:r w:rsidRPr="0015275C">
        <w:rPr>
          <w:rFonts w:cs="B Lotus"/>
          <w:szCs w:val="26"/>
          <w:rtl/>
        </w:rPr>
        <w:t xml:space="preserve"> </w:t>
      </w:r>
      <w:r w:rsidRPr="0015275C">
        <w:rPr>
          <w:rFonts w:cs="B Lotus" w:hint="cs"/>
          <w:szCs w:val="26"/>
          <w:rtl/>
        </w:rPr>
        <w:t>و</w:t>
      </w:r>
      <w:r w:rsidRPr="0015275C">
        <w:rPr>
          <w:rFonts w:cs="B Lotus"/>
          <w:szCs w:val="26"/>
          <w:rtl/>
        </w:rPr>
        <w:t xml:space="preserve"> </w:t>
      </w:r>
      <w:r w:rsidRPr="0015275C">
        <w:rPr>
          <w:rFonts w:cs="B Lotus" w:hint="cs"/>
          <w:szCs w:val="26"/>
          <w:rtl/>
        </w:rPr>
        <w:t>حرفه‌ای،</w:t>
      </w:r>
      <w:r w:rsidRPr="0015275C">
        <w:rPr>
          <w:rFonts w:cs="B Lotus"/>
          <w:szCs w:val="26"/>
          <w:rtl/>
        </w:rPr>
        <w:t xml:space="preserve"> </w:t>
      </w:r>
      <w:r w:rsidRPr="0015275C">
        <w:rPr>
          <w:rFonts w:cs="B Lotus" w:hint="cs"/>
          <w:szCs w:val="26"/>
          <w:rtl/>
        </w:rPr>
        <w:t>نیازمند</w:t>
      </w:r>
      <w:r w:rsidRPr="0015275C">
        <w:rPr>
          <w:rFonts w:cs="B Lotus"/>
          <w:szCs w:val="26"/>
          <w:rtl/>
        </w:rPr>
        <w:t xml:space="preserve"> </w:t>
      </w:r>
      <w:r w:rsidRPr="0015275C">
        <w:rPr>
          <w:rFonts w:cs="B Lotus" w:hint="cs"/>
          <w:szCs w:val="26"/>
          <w:rtl/>
        </w:rPr>
        <w:t>نگاهی</w:t>
      </w:r>
      <w:r w:rsidRPr="0015275C">
        <w:rPr>
          <w:rFonts w:cs="B Lotus"/>
          <w:szCs w:val="26"/>
          <w:rtl/>
        </w:rPr>
        <w:t xml:space="preserve"> </w:t>
      </w:r>
      <w:r w:rsidRPr="0015275C">
        <w:rPr>
          <w:rFonts w:cs="B Lotus" w:hint="cs"/>
          <w:szCs w:val="26"/>
          <w:rtl/>
        </w:rPr>
        <w:t>جامع،</w:t>
      </w:r>
      <w:r w:rsidRPr="0015275C">
        <w:rPr>
          <w:rFonts w:cs="B Lotus"/>
          <w:szCs w:val="26"/>
          <w:rtl/>
        </w:rPr>
        <w:t xml:space="preserve"> </w:t>
      </w:r>
      <w:r w:rsidRPr="0015275C">
        <w:rPr>
          <w:rFonts w:cs="B Lotus" w:hint="cs"/>
          <w:szCs w:val="26"/>
          <w:rtl/>
        </w:rPr>
        <w:t>داده‌محور</w:t>
      </w:r>
      <w:r w:rsidRPr="0015275C">
        <w:rPr>
          <w:rFonts w:cs="B Lotus"/>
          <w:szCs w:val="26"/>
          <w:rtl/>
        </w:rPr>
        <w:t xml:space="preserve"> </w:t>
      </w:r>
      <w:r w:rsidRPr="0015275C">
        <w:rPr>
          <w:rFonts w:cs="B Lotus" w:hint="cs"/>
          <w:szCs w:val="26"/>
          <w:rtl/>
        </w:rPr>
        <w:t>و</w:t>
      </w:r>
      <w:r w:rsidRPr="0015275C">
        <w:rPr>
          <w:rFonts w:cs="B Lotus"/>
          <w:szCs w:val="26"/>
          <w:rtl/>
        </w:rPr>
        <w:t xml:space="preserve"> </w:t>
      </w:r>
      <w:r w:rsidRPr="0015275C">
        <w:rPr>
          <w:rFonts w:cs="B Lotus" w:hint="cs"/>
          <w:szCs w:val="26"/>
          <w:rtl/>
        </w:rPr>
        <w:t>متناسب</w:t>
      </w:r>
      <w:r w:rsidRPr="0015275C">
        <w:rPr>
          <w:rFonts w:cs="B Lotus"/>
          <w:szCs w:val="26"/>
          <w:rtl/>
        </w:rPr>
        <w:t xml:space="preserve"> </w:t>
      </w:r>
      <w:r w:rsidRPr="0015275C">
        <w:rPr>
          <w:rFonts w:cs="B Lotus" w:hint="cs"/>
          <w:szCs w:val="26"/>
          <w:rtl/>
        </w:rPr>
        <w:t>با</w:t>
      </w:r>
      <w:r w:rsidRPr="0015275C">
        <w:rPr>
          <w:rFonts w:cs="B Lotus"/>
          <w:szCs w:val="26"/>
          <w:rtl/>
        </w:rPr>
        <w:t xml:space="preserve"> </w:t>
      </w:r>
      <w:r w:rsidRPr="0015275C">
        <w:rPr>
          <w:rFonts w:cs="B Lotus" w:hint="cs"/>
          <w:szCs w:val="26"/>
          <w:rtl/>
        </w:rPr>
        <w:t>بافت</w:t>
      </w:r>
      <w:r w:rsidRPr="0015275C">
        <w:rPr>
          <w:rFonts w:cs="B Lotus"/>
          <w:szCs w:val="26"/>
          <w:rtl/>
        </w:rPr>
        <w:t xml:space="preserve"> </w:t>
      </w:r>
      <w:r w:rsidRPr="0015275C">
        <w:rPr>
          <w:rFonts w:cs="B Lotus" w:hint="cs"/>
          <w:szCs w:val="26"/>
          <w:rtl/>
        </w:rPr>
        <w:t>فرهنگی</w:t>
      </w:r>
      <w:r w:rsidRPr="0015275C">
        <w:rPr>
          <w:rFonts w:cs="B Lotus"/>
          <w:szCs w:val="26"/>
          <w:rtl/>
        </w:rPr>
        <w:t>-</w:t>
      </w:r>
      <w:r w:rsidRPr="0015275C">
        <w:rPr>
          <w:rFonts w:cs="B Lotus" w:hint="cs"/>
          <w:szCs w:val="26"/>
          <w:rtl/>
        </w:rPr>
        <w:t>اقتصادی</w:t>
      </w:r>
      <w:r w:rsidRPr="0015275C">
        <w:rPr>
          <w:rFonts w:cs="B Lotus"/>
          <w:szCs w:val="26"/>
          <w:rtl/>
        </w:rPr>
        <w:t xml:space="preserve"> </w:t>
      </w:r>
      <w:r w:rsidRPr="0015275C">
        <w:rPr>
          <w:rFonts w:cs="B Lotus" w:hint="cs"/>
          <w:szCs w:val="26"/>
          <w:rtl/>
        </w:rPr>
        <w:t>کشور</w:t>
      </w:r>
      <w:r w:rsidRPr="0015275C">
        <w:rPr>
          <w:rFonts w:cs="B Lotus"/>
          <w:szCs w:val="26"/>
          <w:rtl/>
        </w:rPr>
        <w:t xml:space="preserve"> </w:t>
      </w:r>
      <w:r w:rsidRPr="0015275C">
        <w:rPr>
          <w:rFonts w:cs="B Lotus" w:hint="cs"/>
          <w:szCs w:val="26"/>
          <w:rtl/>
        </w:rPr>
        <w:t>است</w:t>
      </w:r>
      <w:r w:rsidRPr="0015275C">
        <w:rPr>
          <w:rFonts w:cs="B Lotus"/>
          <w:szCs w:val="26"/>
          <w:rtl/>
        </w:rPr>
        <w:t xml:space="preserve">. </w:t>
      </w:r>
      <w:r w:rsidRPr="0015275C">
        <w:rPr>
          <w:rFonts w:cs="B Lotus" w:hint="cs"/>
          <w:szCs w:val="26"/>
          <w:rtl/>
        </w:rPr>
        <w:t>مطالعه</w:t>
      </w:r>
      <w:r w:rsidRPr="0015275C">
        <w:rPr>
          <w:rFonts w:cs="B Lotus"/>
          <w:szCs w:val="26"/>
          <w:rtl/>
        </w:rPr>
        <w:t xml:space="preserve"> </w:t>
      </w:r>
      <w:r w:rsidRPr="0015275C">
        <w:rPr>
          <w:rFonts w:cs="B Lotus" w:hint="cs"/>
          <w:szCs w:val="26"/>
          <w:rtl/>
        </w:rPr>
        <w:t>حاضر</w:t>
      </w:r>
      <w:r w:rsidRPr="0015275C">
        <w:rPr>
          <w:rFonts w:cs="B Lotus"/>
          <w:szCs w:val="26"/>
          <w:rtl/>
        </w:rPr>
        <w:t xml:space="preserve"> </w:t>
      </w:r>
      <w:r w:rsidRPr="0015275C">
        <w:rPr>
          <w:rFonts w:cs="B Lotus" w:hint="cs"/>
          <w:szCs w:val="26"/>
          <w:rtl/>
        </w:rPr>
        <w:t>با</w:t>
      </w:r>
      <w:r w:rsidRPr="0015275C">
        <w:rPr>
          <w:rFonts w:cs="B Lotus"/>
          <w:szCs w:val="26"/>
          <w:rtl/>
        </w:rPr>
        <w:t xml:space="preserve"> </w:t>
      </w:r>
      <w:r w:rsidRPr="0015275C">
        <w:rPr>
          <w:rFonts w:cs="B Lotus" w:hint="cs"/>
          <w:szCs w:val="26"/>
          <w:rtl/>
        </w:rPr>
        <w:t>بهره‌گیری</w:t>
      </w:r>
      <w:r w:rsidRPr="0015275C">
        <w:rPr>
          <w:rFonts w:cs="B Lotus"/>
          <w:szCs w:val="26"/>
          <w:rtl/>
        </w:rPr>
        <w:t xml:space="preserve"> </w:t>
      </w:r>
      <w:r w:rsidRPr="0015275C">
        <w:rPr>
          <w:rFonts w:cs="B Lotus" w:hint="cs"/>
          <w:szCs w:val="26"/>
          <w:rtl/>
        </w:rPr>
        <w:t>از</w:t>
      </w:r>
      <w:r w:rsidRPr="0015275C">
        <w:rPr>
          <w:rFonts w:cs="B Lotus"/>
          <w:szCs w:val="26"/>
          <w:rtl/>
        </w:rPr>
        <w:t xml:space="preserve"> </w:t>
      </w:r>
      <w:r w:rsidRPr="0015275C">
        <w:rPr>
          <w:rFonts w:cs="B Lotus" w:hint="cs"/>
          <w:szCs w:val="26"/>
          <w:rtl/>
        </w:rPr>
        <w:t>روش</w:t>
      </w:r>
      <w:r w:rsidRPr="0015275C">
        <w:rPr>
          <w:rFonts w:cs="B Lotus"/>
          <w:szCs w:val="26"/>
          <w:rtl/>
        </w:rPr>
        <w:t xml:space="preserve"> </w:t>
      </w:r>
      <w:r w:rsidRPr="0015275C">
        <w:rPr>
          <w:rFonts w:cs="B Lotus" w:hint="cs"/>
          <w:szCs w:val="26"/>
          <w:rtl/>
        </w:rPr>
        <w:t>کیفی</w:t>
      </w:r>
      <w:r w:rsidRPr="0015275C">
        <w:rPr>
          <w:rFonts w:cs="B Lotus"/>
          <w:szCs w:val="26"/>
          <w:rtl/>
        </w:rPr>
        <w:t xml:space="preserve"> </w:t>
      </w:r>
      <w:r w:rsidRPr="0015275C">
        <w:rPr>
          <w:rFonts w:cs="B Lotus" w:hint="cs"/>
          <w:szCs w:val="26"/>
          <w:rtl/>
        </w:rPr>
        <w:t>تحلیل</w:t>
      </w:r>
      <w:r w:rsidRPr="0015275C">
        <w:rPr>
          <w:rFonts w:cs="B Lotus"/>
          <w:szCs w:val="26"/>
          <w:rtl/>
        </w:rPr>
        <w:t xml:space="preserve"> </w:t>
      </w:r>
      <w:r w:rsidRPr="0015275C">
        <w:rPr>
          <w:rFonts w:cs="B Lotus" w:hint="cs"/>
          <w:szCs w:val="26"/>
          <w:rtl/>
        </w:rPr>
        <w:t>مضمون</w:t>
      </w:r>
      <w:r w:rsidRPr="0015275C">
        <w:rPr>
          <w:rFonts w:cs="B Lotus"/>
          <w:szCs w:val="26"/>
          <w:rtl/>
        </w:rPr>
        <w:t xml:space="preserve"> </w:t>
      </w:r>
      <w:r w:rsidRPr="0015275C">
        <w:rPr>
          <w:rFonts w:cs="B Lotus" w:hint="cs"/>
          <w:szCs w:val="26"/>
          <w:rtl/>
        </w:rPr>
        <w:t>و</w:t>
      </w:r>
      <w:r w:rsidRPr="0015275C">
        <w:rPr>
          <w:rFonts w:cs="B Lotus"/>
          <w:szCs w:val="26"/>
          <w:rtl/>
        </w:rPr>
        <w:t xml:space="preserve"> </w:t>
      </w:r>
      <w:r w:rsidRPr="0015275C">
        <w:rPr>
          <w:rFonts w:cs="B Lotus" w:hint="cs"/>
          <w:szCs w:val="26"/>
          <w:rtl/>
        </w:rPr>
        <w:t>مصاحبه</w:t>
      </w:r>
      <w:r w:rsidRPr="0015275C">
        <w:rPr>
          <w:rFonts w:cs="B Lotus"/>
          <w:szCs w:val="26"/>
          <w:rtl/>
        </w:rPr>
        <w:t xml:space="preserve"> </w:t>
      </w:r>
      <w:r w:rsidRPr="0015275C">
        <w:rPr>
          <w:rFonts w:cs="B Lotus" w:hint="cs"/>
          <w:szCs w:val="26"/>
          <w:rtl/>
        </w:rPr>
        <w:t>با</w:t>
      </w:r>
      <w:r w:rsidRPr="0015275C">
        <w:rPr>
          <w:rFonts w:cs="B Lotus"/>
          <w:szCs w:val="26"/>
          <w:rtl/>
        </w:rPr>
        <w:t xml:space="preserve"> </w:t>
      </w:r>
      <w:r w:rsidRPr="0015275C">
        <w:rPr>
          <w:rFonts w:cs="B Lotus" w:hint="cs"/>
          <w:szCs w:val="26"/>
          <w:rtl/>
        </w:rPr>
        <w:t>خبرگان</w:t>
      </w:r>
      <w:r w:rsidRPr="0015275C">
        <w:rPr>
          <w:rFonts w:cs="B Lotus"/>
          <w:szCs w:val="26"/>
          <w:rtl/>
        </w:rPr>
        <w:t xml:space="preserve"> </w:t>
      </w:r>
      <w:r w:rsidRPr="0015275C">
        <w:rPr>
          <w:rFonts w:cs="B Lotus" w:hint="cs"/>
          <w:szCs w:val="26"/>
          <w:rtl/>
        </w:rPr>
        <w:t>حوزه،</w:t>
      </w:r>
      <w:r w:rsidRPr="0015275C">
        <w:rPr>
          <w:rFonts w:cs="B Lotus"/>
          <w:szCs w:val="26"/>
          <w:rtl/>
        </w:rPr>
        <w:t xml:space="preserve"> </w:t>
      </w:r>
      <w:r w:rsidRPr="0015275C">
        <w:rPr>
          <w:rFonts w:cs="B Lotus" w:hint="cs"/>
          <w:szCs w:val="26"/>
          <w:rtl/>
        </w:rPr>
        <w:t>به</w:t>
      </w:r>
      <w:r w:rsidRPr="0015275C">
        <w:rPr>
          <w:rFonts w:cs="B Lotus"/>
          <w:szCs w:val="26"/>
          <w:rtl/>
        </w:rPr>
        <w:t xml:space="preserve"> </w:t>
      </w:r>
      <w:r w:rsidRPr="0015275C">
        <w:rPr>
          <w:rFonts w:cs="B Lotus" w:hint="cs"/>
          <w:szCs w:val="26"/>
          <w:rtl/>
        </w:rPr>
        <w:t>طراحی</w:t>
      </w:r>
      <w:r w:rsidRPr="0015275C">
        <w:rPr>
          <w:rFonts w:cs="B Lotus"/>
          <w:szCs w:val="26"/>
          <w:rtl/>
        </w:rPr>
        <w:t xml:space="preserve"> </w:t>
      </w:r>
      <w:r w:rsidRPr="0015275C">
        <w:rPr>
          <w:rFonts w:cs="B Lotus" w:hint="cs"/>
          <w:szCs w:val="26"/>
          <w:rtl/>
        </w:rPr>
        <w:t>یک</w:t>
      </w:r>
      <w:r w:rsidRPr="0015275C">
        <w:rPr>
          <w:rFonts w:cs="B Lotus"/>
          <w:szCs w:val="26"/>
          <w:rtl/>
        </w:rPr>
        <w:t xml:space="preserve"> </w:t>
      </w:r>
      <w:r w:rsidRPr="0015275C">
        <w:rPr>
          <w:rFonts w:cs="B Lotus" w:hint="cs"/>
          <w:szCs w:val="26"/>
          <w:rtl/>
        </w:rPr>
        <w:t>مدل</w:t>
      </w:r>
      <w:r w:rsidRPr="0015275C">
        <w:rPr>
          <w:rFonts w:cs="B Lotus"/>
          <w:szCs w:val="26"/>
          <w:rtl/>
        </w:rPr>
        <w:t xml:space="preserve"> </w:t>
      </w:r>
      <w:r w:rsidRPr="0015275C">
        <w:rPr>
          <w:rFonts w:cs="B Lotus" w:hint="cs"/>
          <w:szCs w:val="26"/>
          <w:rtl/>
        </w:rPr>
        <w:t>بومی</w:t>
      </w:r>
      <w:r w:rsidRPr="0015275C">
        <w:rPr>
          <w:rFonts w:cs="B Lotus"/>
          <w:szCs w:val="26"/>
          <w:rtl/>
        </w:rPr>
        <w:t xml:space="preserve"> </w:t>
      </w:r>
      <w:r w:rsidRPr="0015275C">
        <w:rPr>
          <w:rFonts w:cs="B Lotus" w:hint="cs"/>
          <w:szCs w:val="26"/>
          <w:rtl/>
        </w:rPr>
        <w:t>و</w:t>
      </w:r>
      <w:r w:rsidRPr="0015275C">
        <w:rPr>
          <w:rFonts w:cs="B Lotus"/>
          <w:szCs w:val="26"/>
          <w:rtl/>
        </w:rPr>
        <w:t xml:space="preserve"> </w:t>
      </w:r>
      <w:r w:rsidRPr="0015275C">
        <w:rPr>
          <w:rFonts w:cs="B Lotus" w:hint="cs"/>
          <w:szCs w:val="26"/>
          <w:rtl/>
        </w:rPr>
        <w:t>کاربردی</w:t>
      </w:r>
      <w:r w:rsidRPr="0015275C">
        <w:rPr>
          <w:rFonts w:cs="B Lotus"/>
          <w:szCs w:val="26"/>
          <w:rtl/>
        </w:rPr>
        <w:t xml:space="preserve"> </w:t>
      </w:r>
      <w:r w:rsidRPr="0015275C">
        <w:rPr>
          <w:rFonts w:cs="B Lotus" w:hint="cs"/>
          <w:szCs w:val="26"/>
          <w:rtl/>
        </w:rPr>
        <w:t>پرداخته</w:t>
      </w:r>
      <w:r w:rsidRPr="0015275C">
        <w:rPr>
          <w:rFonts w:cs="B Lotus"/>
          <w:szCs w:val="26"/>
          <w:rtl/>
        </w:rPr>
        <w:t xml:space="preserve"> </w:t>
      </w:r>
      <w:r w:rsidRPr="0015275C">
        <w:rPr>
          <w:rFonts w:cs="B Lotus" w:hint="cs"/>
          <w:szCs w:val="26"/>
          <w:rtl/>
        </w:rPr>
        <w:t>که</w:t>
      </w:r>
      <w:r w:rsidRPr="0015275C">
        <w:rPr>
          <w:rFonts w:cs="B Lotus"/>
          <w:szCs w:val="26"/>
          <w:rtl/>
        </w:rPr>
        <w:t xml:space="preserve"> </w:t>
      </w:r>
      <w:r w:rsidRPr="0015275C">
        <w:rPr>
          <w:rFonts w:cs="B Lotus" w:hint="cs"/>
          <w:szCs w:val="26"/>
          <w:rtl/>
        </w:rPr>
        <w:t>ابعاد</w:t>
      </w:r>
      <w:r w:rsidRPr="0015275C">
        <w:rPr>
          <w:rFonts w:cs="B Lotus"/>
          <w:szCs w:val="26"/>
          <w:rtl/>
        </w:rPr>
        <w:t xml:space="preserve"> </w:t>
      </w:r>
      <w:r w:rsidRPr="0015275C">
        <w:rPr>
          <w:rFonts w:cs="B Lotus" w:hint="cs"/>
          <w:szCs w:val="26"/>
          <w:rtl/>
        </w:rPr>
        <w:t>مختلف</w:t>
      </w:r>
      <w:r w:rsidRPr="0015275C">
        <w:rPr>
          <w:rFonts w:cs="B Lotus"/>
          <w:szCs w:val="26"/>
          <w:rtl/>
        </w:rPr>
        <w:t xml:space="preserve"> </w:t>
      </w:r>
      <w:r w:rsidRPr="0015275C">
        <w:rPr>
          <w:rFonts w:cs="B Lotus" w:hint="cs"/>
          <w:szCs w:val="26"/>
          <w:rtl/>
        </w:rPr>
        <w:t>عملکردی</w:t>
      </w:r>
      <w:r w:rsidRPr="0015275C">
        <w:rPr>
          <w:rFonts w:cs="B Lotus"/>
          <w:szCs w:val="26"/>
          <w:rtl/>
        </w:rPr>
        <w:t xml:space="preserve"> </w:t>
      </w:r>
      <w:r w:rsidRPr="0015275C">
        <w:rPr>
          <w:rFonts w:cs="B Lotus" w:hint="cs"/>
          <w:szCs w:val="26"/>
          <w:rtl/>
        </w:rPr>
        <w:t>این</w:t>
      </w:r>
      <w:r w:rsidRPr="0015275C">
        <w:rPr>
          <w:rFonts w:cs="B Lotus"/>
          <w:szCs w:val="26"/>
          <w:rtl/>
        </w:rPr>
        <w:t xml:space="preserve"> </w:t>
      </w:r>
      <w:r w:rsidRPr="0015275C">
        <w:rPr>
          <w:rFonts w:cs="B Lotus" w:hint="cs"/>
          <w:szCs w:val="26"/>
          <w:rtl/>
        </w:rPr>
        <w:t>مراکز</w:t>
      </w:r>
      <w:r w:rsidRPr="0015275C">
        <w:rPr>
          <w:rFonts w:cs="B Lotus"/>
          <w:szCs w:val="26"/>
          <w:rtl/>
        </w:rPr>
        <w:t xml:space="preserve"> </w:t>
      </w:r>
      <w:r w:rsidRPr="0015275C">
        <w:rPr>
          <w:rFonts w:cs="B Lotus" w:hint="cs"/>
          <w:szCs w:val="26"/>
          <w:rtl/>
        </w:rPr>
        <w:t>را</w:t>
      </w:r>
      <w:r w:rsidRPr="0015275C">
        <w:rPr>
          <w:rFonts w:cs="B Lotus"/>
          <w:szCs w:val="26"/>
          <w:rtl/>
        </w:rPr>
        <w:t xml:space="preserve"> </w:t>
      </w:r>
      <w:r w:rsidRPr="0015275C">
        <w:rPr>
          <w:rFonts w:cs="B Lotus" w:hint="cs"/>
          <w:szCs w:val="26"/>
          <w:rtl/>
        </w:rPr>
        <w:t>با</w:t>
      </w:r>
      <w:r w:rsidRPr="0015275C">
        <w:rPr>
          <w:rFonts w:cs="B Lotus"/>
          <w:szCs w:val="26"/>
          <w:rtl/>
        </w:rPr>
        <w:t xml:space="preserve"> </w:t>
      </w:r>
      <w:r w:rsidRPr="0015275C">
        <w:rPr>
          <w:rFonts w:cs="B Lotus" w:hint="cs"/>
          <w:szCs w:val="26"/>
          <w:rtl/>
        </w:rPr>
        <w:t>رویکرد</w:t>
      </w:r>
      <w:r w:rsidRPr="0015275C">
        <w:rPr>
          <w:rFonts w:cs="B Lotus"/>
          <w:szCs w:val="26"/>
          <w:rtl/>
        </w:rPr>
        <w:t xml:space="preserve"> </w:t>
      </w:r>
      <w:r w:rsidRPr="0015275C">
        <w:rPr>
          <w:rFonts w:cs="B Lotus" w:hint="cs"/>
          <w:szCs w:val="26"/>
          <w:rtl/>
        </w:rPr>
        <w:t>سیستمی</w:t>
      </w:r>
      <w:r w:rsidRPr="0015275C">
        <w:rPr>
          <w:rFonts w:cs="B Lotus"/>
          <w:szCs w:val="26"/>
          <w:rtl/>
        </w:rPr>
        <w:t xml:space="preserve"> </w:t>
      </w:r>
      <w:r w:rsidRPr="0015275C">
        <w:rPr>
          <w:rFonts w:cs="B Lotus" w:hint="cs"/>
          <w:szCs w:val="26"/>
          <w:rtl/>
        </w:rPr>
        <w:t>پوشش</w:t>
      </w:r>
      <w:r w:rsidRPr="0015275C">
        <w:rPr>
          <w:rFonts w:cs="B Lotus"/>
          <w:szCs w:val="26"/>
          <w:rtl/>
        </w:rPr>
        <w:t xml:space="preserve"> </w:t>
      </w:r>
      <w:r w:rsidRPr="0015275C">
        <w:rPr>
          <w:rFonts w:cs="B Lotus" w:hint="cs"/>
          <w:szCs w:val="26"/>
          <w:rtl/>
        </w:rPr>
        <w:t>می‌دهد</w:t>
      </w:r>
      <w:r w:rsidRPr="0015275C">
        <w:rPr>
          <w:rFonts w:cs="B Lotus"/>
          <w:szCs w:val="26"/>
        </w:rPr>
        <w:t>.</w:t>
      </w:r>
    </w:p>
    <w:p w14:paraId="69C9343E" w14:textId="77777777" w:rsidR="00E52C87" w:rsidRDefault="00E52C87" w:rsidP="00D5135E">
      <w:pPr>
        <w:bidi/>
        <w:jc w:val="both"/>
        <w:rPr>
          <w:rFonts w:cs="B Lotus"/>
          <w:szCs w:val="26"/>
          <w:rtl/>
        </w:rPr>
      </w:pPr>
      <w:r w:rsidRPr="00710843">
        <w:rPr>
          <w:rFonts w:cs="B Lotus" w:hint="cs"/>
          <w:szCs w:val="26"/>
          <w:rtl/>
        </w:rPr>
        <w:lastRenderedPageBreak/>
        <w:t>یکی</w:t>
      </w:r>
      <w:r w:rsidRPr="00710843">
        <w:rPr>
          <w:rFonts w:cs="B Lotus"/>
          <w:szCs w:val="26"/>
          <w:rtl/>
        </w:rPr>
        <w:t xml:space="preserve"> </w:t>
      </w:r>
      <w:r w:rsidRPr="00710843">
        <w:rPr>
          <w:rFonts w:cs="B Lotus" w:hint="cs"/>
          <w:szCs w:val="26"/>
          <w:rtl/>
        </w:rPr>
        <w:t>از</w:t>
      </w:r>
      <w:r w:rsidRPr="00710843">
        <w:rPr>
          <w:rFonts w:cs="B Lotus"/>
          <w:szCs w:val="26"/>
          <w:rtl/>
        </w:rPr>
        <w:t xml:space="preserve"> </w:t>
      </w:r>
      <w:r w:rsidRPr="00710843">
        <w:rPr>
          <w:rFonts w:cs="B Lotus" w:hint="cs"/>
          <w:szCs w:val="26"/>
          <w:rtl/>
        </w:rPr>
        <w:t>یافته‌های</w:t>
      </w:r>
      <w:r w:rsidRPr="00710843">
        <w:rPr>
          <w:rFonts w:cs="B Lotus"/>
          <w:szCs w:val="26"/>
          <w:rtl/>
        </w:rPr>
        <w:t xml:space="preserve"> </w:t>
      </w:r>
      <w:r w:rsidRPr="00710843">
        <w:rPr>
          <w:rFonts w:cs="B Lotus" w:hint="cs"/>
          <w:szCs w:val="26"/>
          <w:rtl/>
        </w:rPr>
        <w:t>بنیادین</w:t>
      </w:r>
      <w:r w:rsidRPr="00710843">
        <w:rPr>
          <w:rFonts w:cs="B Lotus"/>
          <w:szCs w:val="26"/>
          <w:rtl/>
        </w:rPr>
        <w:t xml:space="preserve"> </w:t>
      </w:r>
      <w:r w:rsidRPr="00710843">
        <w:rPr>
          <w:rFonts w:cs="B Lotus" w:hint="cs"/>
          <w:szCs w:val="26"/>
          <w:rtl/>
        </w:rPr>
        <w:t>این</w:t>
      </w:r>
      <w:r w:rsidRPr="00710843">
        <w:rPr>
          <w:rFonts w:cs="B Lotus"/>
          <w:szCs w:val="26"/>
          <w:rtl/>
        </w:rPr>
        <w:t xml:space="preserve"> </w:t>
      </w:r>
      <w:r w:rsidRPr="00710843">
        <w:rPr>
          <w:rFonts w:cs="B Lotus" w:hint="cs"/>
          <w:szCs w:val="26"/>
          <w:rtl/>
        </w:rPr>
        <w:t>پژوهش،</w:t>
      </w:r>
      <w:r w:rsidRPr="00710843">
        <w:rPr>
          <w:rFonts w:cs="B Lotus"/>
          <w:szCs w:val="26"/>
          <w:rtl/>
        </w:rPr>
        <w:t xml:space="preserve"> </w:t>
      </w:r>
      <w:r w:rsidRPr="00710843">
        <w:rPr>
          <w:rFonts w:cs="B Lotus" w:hint="cs"/>
          <w:szCs w:val="26"/>
          <w:rtl/>
        </w:rPr>
        <w:t>شناسایی</w:t>
      </w:r>
      <w:r w:rsidRPr="00710843">
        <w:rPr>
          <w:rFonts w:cs="B Lotus"/>
          <w:szCs w:val="26"/>
          <w:rtl/>
        </w:rPr>
        <w:t xml:space="preserve"> </w:t>
      </w:r>
      <w:r w:rsidRPr="00710843">
        <w:rPr>
          <w:rFonts w:cs="B Lotus" w:hint="cs"/>
          <w:szCs w:val="26"/>
          <w:rtl/>
        </w:rPr>
        <w:t>و</w:t>
      </w:r>
      <w:r w:rsidRPr="00710843">
        <w:rPr>
          <w:rFonts w:cs="B Lotus"/>
          <w:szCs w:val="26"/>
          <w:rtl/>
        </w:rPr>
        <w:t xml:space="preserve"> </w:t>
      </w:r>
      <w:r w:rsidRPr="00710843">
        <w:rPr>
          <w:rFonts w:cs="B Lotus" w:hint="cs"/>
          <w:szCs w:val="26"/>
          <w:rtl/>
        </w:rPr>
        <w:t>تأکید</w:t>
      </w:r>
      <w:r w:rsidRPr="00710843">
        <w:rPr>
          <w:rFonts w:cs="B Lotus"/>
          <w:szCs w:val="26"/>
          <w:rtl/>
        </w:rPr>
        <w:t xml:space="preserve"> </w:t>
      </w:r>
      <w:r w:rsidRPr="00710843">
        <w:rPr>
          <w:rFonts w:cs="B Lotus" w:hint="cs"/>
          <w:szCs w:val="26"/>
          <w:rtl/>
        </w:rPr>
        <w:t>بر</w:t>
      </w:r>
      <w:r w:rsidRPr="00710843">
        <w:rPr>
          <w:rFonts w:cs="B Lotus"/>
          <w:szCs w:val="26"/>
          <w:rtl/>
        </w:rPr>
        <w:t xml:space="preserve"> </w:t>
      </w:r>
      <w:r w:rsidRPr="00710843">
        <w:rPr>
          <w:rFonts w:cs="B Lotus" w:hint="cs"/>
          <w:szCs w:val="26"/>
          <w:rtl/>
        </w:rPr>
        <w:t>نقش</w:t>
      </w:r>
      <w:r w:rsidRPr="00710843">
        <w:rPr>
          <w:rFonts w:cs="B Lotus"/>
          <w:szCs w:val="26"/>
          <w:rtl/>
        </w:rPr>
        <w:t xml:space="preserve"> </w:t>
      </w:r>
      <w:r w:rsidRPr="00710843">
        <w:rPr>
          <w:rFonts w:cs="B Lotus" w:hint="cs"/>
          <w:szCs w:val="26"/>
          <w:rtl/>
        </w:rPr>
        <w:t>مؤلفه</w:t>
      </w:r>
      <w:r w:rsidRPr="00710843">
        <w:rPr>
          <w:rFonts w:cs="B Lotus"/>
          <w:szCs w:val="26"/>
          <w:rtl/>
        </w:rPr>
        <w:t xml:space="preserve"> «</w:t>
      </w:r>
      <w:r w:rsidRPr="00710843">
        <w:rPr>
          <w:rFonts w:cs="B Lotus" w:hint="cs"/>
          <w:szCs w:val="26"/>
          <w:rtl/>
        </w:rPr>
        <w:t>زیرساخت‌ها</w:t>
      </w:r>
      <w:r w:rsidRPr="00710843">
        <w:rPr>
          <w:rFonts w:cs="B Lotus"/>
          <w:szCs w:val="26"/>
          <w:rtl/>
        </w:rPr>
        <w:t xml:space="preserve"> </w:t>
      </w:r>
      <w:r w:rsidRPr="00710843">
        <w:rPr>
          <w:rFonts w:cs="B Lotus" w:hint="cs"/>
          <w:szCs w:val="26"/>
          <w:rtl/>
        </w:rPr>
        <w:t>و</w:t>
      </w:r>
      <w:r w:rsidRPr="00710843">
        <w:rPr>
          <w:rFonts w:cs="B Lotus"/>
          <w:szCs w:val="26"/>
          <w:rtl/>
        </w:rPr>
        <w:t xml:space="preserve"> </w:t>
      </w:r>
      <w:r w:rsidRPr="00710843">
        <w:rPr>
          <w:rFonts w:cs="B Lotus" w:hint="cs"/>
          <w:szCs w:val="26"/>
          <w:rtl/>
        </w:rPr>
        <w:t>استانداردها</w:t>
      </w:r>
      <w:r w:rsidRPr="00710843">
        <w:rPr>
          <w:rFonts w:cs="B Lotus" w:hint="eastAsia"/>
          <w:szCs w:val="26"/>
          <w:rtl/>
        </w:rPr>
        <w:t>»</w:t>
      </w:r>
      <w:r w:rsidRPr="00710843">
        <w:rPr>
          <w:rFonts w:cs="B Lotus"/>
          <w:szCs w:val="26"/>
          <w:rtl/>
        </w:rPr>
        <w:t xml:space="preserve"> </w:t>
      </w:r>
      <w:r w:rsidRPr="00710843">
        <w:rPr>
          <w:rFonts w:cs="B Lotus" w:hint="cs"/>
          <w:szCs w:val="26"/>
          <w:rtl/>
        </w:rPr>
        <w:t>به‌عنوان</w:t>
      </w:r>
      <w:r w:rsidRPr="00710843">
        <w:rPr>
          <w:rFonts w:cs="B Lotus"/>
          <w:szCs w:val="26"/>
          <w:rtl/>
        </w:rPr>
        <w:t xml:space="preserve"> </w:t>
      </w:r>
      <w:r w:rsidRPr="00710843">
        <w:rPr>
          <w:rFonts w:cs="B Lotus" w:hint="cs"/>
          <w:szCs w:val="26"/>
          <w:rtl/>
        </w:rPr>
        <w:t>زیربنای</w:t>
      </w:r>
      <w:r w:rsidRPr="00710843">
        <w:rPr>
          <w:rFonts w:cs="B Lotus"/>
          <w:szCs w:val="26"/>
          <w:rtl/>
        </w:rPr>
        <w:t xml:space="preserve"> </w:t>
      </w:r>
      <w:r w:rsidRPr="00710843">
        <w:rPr>
          <w:rFonts w:cs="B Lotus" w:hint="cs"/>
          <w:szCs w:val="26"/>
          <w:rtl/>
        </w:rPr>
        <w:t>عملکرد</w:t>
      </w:r>
      <w:r w:rsidRPr="00710843">
        <w:rPr>
          <w:rFonts w:cs="B Lotus"/>
          <w:szCs w:val="26"/>
          <w:rtl/>
        </w:rPr>
        <w:t xml:space="preserve"> </w:t>
      </w:r>
      <w:r w:rsidRPr="00710843">
        <w:rPr>
          <w:rFonts w:cs="B Lotus" w:hint="cs"/>
          <w:szCs w:val="26"/>
          <w:rtl/>
        </w:rPr>
        <w:t>موفق</w:t>
      </w:r>
      <w:r w:rsidRPr="00710843">
        <w:rPr>
          <w:rFonts w:cs="B Lotus"/>
          <w:szCs w:val="26"/>
          <w:rtl/>
        </w:rPr>
        <w:t xml:space="preserve"> </w:t>
      </w:r>
      <w:r w:rsidRPr="00710843">
        <w:rPr>
          <w:rFonts w:cs="B Lotus" w:hint="cs"/>
          <w:szCs w:val="26"/>
          <w:rtl/>
        </w:rPr>
        <w:t>استخرهای</w:t>
      </w:r>
      <w:r w:rsidRPr="00710843">
        <w:rPr>
          <w:rFonts w:cs="B Lotus"/>
          <w:szCs w:val="26"/>
          <w:rtl/>
        </w:rPr>
        <w:t xml:space="preserve"> </w:t>
      </w:r>
      <w:r w:rsidRPr="00710843">
        <w:rPr>
          <w:rFonts w:cs="B Lotus" w:hint="cs"/>
          <w:szCs w:val="26"/>
          <w:rtl/>
        </w:rPr>
        <w:t>ورزشی</w:t>
      </w:r>
      <w:r w:rsidRPr="00710843">
        <w:rPr>
          <w:rFonts w:cs="B Lotus"/>
          <w:szCs w:val="26"/>
          <w:rtl/>
        </w:rPr>
        <w:t xml:space="preserve"> </w:t>
      </w:r>
      <w:r w:rsidRPr="00710843">
        <w:rPr>
          <w:rFonts w:cs="B Lotus" w:hint="cs"/>
          <w:szCs w:val="26"/>
          <w:rtl/>
        </w:rPr>
        <w:t>در</w:t>
      </w:r>
      <w:r w:rsidRPr="00710843">
        <w:rPr>
          <w:rFonts w:cs="B Lotus"/>
          <w:szCs w:val="26"/>
          <w:rtl/>
        </w:rPr>
        <w:t xml:space="preserve"> </w:t>
      </w:r>
      <w:r w:rsidRPr="00710843">
        <w:rPr>
          <w:rFonts w:cs="B Lotus" w:hint="cs"/>
          <w:szCs w:val="26"/>
          <w:rtl/>
        </w:rPr>
        <w:t>ایران</w:t>
      </w:r>
      <w:r w:rsidRPr="00710843">
        <w:rPr>
          <w:rFonts w:cs="B Lotus"/>
          <w:szCs w:val="26"/>
          <w:rtl/>
        </w:rPr>
        <w:t xml:space="preserve"> </w:t>
      </w:r>
      <w:r w:rsidRPr="00710843">
        <w:rPr>
          <w:rFonts w:cs="B Lotus" w:hint="cs"/>
          <w:szCs w:val="26"/>
          <w:rtl/>
        </w:rPr>
        <w:t>است</w:t>
      </w:r>
      <w:r w:rsidRPr="00710843">
        <w:rPr>
          <w:rFonts w:cs="B Lotus"/>
          <w:szCs w:val="26"/>
          <w:rtl/>
        </w:rPr>
        <w:t xml:space="preserve">. </w:t>
      </w:r>
      <w:r w:rsidRPr="00710843">
        <w:rPr>
          <w:rFonts w:cs="B Lotus" w:hint="cs"/>
          <w:szCs w:val="26"/>
          <w:rtl/>
        </w:rPr>
        <w:t>این</w:t>
      </w:r>
      <w:r w:rsidRPr="00710843">
        <w:rPr>
          <w:rFonts w:cs="B Lotus"/>
          <w:szCs w:val="26"/>
          <w:rtl/>
        </w:rPr>
        <w:t xml:space="preserve"> </w:t>
      </w:r>
      <w:r w:rsidRPr="00710843">
        <w:rPr>
          <w:rFonts w:cs="B Lotus" w:hint="cs"/>
          <w:szCs w:val="26"/>
          <w:rtl/>
        </w:rPr>
        <w:t>مؤلفه</w:t>
      </w:r>
      <w:r w:rsidRPr="00710843">
        <w:rPr>
          <w:rFonts w:cs="B Lotus"/>
          <w:szCs w:val="26"/>
          <w:rtl/>
        </w:rPr>
        <w:t xml:space="preserve"> </w:t>
      </w:r>
      <w:r w:rsidRPr="00710843">
        <w:rPr>
          <w:rFonts w:cs="B Lotus" w:hint="cs"/>
          <w:szCs w:val="26"/>
          <w:rtl/>
        </w:rPr>
        <w:t>با</w:t>
      </w:r>
      <w:r w:rsidRPr="00710843">
        <w:rPr>
          <w:rFonts w:cs="B Lotus"/>
          <w:szCs w:val="26"/>
          <w:rtl/>
        </w:rPr>
        <w:t xml:space="preserve"> </w:t>
      </w:r>
      <w:r w:rsidRPr="00710843">
        <w:rPr>
          <w:rFonts w:cs="B Lotus" w:hint="cs"/>
          <w:szCs w:val="26"/>
          <w:rtl/>
        </w:rPr>
        <w:t>بیشترین</w:t>
      </w:r>
      <w:r w:rsidRPr="00710843">
        <w:rPr>
          <w:rFonts w:cs="B Lotus"/>
          <w:szCs w:val="26"/>
          <w:rtl/>
        </w:rPr>
        <w:t xml:space="preserve"> </w:t>
      </w:r>
      <w:r w:rsidRPr="00710843">
        <w:rPr>
          <w:rFonts w:cs="B Lotus" w:hint="cs"/>
          <w:szCs w:val="26"/>
          <w:rtl/>
        </w:rPr>
        <w:t>وزن</w:t>
      </w:r>
      <w:r>
        <w:rPr>
          <w:rFonts w:cs="B Lotus" w:hint="cs"/>
          <w:szCs w:val="26"/>
          <w:rtl/>
        </w:rPr>
        <w:t xml:space="preserve"> (382 از 1000)</w:t>
      </w:r>
      <w:r w:rsidRPr="00710843">
        <w:rPr>
          <w:rFonts w:cs="B Lotus"/>
          <w:szCs w:val="26"/>
          <w:rtl/>
        </w:rPr>
        <w:t xml:space="preserve"> </w:t>
      </w:r>
      <w:r w:rsidRPr="00710843">
        <w:rPr>
          <w:rFonts w:cs="B Lotus" w:hint="cs"/>
          <w:szCs w:val="26"/>
          <w:rtl/>
        </w:rPr>
        <w:t>در</w:t>
      </w:r>
      <w:r w:rsidRPr="00710843">
        <w:rPr>
          <w:rFonts w:cs="B Lotus"/>
          <w:szCs w:val="26"/>
          <w:rtl/>
        </w:rPr>
        <w:t xml:space="preserve"> </w:t>
      </w:r>
      <w:r w:rsidRPr="00710843">
        <w:rPr>
          <w:rFonts w:cs="B Lotus" w:hint="cs"/>
          <w:szCs w:val="26"/>
          <w:rtl/>
        </w:rPr>
        <w:t>مدل</w:t>
      </w:r>
      <w:r w:rsidRPr="00710843">
        <w:rPr>
          <w:rFonts w:cs="B Lotus"/>
          <w:szCs w:val="26"/>
          <w:rtl/>
        </w:rPr>
        <w:t xml:space="preserve"> </w:t>
      </w:r>
      <w:r w:rsidRPr="00710843">
        <w:rPr>
          <w:rFonts w:cs="B Lotus" w:hint="cs"/>
          <w:szCs w:val="26"/>
          <w:rtl/>
        </w:rPr>
        <w:t>مفهومی</w:t>
      </w:r>
      <w:r w:rsidRPr="00710843">
        <w:rPr>
          <w:rFonts w:cs="B Lotus"/>
          <w:szCs w:val="26"/>
          <w:rtl/>
        </w:rPr>
        <w:t xml:space="preserve"> </w:t>
      </w:r>
      <w:r w:rsidRPr="00710843">
        <w:rPr>
          <w:rFonts w:cs="B Lotus" w:hint="cs"/>
          <w:szCs w:val="26"/>
          <w:rtl/>
        </w:rPr>
        <w:t>نهایی،</w:t>
      </w:r>
      <w:r w:rsidRPr="00710843">
        <w:rPr>
          <w:rFonts w:cs="B Lotus"/>
          <w:szCs w:val="26"/>
          <w:rtl/>
        </w:rPr>
        <w:t xml:space="preserve"> </w:t>
      </w:r>
      <w:r w:rsidRPr="00710843">
        <w:rPr>
          <w:rFonts w:cs="B Lotus" w:hint="cs"/>
          <w:szCs w:val="26"/>
          <w:rtl/>
        </w:rPr>
        <w:t>نمایانگر</w:t>
      </w:r>
      <w:r w:rsidRPr="00710843">
        <w:rPr>
          <w:rFonts w:cs="B Lotus"/>
          <w:szCs w:val="26"/>
          <w:rtl/>
        </w:rPr>
        <w:t xml:space="preserve"> </w:t>
      </w:r>
      <w:r w:rsidRPr="00710843">
        <w:rPr>
          <w:rFonts w:cs="B Lotus" w:hint="cs"/>
          <w:szCs w:val="26"/>
          <w:rtl/>
        </w:rPr>
        <w:t>آن</w:t>
      </w:r>
      <w:r w:rsidRPr="00710843">
        <w:rPr>
          <w:rFonts w:cs="B Lotus"/>
          <w:szCs w:val="26"/>
          <w:rtl/>
        </w:rPr>
        <w:t xml:space="preserve"> </w:t>
      </w:r>
      <w:r w:rsidRPr="00710843">
        <w:rPr>
          <w:rFonts w:cs="B Lotus" w:hint="cs"/>
          <w:szCs w:val="26"/>
          <w:rtl/>
        </w:rPr>
        <w:t>است</w:t>
      </w:r>
      <w:r w:rsidRPr="00710843">
        <w:rPr>
          <w:rFonts w:cs="B Lotus"/>
          <w:szCs w:val="26"/>
          <w:rtl/>
        </w:rPr>
        <w:t xml:space="preserve"> </w:t>
      </w:r>
      <w:r w:rsidRPr="00710843">
        <w:rPr>
          <w:rFonts w:cs="B Lotus" w:hint="cs"/>
          <w:szCs w:val="26"/>
          <w:rtl/>
        </w:rPr>
        <w:t>که</w:t>
      </w:r>
      <w:r w:rsidRPr="00710843">
        <w:rPr>
          <w:rFonts w:cs="B Lotus"/>
          <w:szCs w:val="26"/>
          <w:rtl/>
        </w:rPr>
        <w:t xml:space="preserve"> </w:t>
      </w:r>
      <w:r w:rsidRPr="00710843">
        <w:rPr>
          <w:rFonts w:cs="B Lotus" w:hint="cs"/>
          <w:szCs w:val="26"/>
          <w:rtl/>
        </w:rPr>
        <w:t>کیفیت،</w:t>
      </w:r>
      <w:r w:rsidRPr="00710843">
        <w:rPr>
          <w:rFonts w:cs="B Lotus"/>
          <w:szCs w:val="26"/>
          <w:rtl/>
        </w:rPr>
        <w:t xml:space="preserve"> </w:t>
      </w:r>
      <w:r w:rsidRPr="00710843">
        <w:rPr>
          <w:rFonts w:cs="B Lotus" w:hint="cs"/>
          <w:szCs w:val="26"/>
          <w:rtl/>
        </w:rPr>
        <w:t>ایمنی،</w:t>
      </w:r>
      <w:r w:rsidRPr="00710843">
        <w:rPr>
          <w:rFonts w:cs="B Lotus"/>
          <w:szCs w:val="26"/>
          <w:rtl/>
        </w:rPr>
        <w:t xml:space="preserve"> </w:t>
      </w:r>
      <w:r w:rsidRPr="00710843">
        <w:rPr>
          <w:rFonts w:cs="B Lotus" w:hint="cs"/>
          <w:szCs w:val="26"/>
          <w:rtl/>
        </w:rPr>
        <w:t>کارآمدی</w:t>
      </w:r>
      <w:r w:rsidRPr="00710843">
        <w:rPr>
          <w:rFonts w:cs="B Lotus"/>
          <w:szCs w:val="26"/>
          <w:rtl/>
        </w:rPr>
        <w:t xml:space="preserve"> </w:t>
      </w:r>
      <w:r w:rsidRPr="00710843">
        <w:rPr>
          <w:rFonts w:cs="B Lotus" w:hint="cs"/>
          <w:szCs w:val="26"/>
          <w:rtl/>
        </w:rPr>
        <w:t>و</w:t>
      </w:r>
      <w:r w:rsidRPr="00710843">
        <w:rPr>
          <w:rFonts w:cs="B Lotus"/>
          <w:szCs w:val="26"/>
          <w:rtl/>
        </w:rPr>
        <w:t xml:space="preserve"> </w:t>
      </w:r>
      <w:r w:rsidRPr="00710843">
        <w:rPr>
          <w:rFonts w:cs="B Lotus" w:hint="cs"/>
          <w:szCs w:val="26"/>
          <w:rtl/>
        </w:rPr>
        <w:t>رضایت</w:t>
      </w:r>
      <w:r w:rsidRPr="00710843">
        <w:rPr>
          <w:rFonts w:cs="B Lotus"/>
          <w:szCs w:val="26"/>
          <w:rtl/>
        </w:rPr>
        <w:t xml:space="preserve"> </w:t>
      </w:r>
      <w:r w:rsidRPr="00710843">
        <w:rPr>
          <w:rFonts w:cs="B Lotus" w:hint="cs"/>
          <w:szCs w:val="26"/>
          <w:rtl/>
        </w:rPr>
        <w:t>کاربران</w:t>
      </w:r>
      <w:r w:rsidRPr="00710843">
        <w:rPr>
          <w:rFonts w:cs="B Lotus"/>
          <w:szCs w:val="26"/>
          <w:rtl/>
        </w:rPr>
        <w:t xml:space="preserve"> </w:t>
      </w:r>
      <w:r w:rsidRPr="00710843">
        <w:rPr>
          <w:rFonts w:cs="B Lotus" w:hint="cs"/>
          <w:szCs w:val="26"/>
          <w:rtl/>
        </w:rPr>
        <w:t>تا</w:t>
      </w:r>
      <w:r w:rsidRPr="00710843">
        <w:rPr>
          <w:rFonts w:cs="B Lotus"/>
          <w:szCs w:val="26"/>
          <w:rtl/>
        </w:rPr>
        <w:t xml:space="preserve"> </w:t>
      </w:r>
      <w:r w:rsidRPr="00710843">
        <w:rPr>
          <w:rFonts w:cs="B Lotus" w:hint="cs"/>
          <w:szCs w:val="26"/>
          <w:rtl/>
        </w:rPr>
        <w:t>حد</w:t>
      </w:r>
      <w:r w:rsidRPr="00710843">
        <w:rPr>
          <w:rFonts w:cs="B Lotus"/>
          <w:szCs w:val="26"/>
          <w:rtl/>
        </w:rPr>
        <w:t xml:space="preserve"> </w:t>
      </w:r>
      <w:r w:rsidRPr="00710843">
        <w:rPr>
          <w:rFonts w:cs="B Lotus" w:hint="cs"/>
          <w:szCs w:val="26"/>
          <w:rtl/>
        </w:rPr>
        <w:t>زیادی</w:t>
      </w:r>
      <w:r w:rsidRPr="00710843">
        <w:rPr>
          <w:rFonts w:cs="B Lotus"/>
          <w:szCs w:val="26"/>
          <w:rtl/>
        </w:rPr>
        <w:t xml:space="preserve"> </w:t>
      </w:r>
      <w:r w:rsidRPr="00710843">
        <w:rPr>
          <w:rFonts w:cs="B Lotus" w:hint="cs"/>
          <w:szCs w:val="26"/>
          <w:rtl/>
        </w:rPr>
        <w:t>وابسته</w:t>
      </w:r>
      <w:r w:rsidRPr="00710843">
        <w:rPr>
          <w:rFonts w:cs="B Lotus"/>
          <w:szCs w:val="26"/>
          <w:rtl/>
        </w:rPr>
        <w:t xml:space="preserve"> </w:t>
      </w:r>
      <w:r w:rsidRPr="00710843">
        <w:rPr>
          <w:rFonts w:cs="B Lotus" w:hint="cs"/>
          <w:szCs w:val="26"/>
          <w:rtl/>
        </w:rPr>
        <w:t>به</w:t>
      </w:r>
      <w:r w:rsidRPr="00710843">
        <w:rPr>
          <w:rFonts w:cs="B Lotus"/>
          <w:szCs w:val="26"/>
          <w:rtl/>
        </w:rPr>
        <w:t xml:space="preserve"> </w:t>
      </w:r>
      <w:r w:rsidRPr="00710843">
        <w:rPr>
          <w:rFonts w:cs="B Lotus" w:hint="cs"/>
          <w:szCs w:val="26"/>
          <w:rtl/>
        </w:rPr>
        <w:t>زیرساخت‌های</w:t>
      </w:r>
      <w:r w:rsidRPr="00710843">
        <w:rPr>
          <w:rFonts w:cs="B Lotus"/>
          <w:szCs w:val="26"/>
          <w:rtl/>
        </w:rPr>
        <w:t xml:space="preserve"> </w:t>
      </w:r>
      <w:r w:rsidRPr="00710843">
        <w:rPr>
          <w:rFonts w:cs="B Lotus" w:hint="cs"/>
          <w:szCs w:val="26"/>
          <w:rtl/>
        </w:rPr>
        <w:t>فیزیکی،</w:t>
      </w:r>
      <w:r w:rsidRPr="00710843">
        <w:rPr>
          <w:rFonts w:cs="B Lotus"/>
          <w:szCs w:val="26"/>
          <w:rtl/>
        </w:rPr>
        <w:t xml:space="preserve"> </w:t>
      </w:r>
      <w:r w:rsidRPr="00710843">
        <w:rPr>
          <w:rFonts w:cs="B Lotus" w:hint="cs"/>
          <w:szCs w:val="26"/>
          <w:rtl/>
        </w:rPr>
        <w:t>فنی</w:t>
      </w:r>
      <w:r w:rsidRPr="00710843">
        <w:rPr>
          <w:rFonts w:cs="B Lotus"/>
          <w:szCs w:val="26"/>
          <w:rtl/>
        </w:rPr>
        <w:t xml:space="preserve"> </w:t>
      </w:r>
      <w:r w:rsidRPr="00710843">
        <w:rPr>
          <w:rFonts w:cs="B Lotus" w:hint="cs"/>
          <w:szCs w:val="26"/>
          <w:rtl/>
        </w:rPr>
        <w:t>و</w:t>
      </w:r>
      <w:r w:rsidRPr="00710843">
        <w:rPr>
          <w:rFonts w:cs="B Lotus"/>
          <w:szCs w:val="26"/>
          <w:rtl/>
        </w:rPr>
        <w:t xml:space="preserve"> </w:t>
      </w:r>
      <w:r w:rsidRPr="00710843">
        <w:rPr>
          <w:rFonts w:cs="B Lotus" w:hint="cs"/>
          <w:szCs w:val="26"/>
          <w:rtl/>
        </w:rPr>
        <w:t>محیطی</w:t>
      </w:r>
      <w:r w:rsidRPr="00710843">
        <w:rPr>
          <w:rFonts w:cs="B Lotus"/>
          <w:szCs w:val="26"/>
          <w:rtl/>
        </w:rPr>
        <w:t xml:space="preserve"> </w:t>
      </w:r>
      <w:r w:rsidRPr="00710843">
        <w:rPr>
          <w:rFonts w:cs="B Lotus" w:hint="cs"/>
          <w:szCs w:val="26"/>
          <w:rtl/>
        </w:rPr>
        <w:t>است</w:t>
      </w:r>
      <w:r w:rsidRPr="00710843">
        <w:rPr>
          <w:rFonts w:cs="B Lotus"/>
          <w:szCs w:val="26"/>
          <w:rtl/>
        </w:rPr>
        <w:t xml:space="preserve">. </w:t>
      </w:r>
      <w:r w:rsidRPr="00710843">
        <w:rPr>
          <w:rFonts w:cs="B Lotus" w:hint="cs"/>
          <w:szCs w:val="26"/>
          <w:rtl/>
        </w:rPr>
        <w:t>مؤلفه</w:t>
      </w:r>
      <w:r w:rsidRPr="00710843">
        <w:rPr>
          <w:rFonts w:cs="B Lotus"/>
          <w:szCs w:val="26"/>
          <w:rtl/>
        </w:rPr>
        <w:t xml:space="preserve"> </w:t>
      </w:r>
      <w:r w:rsidRPr="00710843">
        <w:rPr>
          <w:rFonts w:cs="B Lotus" w:hint="cs"/>
          <w:szCs w:val="26"/>
          <w:rtl/>
        </w:rPr>
        <w:t>مذکور</w:t>
      </w:r>
      <w:r w:rsidRPr="00710843">
        <w:rPr>
          <w:rFonts w:cs="B Lotus"/>
          <w:szCs w:val="26"/>
          <w:rtl/>
        </w:rPr>
        <w:t xml:space="preserve"> </w:t>
      </w:r>
      <w:r w:rsidRPr="00710843">
        <w:rPr>
          <w:rFonts w:cs="B Lotus" w:hint="cs"/>
          <w:szCs w:val="26"/>
          <w:rtl/>
        </w:rPr>
        <w:t>به</w:t>
      </w:r>
      <w:r w:rsidRPr="00710843">
        <w:rPr>
          <w:rFonts w:cs="B Lotus"/>
          <w:szCs w:val="26"/>
          <w:rtl/>
        </w:rPr>
        <w:t xml:space="preserve"> </w:t>
      </w:r>
      <w:r w:rsidRPr="00710843">
        <w:rPr>
          <w:rFonts w:cs="B Lotus" w:hint="cs"/>
          <w:szCs w:val="26"/>
          <w:rtl/>
        </w:rPr>
        <w:t>چهار</w:t>
      </w:r>
      <w:r w:rsidRPr="00710843">
        <w:rPr>
          <w:rFonts w:cs="B Lotus"/>
          <w:szCs w:val="26"/>
          <w:rtl/>
        </w:rPr>
        <w:t xml:space="preserve"> </w:t>
      </w:r>
      <w:r w:rsidRPr="00710843">
        <w:rPr>
          <w:rFonts w:cs="B Lotus" w:hint="cs"/>
          <w:szCs w:val="26"/>
          <w:rtl/>
        </w:rPr>
        <w:t>زیرمجموعه</w:t>
      </w:r>
      <w:r w:rsidRPr="00710843">
        <w:rPr>
          <w:rFonts w:cs="B Lotus"/>
          <w:szCs w:val="26"/>
          <w:rtl/>
        </w:rPr>
        <w:t xml:space="preserve"> </w:t>
      </w:r>
      <w:r w:rsidRPr="00710843">
        <w:rPr>
          <w:rFonts w:cs="B Lotus" w:hint="cs"/>
          <w:szCs w:val="26"/>
          <w:rtl/>
        </w:rPr>
        <w:t>کلیدی</w:t>
      </w:r>
      <w:r w:rsidRPr="00710843">
        <w:rPr>
          <w:rFonts w:cs="B Lotus"/>
          <w:szCs w:val="26"/>
          <w:rtl/>
        </w:rPr>
        <w:t xml:space="preserve"> </w:t>
      </w:r>
      <w:r w:rsidRPr="00710843">
        <w:rPr>
          <w:rFonts w:cs="B Lotus" w:hint="cs"/>
          <w:szCs w:val="26"/>
          <w:rtl/>
        </w:rPr>
        <w:t>تقسیم</w:t>
      </w:r>
      <w:r w:rsidRPr="00710843">
        <w:rPr>
          <w:rFonts w:cs="B Lotus"/>
          <w:szCs w:val="26"/>
          <w:rtl/>
        </w:rPr>
        <w:t xml:space="preserve"> </w:t>
      </w:r>
      <w:r w:rsidRPr="00710843">
        <w:rPr>
          <w:rFonts w:cs="B Lotus" w:hint="cs"/>
          <w:szCs w:val="26"/>
          <w:rtl/>
        </w:rPr>
        <w:t>شد</w:t>
      </w:r>
      <w:r w:rsidRPr="00710843">
        <w:rPr>
          <w:rFonts w:cs="B Lotus"/>
          <w:szCs w:val="26"/>
          <w:rtl/>
        </w:rPr>
        <w:t xml:space="preserve"> </w:t>
      </w:r>
      <w:r w:rsidRPr="00710843">
        <w:rPr>
          <w:rFonts w:cs="B Lotus" w:hint="cs"/>
          <w:szCs w:val="26"/>
          <w:rtl/>
        </w:rPr>
        <w:t>که</w:t>
      </w:r>
      <w:r w:rsidRPr="00710843">
        <w:rPr>
          <w:rFonts w:cs="B Lotus"/>
          <w:szCs w:val="26"/>
          <w:rtl/>
        </w:rPr>
        <w:t xml:space="preserve"> </w:t>
      </w:r>
      <w:r w:rsidRPr="00710843">
        <w:rPr>
          <w:rFonts w:cs="B Lotus" w:hint="cs"/>
          <w:szCs w:val="26"/>
          <w:rtl/>
        </w:rPr>
        <w:t>هر</w:t>
      </w:r>
      <w:r w:rsidRPr="00710843">
        <w:rPr>
          <w:rFonts w:cs="B Lotus"/>
          <w:szCs w:val="26"/>
          <w:rtl/>
        </w:rPr>
        <w:t xml:space="preserve"> </w:t>
      </w:r>
      <w:r w:rsidRPr="00710843">
        <w:rPr>
          <w:rFonts w:cs="B Lotus" w:hint="cs"/>
          <w:szCs w:val="26"/>
          <w:rtl/>
        </w:rPr>
        <w:t>یک</w:t>
      </w:r>
      <w:r w:rsidRPr="00710843">
        <w:rPr>
          <w:rFonts w:cs="B Lotus"/>
          <w:szCs w:val="26"/>
          <w:rtl/>
        </w:rPr>
        <w:t xml:space="preserve"> </w:t>
      </w:r>
      <w:r w:rsidRPr="00710843">
        <w:rPr>
          <w:rFonts w:cs="B Lotus" w:hint="cs"/>
          <w:szCs w:val="26"/>
          <w:rtl/>
        </w:rPr>
        <w:t>به‌نوبه</w:t>
      </w:r>
      <w:r w:rsidRPr="00710843">
        <w:rPr>
          <w:rFonts w:cs="B Lotus"/>
          <w:szCs w:val="26"/>
          <w:rtl/>
        </w:rPr>
        <w:t xml:space="preserve"> </w:t>
      </w:r>
      <w:r w:rsidRPr="00710843">
        <w:rPr>
          <w:rFonts w:cs="B Lotus" w:hint="cs"/>
          <w:szCs w:val="26"/>
          <w:rtl/>
        </w:rPr>
        <w:t>خود،</w:t>
      </w:r>
      <w:r w:rsidRPr="00710843">
        <w:rPr>
          <w:rFonts w:cs="B Lotus"/>
          <w:szCs w:val="26"/>
          <w:rtl/>
        </w:rPr>
        <w:t xml:space="preserve"> </w:t>
      </w:r>
      <w:r w:rsidRPr="00710843">
        <w:rPr>
          <w:rFonts w:cs="B Lotus" w:hint="cs"/>
          <w:szCs w:val="26"/>
          <w:rtl/>
        </w:rPr>
        <w:t>نقشی</w:t>
      </w:r>
      <w:r w:rsidRPr="00710843">
        <w:rPr>
          <w:rFonts w:cs="B Lotus"/>
          <w:szCs w:val="26"/>
          <w:rtl/>
        </w:rPr>
        <w:t xml:space="preserve"> </w:t>
      </w:r>
      <w:r w:rsidRPr="00710843">
        <w:rPr>
          <w:rFonts w:cs="B Lotus" w:hint="cs"/>
          <w:szCs w:val="26"/>
          <w:rtl/>
        </w:rPr>
        <w:t>اساسی</w:t>
      </w:r>
      <w:r w:rsidRPr="00710843">
        <w:rPr>
          <w:rFonts w:cs="B Lotus"/>
          <w:szCs w:val="26"/>
          <w:rtl/>
        </w:rPr>
        <w:t xml:space="preserve"> </w:t>
      </w:r>
      <w:r w:rsidRPr="00710843">
        <w:rPr>
          <w:rFonts w:cs="B Lotus" w:hint="cs"/>
          <w:szCs w:val="26"/>
          <w:rtl/>
        </w:rPr>
        <w:t>در</w:t>
      </w:r>
      <w:r w:rsidRPr="00710843">
        <w:rPr>
          <w:rFonts w:cs="B Lotus"/>
          <w:szCs w:val="26"/>
          <w:rtl/>
        </w:rPr>
        <w:t xml:space="preserve"> </w:t>
      </w:r>
      <w:r w:rsidRPr="00710843">
        <w:rPr>
          <w:rFonts w:cs="B Lotus" w:hint="cs"/>
          <w:szCs w:val="26"/>
          <w:rtl/>
        </w:rPr>
        <w:t>ارتقاء</w:t>
      </w:r>
      <w:r w:rsidRPr="00710843">
        <w:rPr>
          <w:rFonts w:cs="B Lotus"/>
          <w:szCs w:val="26"/>
          <w:rtl/>
        </w:rPr>
        <w:t xml:space="preserve"> </w:t>
      </w:r>
      <w:r w:rsidRPr="00710843">
        <w:rPr>
          <w:rFonts w:cs="B Lotus" w:hint="cs"/>
          <w:szCs w:val="26"/>
          <w:rtl/>
        </w:rPr>
        <w:t>تجربه</w:t>
      </w:r>
      <w:r w:rsidRPr="00710843">
        <w:rPr>
          <w:rFonts w:cs="B Lotus"/>
          <w:szCs w:val="26"/>
          <w:rtl/>
        </w:rPr>
        <w:t xml:space="preserve"> </w:t>
      </w:r>
      <w:r w:rsidRPr="00710843">
        <w:rPr>
          <w:rFonts w:cs="B Lotus" w:hint="cs"/>
          <w:szCs w:val="26"/>
          <w:rtl/>
        </w:rPr>
        <w:t>مشتری</w:t>
      </w:r>
      <w:r w:rsidRPr="00710843">
        <w:rPr>
          <w:rFonts w:cs="B Lotus"/>
          <w:szCs w:val="26"/>
          <w:rtl/>
        </w:rPr>
        <w:t xml:space="preserve"> </w:t>
      </w:r>
      <w:r w:rsidRPr="00710843">
        <w:rPr>
          <w:rFonts w:cs="B Lotus" w:hint="cs"/>
          <w:szCs w:val="26"/>
          <w:rtl/>
        </w:rPr>
        <w:t>و</w:t>
      </w:r>
      <w:r w:rsidRPr="00710843">
        <w:rPr>
          <w:rFonts w:cs="B Lotus"/>
          <w:szCs w:val="26"/>
          <w:rtl/>
        </w:rPr>
        <w:t xml:space="preserve"> </w:t>
      </w:r>
      <w:r w:rsidRPr="00710843">
        <w:rPr>
          <w:rFonts w:cs="B Lotus" w:hint="cs"/>
          <w:szCs w:val="26"/>
          <w:rtl/>
        </w:rPr>
        <w:t>پایداری</w:t>
      </w:r>
      <w:r w:rsidRPr="00710843">
        <w:rPr>
          <w:rFonts w:cs="B Lotus"/>
          <w:szCs w:val="26"/>
          <w:rtl/>
        </w:rPr>
        <w:t xml:space="preserve"> </w:t>
      </w:r>
      <w:r w:rsidRPr="00710843">
        <w:rPr>
          <w:rFonts w:cs="B Lotus" w:hint="cs"/>
          <w:szCs w:val="26"/>
          <w:rtl/>
        </w:rPr>
        <w:t>عملکرد</w:t>
      </w:r>
      <w:r w:rsidRPr="00710843">
        <w:rPr>
          <w:rFonts w:cs="B Lotus"/>
          <w:szCs w:val="26"/>
          <w:rtl/>
        </w:rPr>
        <w:t xml:space="preserve"> </w:t>
      </w:r>
      <w:r w:rsidRPr="00710843">
        <w:rPr>
          <w:rFonts w:cs="B Lotus" w:hint="cs"/>
          <w:szCs w:val="26"/>
          <w:rtl/>
        </w:rPr>
        <w:t>استخر</w:t>
      </w:r>
      <w:r w:rsidRPr="00710843">
        <w:rPr>
          <w:rFonts w:cs="B Lotus"/>
          <w:szCs w:val="26"/>
          <w:rtl/>
        </w:rPr>
        <w:t xml:space="preserve"> </w:t>
      </w:r>
      <w:r w:rsidRPr="00710843">
        <w:rPr>
          <w:rFonts w:cs="B Lotus" w:hint="cs"/>
          <w:szCs w:val="26"/>
          <w:rtl/>
        </w:rPr>
        <w:t>ایفا</w:t>
      </w:r>
      <w:r w:rsidRPr="00710843">
        <w:rPr>
          <w:rFonts w:cs="B Lotus"/>
          <w:szCs w:val="26"/>
          <w:rtl/>
        </w:rPr>
        <w:t xml:space="preserve"> </w:t>
      </w:r>
      <w:r w:rsidRPr="00710843">
        <w:rPr>
          <w:rFonts w:cs="B Lotus" w:hint="cs"/>
          <w:szCs w:val="26"/>
          <w:rtl/>
        </w:rPr>
        <w:t>می‌کنند</w:t>
      </w:r>
      <w:r w:rsidRPr="00710843">
        <w:rPr>
          <w:rFonts w:cs="B Lotus"/>
          <w:szCs w:val="26"/>
          <w:rtl/>
        </w:rPr>
        <w:t>.</w:t>
      </w:r>
    </w:p>
    <w:p w14:paraId="66E62D60" w14:textId="3F5E7973" w:rsidR="00E52C87" w:rsidRDefault="00E52C87" w:rsidP="00E52C87">
      <w:pPr>
        <w:bidi/>
        <w:jc w:val="both"/>
        <w:rPr>
          <w:rFonts w:cs="B Lotus"/>
          <w:szCs w:val="26"/>
          <w:rtl/>
        </w:rPr>
      </w:pPr>
      <w:r w:rsidRPr="00CB0DBE">
        <w:rPr>
          <w:rFonts w:cs="B Lotus" w:hint="cs"/>
          <w:szCs w:val="26"/>
          <w:rtl/>
        </w:rPr>
        <w:t>در</w:t>
      </w:r>
      <w:r w:rsidRPr="00CB0DBE">
        <w:rPr>
          <w:rFonts w:cs="B Lotus"/>
          <w:szCs w:val="26"/>
          <w:rtl/>
        </w:rPr>
        <w:t xml:space="preserve"> </w:t>
      </w:r>
      <w:r w:rsidRPr="00CB0DBE">
        <w:rPr>
          <w:rFonts w:cs="B Lotus" w:hint="cs"/>
          <w:szCs w:val="26"/>
          <w:rtl/>
        </w:rPr>
        <w:t>بُعد</w:t>
      </w:r>
      <w:r w:rsidRPr="00CB0DBE">
        <w:rPr>
          <w:rFonts w:cs="B Lotus"/>
          <w:szCs w:val="26"/>
          <w:rtl/>
        </w:rPr>
        <w:t xml:space="preserve"> </w:t>
      </w:r>
      <w:r w:rsidRPr="00CB0DBE">
        <w:rPr>
          <w:rFonts w:cs="B Lotus" w:hint="cs"/>
          <w:szCs w:val="26"/>
          <w:rtl/>
        </w:rPr>
        <w:t>ایمنی،</w:t>
      </w:r>
      <w:r w:rsidRPr="00CB0DBE">
        <w:rPr>
          <w:rFonts w:cs="B Lotus"/>
          <w:szCs w:val="26"/>
          <w:rtl/>
        </w:rPr>
        <w:t xml:space="preserve"> </w:t>
      </w:r>
      <w:r w:rsidRPr="00CB0DBE">
        <w:rPr>
          <w:rFonts w:cs="B Lotus" w:hint="cs"/>
          <w:szCs w:val="26"/>
          <w:rtl/>
        </w:rPr>
        <w:t>تجهیز</w:t>
      </w:r>
      <w:r w:rsidRPr="00CB0DBE">
        <w:rPr>
          <w:rFonts w:cs="B Lotus"/>
          <w:szCs w:val="26"/>
          <w:rtl/>
        </w:rPr>
        <w:t xml:space="preserve"> </w:t>
      </w:r>
      <w:r w:rsidRPr="00CB0DBE">
        <w:rPr>
          <w:rFonts w:cs="B Lotus" w:hint="cs"/>
          <w:szCs w:val="26"/>
          <w:rtl/>
        </w:rPr>
        <w:t>استخرها</w:t>
      </w:r>
      <w:r w:rsidRPr="00CB0DBE">
        <w:rPr>
          <w:rFonts w:cs="B Lotus"/>
          <w:szCs w:val="26"/>
          <w:rtl/>
        </w:rPr>
        <w:t xml:space="preserve"> </w:t>
      </w:r>
      <w:r w:rsidRPr="00CB0DBE">
        <w:rPr>
          <w:rFonts w:cs="B Lotus" w:hint="cs"/>
          <w:szCs w:val="26"/>
          <w:rtl/>
        </w:rPr>
        <w:t>به</w:t>
      </w:r>
      <w:r w:rsidRPr="00CB0DBE">
        <w:rPr>
          <w:rFonts w:cs="B Lotus"/>
          <w:szCs w:val="26"/>
          <w:rtl/>
        </w:rPr>
        <w:t xml:space="preserve"> </w:t>
      </w:r>
      <w:r w:rsidRPr="00CB0DBE">
        <w:rPr>
          <w:rFonts w:cs="B Lotus" w:hint="cs"/>
          <w:szCs w:val="26"/>
          <w:rtl/>
        </w:rPr>
        <w:t>وسایل</w:t>
      </w:r>
      <w:r w:rsidRPr="00CB0DBE">
        <w:rPr>
          <w:rFonts w:cs="B Lotus"/>
          <w:szCs w:val="26"/>
          <w:rtl/>
        </w:rPr>
        <w:t xml:space="preserve"> </w:t>
      </w:r>
      <w:r w:rsidRPr="00CB0DBE">
        <w:rPr>
          <w:rFonts w:cs="B Lotus" w:hint="cs"/>
          <w:szCs w:val="26"/>
          <w:rtl/>
        </w:rPr>
        <w:t>امدادی،</w:t>
      </w:r>
      <w:r w:rsidRPr="00CB0DBE">
        <w:rPr>
          <w:rFonts w:cs="B Lotus"/>
          <w:szCs w:val="26"/>
          <w:rtl/>
        </w:rPr>
        <w:t xml:space="preserve"> </w:t>
      </w:r>
      <w:r w:rsidRPr="00CB0DBE">
        <w:rPr>
          <w:rFonts w:cs="B Lotus" w:hint="cs"/>
          <w:szCs w:val="26"/>
          <w:rtl/>
        </w:rPr>
        <w:t>حضور</w:t>
      </w:r>
      <w:r w:rsidRPr="00CB0DBE">
        <w:rPr>
          <w:rFonts w:cs="B Lotus"/>
          <w:szCs w:val="26"/>
          <w:rtl/>
        </w:rPr>
        <w:t xml:space="preserve"> </w:t>
      </w:r>
      <w:r w:rsidRPr="00CB0DBE">
        <w:rPr>
          <w:rFonts w:cs="B Lotus" w:hint="cs"/>
          <w:szCs w:val="26"/>
          <w:rtl/>
        </w:rPr>
        <w:t>منجیان</w:t>
      </w:r>
      <w:r w:rsidRPr="00CB0DBE">
        <w:rPr>
          <w:rFonts w:cs="B Lotus"/>
          <w:szCs w:val="26"/>
          <w:rtl/>
        </w:rPr>
        <w:t xml:space="preserve"> </w:t>
      </w:r>
      <w:r w:rsidRPr="00CB0DBE">
        <w:rPr>
          <w:rFonts w:cs="B Lotus" w:hint="cs"/>
          <w:szCs w:val="26"/>
          <w:rtl/>
        </w:rPr>
        <w:t>آموزش‌دیده،</w:t>
      </w:r>
      <w:r w:rsidRPr="00CB0DBE">
        <w:rPr>
          <w:rFonts w:cs="B Lotus"/>
          <w:szCs w:val="26"/>
          <w:rtl/>
        </w:rPr>
        <w:t xml:space="preserve"> </w:t>
      </w:r>
      <w:r w:rsidRPr="00CB0DBE">
        <w:rPr>
          <w:rFonts w:cs="B Lotus" w:hint="cs"/>
          <w:szCs w:val="26"/>
          <w:rtl/>
        </w:rPr>
        <w:t>تدوین</w:t>
      </w:r>
      <w:r w:rsidRPr="00CB0DBE">
        <w:rPr>
          <w:rFonts w:cs="B Lotus"/>
          <w:szCs w:val="26"/>
          <w:rtl/>
        </w:rPr>
        <w:t xml:space="preserve"> </w:t>
      </w:r>
      <w:r w:rsidRPr="00CB0DBE">
        <w:rPr>
          <w:rFonts w:cs="B Lotus" w:hint="cs"/>
          <w:szCs w:val="26"/>
          <w:rtl/>
        </w:rPr>
        <w:t>پروتکل‌های</w:t>
      </w:r>
      <w:r w:rsidRPr="00CB0DBE">
        <w:rPr>
          <w:rFonts w:cs="B Lotus"/>
          <w:szCs w:val="26"/>
          <w:rtl/>
        </w:rPr>
        <w:t xml:space="preserve"> </w:t>
      </w:r>
      <w:r w:rsidRPr="00CB0DBE">
        <w:rPr>
          <w:rFonts w:cs="B Lotus" w:hint="cs"/>
          <w:szCs w:val="26"/>
          <w:rtl/>
        </w:rPr>
        <w:t>بحران</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نصب</w:t>
      </w:r>
      <w:r w:rsidRPr="00CB0DBE">
        <w:rPr>
          <w:rFonts w:cs="B Lotus"/>
          <w:szCs w:val="26"/>
          <w:rtl/>
        </w:rPr>
        <w:t xml:space="preserve"> </w:t>
      </w:r>
      <w:r w:rsidRPr="00CB0DBE">
        <w:rPr>
          <w:rFonts w:cs="B Lotus" w:hint="cs"/>
          <w:szCs w:val="26"/>
          <w:rtl/>
        </w:rPr>
        <w:t>تابلوهای</w:t>
      </w:r>
      <w:r w:rsidRPr="00CB0DBE">
        <w:rPr>
          <w:rFonts w:cs="B Lotus"/>
          <w:szCs w:val="26"/>
          <w:rtl/>
        </w:rPr>
        <w:t xml:space="preserve"> </w:t>
      </w:r>
      <w:r w:rsidRPr="00CB0DBE">
        <w:rPr>
          <w:rFonts w:cs="B Lotus" w:hint="cs"/>
          <w:szCs w:val="26"/>
          <w:rtl/>
        </w:rPr>
        <w:t>هشدار،</w:t>
      </w:r>
      <w:r w:rsidRPr="00CB0DBE">
        <w:rPr>
          <w:rFonts w:cs="B Lotus"/>
          <w:szCs w:val="26"/>
          <w:rtl/>
        </w:rPr>
        <w:t xml:space="preserve"> </w:t>
      </w:r>
      <w:r w:rsidRPr="00CB0DBE">
        <w:rPr>
          <w:rFonts w:cs="B Lotus" w:hint="cs"/>
          <w:szCs w:val="26"/>
          <w:rtl/>
        </w:rPr>
        <w:t>نقشی</w:t>
      </w:r>
      <w:r w:rsidRPr="00CB0DBE">
        <w:rPr>
          <w:rFonts w:cs="B Lotus"/>
          <w:szCs w:val="26"/>
          <w:rtl/>
        </w:rPr>
        <w:t xml:space="preserve"> </w:t>
      </w:r>
      <w:r w:rsidRPr="00CB0DBE">
        <w:rPr>
          <w:rFonts w:cs="B Lotus" w:hint="cs"/>
          <w:szCs w:val="26"/>
          <w:rtl/>
        </w:rPr>
        <w:t>حیاتی</w:t>
      </w:r>
      <w:r w:rsidRPr="00CB0DBE">
        <w:rPr>
          <w:rFonts w:cs="B Lotus"/>
          <w:szCs w:val="26"/>
          <w:rtl/>
        </w:rPr>
        <w:t xml:space="preserve"> </w:t>
      </w:r>
      <w:r w:rsidRPr="00CB0DBE">
        <w:rPr>
          <w:rFonts w:cs="B Lotus" w:hint="cs"/>
          <w:szCs w:val="26"/>
          <w:rtl/>
        </w:rPr>
        <w:t>در</w:t>
      </w:r>
      <w:r w:rsidRPr="00CB0DBE">
        <w:rPr>
          <w:rFonts w:cs="B Lotus"/>
          <w:szCs w:val="26"/>
          <w:rtl/>
        </w:rPr>
        <w:t xml:space="preserve"> </w:t>
      </w:r>
      <w:r w:rsidRPr="00CB0DBE">
        <w:rPr>
          <w:rFonts w:cs="B Lotus" w:hint="cs"/>
          <w:szCs w:val="26"/>
          <w:rtl/>
        </w:rPr>
        <w:t>کاهش</w:t>
      </w:r>
      <w:r w:rsidRPr="00CB0DBE">
        <w:rPr>
          <w:rFonts w:cs="B Lotus"/>
          <w:szCs w:val="26"/>
          <w:rtl/>
        </w:rPr>
        <w:t xml:space="preserve"> </w:t>
      </w:r>
      <w:r w:rsidRPr="00CB0DBE">
        <w:rPr>
          <w:rFonts w:cs="B Lotus" w:hint="cs"/>
          <w:szCs w:val="26"/>
          <w:rtl/>
        </w:rPr>
        <w:t>ریسک</w:t>
      </w:r>
      <w:r w:rsidRPr="00CB0DBE">
        <w:rPr>
          <w:rFonts w:cs="B Lotus"/>
          <w:szCs w:val="26"/>
          <w:rtl/>
        </w:rPr>
        <w:t xml:space="preserve"> </w:t>
      </w:r>
      <w:r w:rsidRPr="00CB0DBE">
        <w:rPr>
          <w:rFonts w:cs="B Lotus" w:hint="cs"/>
          <w:szCs w:val="26"/>
          <w:rtl/>
        </w:rPr>
        <w:t>حوادث</w:t>
      </w:r>
      <w:r w:rsidRPr="00CB0DBE">
        <w:rPr>
          <w:rFonts w:cs="B Lotus"/>
          <w:szCs w:val="26"/>
          <w:rtl/>
        </w:rPr>
        <w:t xml:space="preserve"> </w:t>
      </w:r>
      <w:r w:rsidRPr="00CB0DBE">
        <w:rPr>
          <w:rFonts w:cs="B Lotus" w:hint="cs"/>
          <w:szCs w:val="26"/>
          <w:rtl/>
        </w:rPr>
        <w:t>ایفا</w:t>
      </w:r>
      <w:r w:rsidRPr="00CB0DBE">
        <w:rPr>
          <w:rFonts w:cs="B Lotus"/>
          <w:szCs w:val="26"/>
          <w:rtl/>
        </w:rPr>
        <w:t xml:space="preserve"> </w:t>
      </w:r>
      <w:r w:rsidRPr="00CB0DBE">
        <w:rPr>
          <w:rFonts w:cs="B Lotus" w:hint="cs"/>
          <w:szCs w:val="26"/>
          <w:rtl/>
        </w:rPr>
        <w:t>می‌کنند</w:t>
      </w:r>
      <w:r w:rsidRPr="00CB0DBE">
        <w:rPr>
          <w:rFonts w:cs="B Lotus"/>
          <w:szCs w:val="26"/>
          <w:rtl/>
        </w:rPr>
        <w:t xml:space="preserve">. </w:t>
      </w:r>
      <w:r w:rsidRPr="00CB0DBE">
        <w:rPr>
          <w:rFonts w:cs="B Lotus" w:hint="cs"/>
          <w:szCs w:val="26"/>
          <w:rtl/>
        </w:rPr>
        <w:t>هم‌راستا</w:t>
      </w:r>
      <w:r w:rsidRPr="00CB0DBE">
        <w:rPr>
          <w:rFonts w:cs="B Lotus"/>
          <w:szCs w:val="26"/>
          <w:rtl/>
        </w:rPr>
        <w:t xml:space="preserve"> </w:t>
      </w:r>
      <w:r w:rsidRPr="00CB0DBE">
        <w:rPr>
          <w:rFonts w:cs="B Lotus" w:hint="cs"/>
          <w:szCs w:val="26"/>
          <w:rtl/>
        </w:rPr>
        <w:t>با</w:t>
      </w:r>
      <w:r w:rsidRPr="00CB0DBE">
        <w:rPr>
          <w:rFonts w:cs="B Lotus"/>
          <w:szCs w:val="26"/>
          <w:rtl/>
        </w:rPr>
        <w:t xml:space="preserve"> </w:t>
      </w:r>
      <w:r w:rsidRPr="00CB0DBE">
        <w:rPr>
          <w:rFonts w:cs="B Lotus" w:hint="cs"/>
          <w:szCs w:val="26"/>
          <w:rtl/>
        </w:rPr>
        <w:t>آن،</w:t>
      </w:r>
      <w:r w:rsidRPr="00CB0DBE">
        <w:rPr>
          <w:rFonts w:cs="B Lotus"/>
          <w:szCs w:val="26"/>
          <w:rtl/>
        </w:rPr>
        <w:t xml:space="preserve"> </w:t>
      </w:r>
      <w:r w:rsidRPr="00CB0DBE">
        <w:rPr>
          <w:rFonts w:cs="B Lotus" w:hint="cs"/>
          <w:szCs w:val="26"/>
          <w:rtl/>
        </w:rPr>
        <w:t>بهداشت</w:t>
      </w:r>
      <w:r w:rsidRPr="00CB0DBE">
        <w:rPr>
          <w:rFonts w:cs="B Lotus"/>
          <w:szCs w:val="26"/>
          <w:rtl/>
        </w:rPr>
        <w:t xml:space="preserve"> </w:t>
      </w:r>
      <w:r w:rsidRPr="00CB0DBE">
        <w:rPr>
          <w:rFonts w:cs="B Lotus" w:hint="cs"/>
          <w:szCs w:val="26"/>
          <w:rtl/>
        </w:rPr>
        <w:t>محیط</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کیفیت</w:t>
      </w:r>
      <w:r w:rsidRPr="00CB0DBE">
        <w:rPr>
          <w:rFonts w:cs="B Lotus"/>
          <w:szCs w:val="26"/>
          <w:rtl/>
        </w:rPr>
        <w:t xml:space="preserve"> </w:t>
      </w:r>
      <w:r w:rsidRPr="00CB0DBE">
        <w:rPr>
          <w:rFonts w:cs="B Lotus" w:hint="cs"/>
          <w:szCs w:val="26"/>
          <w:rtl/>
        </w:rPr>
        <w:t>آب</w:t>
      </w:r>
      <w:r w:rsidRPr="00CB0DBE">
        <w:rPr>
          <w:rFonts w:cs="B Lotus"/>
          <w:szCs w:val="26"/>
          <w:rtl/>
        </w:rPr>
        <w:t xml:space="preserve"> </w:t>
      </w:r>
      <w:r w:rsidRPr="00CB0DBE">
        <w:rPr>
          <w:rFonts w:cs="B Lotus" w:hint="cs"/>
          <w:szCs w:val="26"/>
          <w:rtl/>
        </w:rPr>
        <w:t>نیز</w:t>
      </w:r>
      <w:r w:rsidRPr="00CB0DBE">
        <w:rPr>
          <w:rFonts w:cs="B Lotus"/>
          <w:szCs w:val="26"/>
          <w:rtl/>
        </w:rPr>
        <w:t xml:space="preserve"> </w:t>
      </w:r>
      <w:r w:rsidRPr="00CB0DBE">
        <w:rPr>
          <w:rFonts w:cs="B Lotus" w:hint="cs"/>
          <w:szCs w:val="26"/>
          <w:rtl/>
        </w:rPr>
        <w:t>از</w:t>
      </w:r>
      <w:r w:rsidRPr="00CB0DBE">
        <w:rPr>
          <w:rFonts w:cs="B Lotus"/>
          <w:szCs w:val="26"/>
          <w:rtl/>
        </w:rPr>
        <w:t xml:space="preserve"> </w:t>
      </w:r>
      <w:r w:rsidRPr="00CB0DBE">
        <w:rPr>
          <w:rFonts w:cs="B Lotus" w:hint="cs"/>
          <w:szCs w:val="26"/>
          <w:rtl/>
        </w:rPr>
        <w:t>طریق</w:t>
      </w:r>
      <w:r w:rsidRPr="00CB0DBE">
        <w:rPr>
          <w:rFonts w:cs="B Lotus"/>
          <w:szCs w:val="26"/>
          <w:rtl/>
        </w:rPr>
        <w:t xml:space="preserve"> </w:t>
      </w:r>
      <w:r w:rsidRPr="00CB0DBE">
        <w:rPr>
          <w:rFonts w:cs="B Lotus" w:hint="cs"/>
          <w:szCs w:val="26"/>
          <w:rtl/>
        </w:rPr>
        <w:t>نظافت</w:t>
      </w:r>
      <w:r w:rsidRPr="00CB0DBE">
        <w:rPr>
          <w:rFonts w:cs="B Lotus"/>
          <w:szCs w:val="26"/>
          <w:rtl/>
        </w:rPr>
        <w:t xml:space="preserve"> </w:t>
      </w:r>
      <w:r w:rsidRPr="00CB0DBE">
        <w:rPr>
          <w:rFonts w:cs="B Lotus" w:hint="cs"/>
          <w:szCs w:val="26"/>
          <w:rtl/>
        </w:rPr>
        <w:t>روزانه،</w:t>
      </w:r>
      <w:r w:rsidRPr="00CB0DBE">
        <w:rPr>
          <w:rFonts w:cs="B Lotus"/>
          <w:szCs w:val="26"/>
          <w:rtl/>
        </w:rPr>
        <w:t xml:space="preserve"> </w:t>
      </w:r>
      <w:r w:rsidRPr="00CB0DBE">
        <w:rPr>
          <w:rFonts w:cs="B Lotus" w:hint="cs"/>
          <w:szCs w:val="26"/>
          <w:rtl/>
        </w:rPr>
        <w:t>کنترل</w:t>
      </w:r>
      <w:r w:rsidRPr="00CB0DBE">
        <w:rPr>
          <w:rFonts w:cs="B Lotus"/>
          <w:szCs w:val="26"/>
          <w:rtl/>
        </w:rPr>
        <w:t xml:space="preserve"> </w:t>
      </w:r>
      <w:r w:rsidRPr="00CB0DBE">
        <w:rPr>
          <w:rFonts w:cs="B Lotus" w:hint="cs"/>
          <w:szCs w:val="26"/>
          <w:rtl/>
        </w:rPr>
        <w:t>منظم</w:t>
      </w:r>
      <w:r w:rsidRPr="00CB0DBE">
        <w:rPr>
          <w:rFonts w:cs="B Lotus"/>
          <w:szCs w:val="26"/>
          <w:rtl/>
        </w:rPr>
        <w:t xml:space="preserve"> </w:t>
      </w:r>
      <w:r w:rsidRPr="00CB0DBE">
        <w:rPr>
          <w:rFonts w:cs="B Lotus" w:hint="cs"/>
          <w:szCs w:val="26"/>
          <w:rtl/>
        </w:rPr>
        <w:t>شاخص‌های</w:t>
      </w:r>
      <w:r w:rsidRPr="00CB0DBE">
        <w:rPr>
          <w:rFonts w:cs="B Lotus"/>
          <w:szCs w:val="26"/>
        </w:rPr>
        <w:t xml:space="preserve"> PH </w:t>
      </w:r>
      <w:r w:rsidRPr="00CB0DBE">
        <w:rPr>
          <w:rFonts w:cs="B Lotus" w:hint="cs"/>
          <w:szCs w:val="26"/>
          <w:rtl/>
        </w:rPr>
        <w:t>و</w:t>
      </w:r>
      <w:r w:rsidRPr="00CB0DBE">
        <w:rPr>
          <w:rFonts w:cs="B Lotus"/>
          <w:szCs w:val="26"/>
          <w:rtl/>
        </w:rPr>
        <w:t xml:space="preserve"> </w:t>
      </w:r>
      <w:r w:rsidRPr="00CB0DBE">
        <w:rPr>
          <w:rFonts w:cs="B Lotus" w:hint="cs"/>
          <w:szCs w:val="26"/>
          <w:rtl/>
        </w:rPr>
        <w:t>کلر،</w:t>
      </w:r>
      <w:r w:rsidRPr="00CB0DBE">
        <w:rPr>
          <w:rFonts w:cs="B Lotus"/>
          <w:szCs w:val="26"/>
          <w:rtl/>
        </w:rPr>
        <w:t xml:space="preserve"> </w:t>
      </w:r>
      <w:r w:rsidRPr="00CB0DBE">
        <w:rPr>
          <w:rFonts w:cs="B Lotus" w:hint="cs"/>
          <w:szCs w:val="26"/>
          <w:rtl/>
        </w:rPr>
        <w:t>تهویه</w:t>
      </w:r>
      <w:r w:rsidRPr="00CB0DBE">
        <w:rPr>
          <w:rFonts w:cs="B Lotus"/>
          <w:szCs w:val="26"/>
          <w:rtl/>
        </w:rPr>
        <w:t xml:space="preserve"> </w:t>
      </w:r>
      <w:r w:rsidRPr="00CB0DBE">
        <w:rPr>
          <w:rFonts w:cs="B Lotus" w:hint="cs"/>
          <w:szCs w:val="26"/>
          <w:rtl/>
        </w:rPr>
        <w:t>مناسب</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سیاست‌های</w:t>
      </w:r>
      <w:r w:rsidRPr="00CB0DBE">
        <w:rPr>
          <w:rFonts w:cs="B Lotus"/>
          <w:szCs w:val="26"/>
          <w:rtl/>
        </w:rPr>
        <w:t xml:space="preserve"> </w:t>
      </w:r>
      <w:r w:rsidRPr="00CB0DBE">
        <w:rPr>
          <w:rFonts w:cs="B Lotus" w:hint="cs"/>
          <w:szCs w:val="26"/>
          <w:rtl/>
        </w:rPr>
        <w:t>پیشگیرانه</w:t>
      </w:r>
      <w:r w:rsidRPr="00CB0DBE">
        <w:rPr>
          <w:rFonts w:cs="B Lotus"/>
          <w:szCs w:val="26"/>
          <w:rtl/>
        </w:rPr>
        <w:t xml:space="preserve"> (</w:t>
      </w:r>
      <w:r w:rsidRPr="00CB0DBE">
        <w:rPr>
          <w:rFonts w:cs="B Lotus" w:hint="cs"/>
          <w:szCs w:val="26"/>
          <w:rtl/>
        </w:rPr>
        <w:t>نظیر</w:t>
      </w:r>
      <w:r w:rsidRPr="00CB0DBE">
        <w:rPr>
          <w:rFonts w:cs="B Lotus"/>
          <w:szCs w:val="26"/>
          <w:rtl/>
        </w:rPr>
        <w:t xml:space="preserve"> </w:t>
      </w:r>
      <w:r w:rsidRPr="00CB0DBE">
        <w:rPr>
          <w:rFonts w:cs="B Lotus" w:hint="cs"/>
          <w:szCs w:val="26"/>
          <w:rtl/>
        </w:rPr>
        <w:t>منع</w:t>
      </w:r>
      <w:r w:rsidRPr="00CB0DBE">
        <w:rPr>
          <w:rFonts w:cs="B Lotus"/>
          <w:szCs w:val="26"/>
          <w:rtl/>
        </w:rPr>
        <w:t xml:space="preserve"> </w:t>
      </w:r>
      <w:r w:rsidRPr="00CB0DBE">
        <w:rPr>
          <w:rFonts w:cs="B Lotus" w:hint="cs"/>
          <w:szCs w:val="26"/>
          <w:rtl/>
        </w:rPr>
        <w:t>ورود</w:t>
      </w:r>
      <w:r w:rsidRPr="00CB0DBE">
        <w:rPr>
          <w:rFonts w:cs="B Lotus"/>
          <w:szCs w:val="26"/>
          <w:rtl/>
        </w:rPr>
        <w:t xml:space="preserve"> </w:t>
      </w:r>
      <w:r w:rsidRPr="00CB0DBE">
        <w:rPr>
          <w:rFonts w:cs="B Lotus" w:hint="cs"/>
          <w:szCs w:val="26"/>
          <w:rtl/>
        </w:rPr>
        <w:t>افراد</w:t>
      </w:r>
      <w:r w:rsidRPr="00CB0DBE">
        <w:rPr>
          <w:rFonts w:cs="B Lotus"/>
          <w:szCs w:val="26"/>
          <w:rtl/>
        </w:rPr>
        <w:t xml:space="preserve"> </w:t>
      </w:r>
      <w:r w:rsidRPr="00CB0DBE">
        <w:rPr>
          <w:rFonts w:cs="B Lotus" w:hint="cs"/>
          <w:szCs w:val="26"/>
          <w:rtl/>
        </w:rPr>
        <w:t>بیمار</w:t>
      </w:r>
      <w:r w:rsidRPr="00CB0DBE">
        <w:rPr>
          <w:rFonts w:cs="B Lotus"/>
          <w:szCs w:val="26"/>
          <w:rtl/>
        </w:rPr>
        <w:t xml:space="preserve">) </w:t>
      </w:r>
      <w:r w:rsidRPr="00CB0DBE">
        <w:rPr>
          <w:rFonts w:cs="B Lotus" w:hint="cs"/>
          <w:szCs w:val="26"/>
          <w:rtl/>
        </w:rPr>
        <w:t>بر</w:t>
      </w:r>
      <w:r w:rsidRPr="00CB0DBE">
        <w:rPr>
          <w:rFonts w:cs="B Lotus"/>
          <w:szCs w:val="26"/>
          <w:rtl/>
        </w:rPr>
        <w:t xml:space="preserve"> </w:t>
      </w:r>
      <w:r w:rsidRPr="00CB0DBE">
        <w:rPr>
          <w:rFonts w:cs="B Lotus" w:hint="cs"/>
          <w:szCs w:val="26"/>
          <w:rtl/>
        </w:rPr>
        <w:t>سلامت</w:t>
      </w:r>
      <w:r w:rsidRPr="00CB0DBE">
        <w:rPr>
          <w:rFonts w:cs="B Lotus"/>
          <w:szCs w:val="26"/>
          <w:rtl/>
        </w:rPr>
        <w:t xml:space="preserve"> </w:t>
      </w:r>
      <w:r w:rsidRPr="00CB0DBE">
        <w:rPr>
          <w:rFonts w:cs="B Lotus" w:hint="cs"/>
          <w:szCs w:val="26"/>
          <w:rtl/>
        </w:rPr>
        <w:t>عمومی</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رضایت</w:t>
      </w:r>
      <w:r w:rsidRPr="00CB0DBE">
        <w:rPr>
          <w:rFonts w:cs="B Lotus"/>
          <w:szCs w:val="26"/>
          <w:rtl/>
        </w:rPr>
        <w:t xml:space="preserve"> </w:t>
      </w:r>
      <w:r w:rsidRPr="00CB0DBE">
        <w:rPr>
          <w:rFonts w:cs="B Lotus" w:hint="cs"/>
          <w:szCs w:val="26"/>
          <w:rtl/>
        </w:rPr>
        <w:t>مشتریان</w:t>
      </w:r>
      <w:r w:rsidRPr="00CB0DBE">
        <w:rPr>
          <w:rFonts w:cs="B Lotus"/>
          <w:szCs w:val="26"/>
          <w:rtl/>
        </w:rPr>
        <w:t xml:space="preserve"> </w:t>
      </w:r>
      <w:r w:rsidRPr="00CB0DBE">
        <w:rPr>
          <w:rFonts w:cs="B Lotus" w:hint="cs"/>
          <w:szCs w:val="26"/>
          <w:rtl/>
        </w:rPr>
        <w:t>اثر</w:t>
      </w:r>
      <w:r w:rsidRPr="00CB0DBE">
        <w:rPr>
          <w:rFonts w:cs="B Lotus"/>
          <w:szCs w:val="26"/>
          <w:rtl/>
        </w:rPr>
        <w:t xml:space="preserve"> </w:t>
      </w:r>
      <w:r w:rsidRPr="00CB0DBE">
        <w:rPr>
          <w:rFonts w:cs="B Lotus" w:hint="cs"/>
          <w:szCs w:val="26"/>
          <w:rtl/>
        </w:rPr>
        <w:t>می‌گذارد</w:t>
      </w:r>
      <w:r w:rsidRPr="00CB0DBE">
        <w:rPr>
          <w:rFonts w:cs="B Lotus"/>
          <w:szCs w:val="26"/>
          <w:rtl/>
        </w:rPr>
        <w:t xml:space="preserve">. </w:t>
      </w:r>
      <w:r w:rsidRPr="00CB0DBE">
        <w:rPr>
          <w:rFonts w:cs="B Lotus" w:hint="cs"/>
          <w:szCs w:val="26"/>
          <w:rtl/>
        </w:rPr>
        <w:t>نگهداری</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نوسازی</w:t>
      </w:r>
      <w:r w:rsidRPr="00CB0DBE">
        <w:rPr>
          <w:rFonts w:cs="B Lotus"/>
          <w:szCs w:val="26"/>
          <w:rtl/>
        </w:rPr>
        <w:t xml:space="preserve"> </w:t>
      </w:r>
      <w:r w:rsidRPr="00CB0DBE">
        <w:rPr>
          <w:rFonts w:cs="B Lotus" w:hint="cs"/>
          <w:szCs w:val="26"/>
          <w:rtl/>
        </w:rPr>
        <w:t>منظم</w:t>
      </w:r>
      <w:r w:rsidRPr="00CB0DBE">
        <w:rPr>
          <w:rFonts w:cs="B Lotus"/>
          <w:szCs w:val="26"/>
          <w:rtl/>
        </w:rPr>
        <w:t xml:space="preserve"> </w:t>
      </w:r>
      <w:r w:rsidRPr="00CB0DBE">
        <w:rPr>
          <w:rFonts w:cs="B Lotus" w:hint="cs"/>
          <w:szCs w:val="26"/>
          <w:rtl/>
        </w:rPr>
        <w:t>تجهیزات</w:t>
      </w:r>
      <w:r w:rsidRPr="00CB0DBE">
        <w:rPr>
          <w:rFonts w:cs="B Lotus"/>
          <w:szCs w:val="26"/>
          <w:rtl/>
        </w:rPr>
        <w:t xml:space="preserve"> </w:t>
      </w:r>
      <w:r w:rsidRPr="00CB0DBE">
        <w:rPr>
          <w:rFonts w:cs="B Lotus" w:hint="cs"/>
          <w:szCs w:val="26"/>
          <w:rtl/>
        </w:rPr>
        <w:t>فنی</w:t>
      </w:r>
      <w:r w:rsidRPr="00CB0DBE">
        <w:rPr>
          <w:rFonts w:cs="B Lotus"/>
          <w:szCs w:val="26"/>
          <w:rtl/>
        </w:rPr>
        <w:t xml:space="preserve"> </w:t>
      </w:r>
      <w:r w:rsidRPr="00CB0DBE">
        <w:rPr>
          <w:rFonts w:cs="B Lotus" w:hint="cs"/>
          <w:szCs w:val="26"/>
          <w:rtl/>
        </w:rPr>
        <w:t>مانند</w:t>
      </w:r>
      <w:r w:rsidRPr="00CB0DBE">
        <w:rPr>
          <w:rFonts w:cs="B Lotus"/>
          <w:szCs w:val="26"/>
          <w:rtl/>
        </w:rPr>
        <w:t xml:space="preserve"> </w:t>
      </w:r>
      <w:r w:rsidRPr="00CB0DBE">
        <w:rPr>
          <w:rFonts w:cs="B Lotus" w:hint="cs"/>
          <w:szCs w:val="26"/>
          <w:rtl/>
        </w:rPr>
        <w:t>سیستم‌های</w:t>
      </w:r>
      <w:r w:rsidRPr="00CB0DBE">
        <w:rPr>
          <w:rFonts w:cs="B Lotus"/>
          <w:szCs w:val="26"/>
          <w:rtl/>
        </w:rPr>
        <w:t xml:space="preserve"> </w:t>
      </w:r>
      <w:r w:rsidRPr="00CB0DBE">
        <w:rPr>
          <w:rFonts w:cs="B Lotus" w:hint="cs"/>
          <w:szCs w:val="26"/>
          <w:rtl/>
        </w:rPr>
        <w:t>تصفیه،</w:t>
      </w:r>
      <w:r w:rsidRPr="00CB0DBE">
        <w:rPr>
          <w:rFonts w:cs="B Lotus"/>
          <w:szCs w:val="26"/>
          <w:rtl/>
        </w:rPr>
        <w:t xml:space="preserve"> </w:t>
      </w:r>
      <w:r w:rsidRPr="00CB0DBE">
        <w:rPr>
          <w:rFonts w:cs="B Lotus" w:hint="cs"/>
          <w:szCs w:val="26"/>
          <w:rtl/>
        </w:rPr>
        <w:t>گرمایش</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تهویه،</w:t>
      </w:r>
      <w:r w:rsidRPr="00CB0DBE">
        <w:rPr>
          <w:rFonts w:cs="B Lotus"/>
          <w:szCs w:val="26"/>
          <w:rtl/>
        </w:rPr>
        <w:t xml:space="preserve"> </w:t>
      </w:r>
      <w:r w:rsidRPr="00CB0DBE">
        <w:rPr>
          <w:rFonts w:cs="B Lotus" w:hint="cs"/>
          <w:szCs w:val="26"/>
          <w:rtl/>
        </w:rPr>
        <w:t>ضمن</w:t>
      </w:r>
      <w:r w:rsidRPr="00CB0DBE">
        <w:rPr>
          <w:rFonts w:cs="B Lotus"/>
          <w:szCs w:val="26"/>
          <w:rtl/>
        </w:rPr>
        <w:t xml:space="preserve"> </w:t>
      </w:r>
      <w:r w:rsidRPr="00CB0DBE">
        <w:rPr>
          <w:rFonts w:cs="B Lotus" w:hint="cs"/>
          <w:szCs w:val="26"/>
          <w:rtl/>
        </w:rPr>
        <w:t>بهبود</w:t>
      </w:r>
      <w:r w:rsidRPr="00CB0DBE">
        <w:rPr>
          <w:rFonts w:cs="B Lotus"/>
          <w:szCs w:val="26"/>
          <w:rtl/>
        </w:rPr>
        <w:t xml:space="preserve"> </w:t>
      </w:r>
      <w:r w:rsidRPr="00CB0DBE">
        <w:rPr>
          <w:rFonts w:cs="B Lotus" w:hint="cs"/>
          <w:szCs w:val="26"/>
          <w:rtl/>
        </w:rPr>
        <w:t>بهره‌وری</w:t>
      </w:r>
      <w:r w:rsidRPr="00CB0DBE">
        <w:rPr>
          <w:rFonts w:cs="B Lotus"/>
          <w:szCs w:val="26"/>
          <w:rtl/>
        </w:rPr>
        <w:t xml:space="preserve"> </w:t>
      </w:r>
      <w:r w:rsidRPr="00CB0DBE">
        <w:rPr>
          <w:rFonts w:cs="B Lotus" w:hint="cs"/>
          <w:szCs w:val="26"/>
          <w:rtl/>
        </w:rPr>
        <w:t>انرژی،</w:t>
      </w:r>
      <w:r w:rsidRPr="00CB0DBE">
        <w:rPr>
          <w:rFonts w:cs="B Lotus"/>
          <w:szCs w:val="26"/>
          <w:rtl/>
        </w:rPr>
        <w:t xml:space="preserve"> </w:t>
      </w:r>
      <w:r w:rsidRPr="00CB0DBE">
        <w:rPr>
          <w:rFonts w:cs="B Lotus" w:hint="cs"/>
          <w:szCs w:val="26"/>
          <w:rtl/>
        </w:rPr>
        <w:t>از</w:t>
      </w:r>
      <w:r w:rsidRPr="00CB0DBE">
        <w:rPr>
          <w:rFonts w:cs="B Lotus"/>
          <w:szCs w:val="26"/>
          <w:rtl/>
        </w:rPr>
        <w:t xml:space="preserve"> </w:t>
      </w:r>
      <w:r w:rsidRPr="00CB0DBE">
        <w:rPr>
          <w:rFonts w:cs="B Lotus" w:hint="cs"/>
          <w:szCs w:val="26"/>
          <w:rtl/>
        </w:rPr>
        <w:t>بروز</w:t>
      </w:r>
      <w:r w:rsidRPr="00CB0DBE">
        <w:rPr>
          <w:rFonts w:cs="B Lotus"/>
          <w:szCs w:val="26"/>
          <w:rtl/>
        </w:rPr>
        <w:t xml:space="preserve"> </w:t>
      </w:r>
      <w:r w:rsidRPr="00CB0DBE">
        <w:rPr>
          <w:rFonts w:cs="B Lotus" w:hint="cs"/>
          <w:szCs w:val="26"/>
          <w:rtl/>
        </w:rPr>
        <w:t>نارضایتی‌های</w:t>
      </w:r>
      <w:r w:rsidRPr="00CB0DBE">
        <w:rPr>
          <w:rFonts w:cs="B Lotus"/>
          <w:szCs w:val="26"/>
          <w:rtl/>
        </w:rPr>
        <w:t xml:space="preserve"> </w:t>
      </w:r>
      <w:r w:rsidRPr="00CB0DBE">
        <w:rPr>
          <w:rFonts w:cs="B Lotus" w:hint="cs"/>
          <w:szCs w:val="26"/>
          <w:rtl/>
        </w:rPr>
        <w:t>عملیاتی</w:t>
      </w:r>
      <w:r w:rsidRPr="00CB0DBE">
        <w:rPr>
          <w:rFonts w:cs="B Lotus"/>
          <w:szCs w:val="26"/>
          <w:rtl/>
        </w:rPr>
        <w:t xml:space="preserve"> </w:t>
      </w:r>
      <w:r w:rsidRPr="00CB0DBE">
        <w:rPr>
          <w:rFonts w:cs="B Lotus" w:hint="cs"/>
          <w:szCs w:val="26"/>
          <w:rtl/>
        </w:rPr>
        <w:t>جلوگیری</w:t>
      </w:r>
      <w:r w:rsidRPr="00CB0DBE">
        <w:rPr>
          <w:rFonts w:cs="B Lotus"/>
          <w:szCs w:val="26"/>
          <w:rtl/>
        </w:rPr>
        <w:t xml:space="preserve"> </w:t>
      </w:r>
      <w:r w:rsidRPr="00CB0DBE">
        <w:rPr>
          <w:rFonts w:cs="B Lotus" w:hint="cs"/>
          <w:szCs w:val="26"/>
          <w:rtl/>
        </w:rPr>
        <w:t>می‌کند</w:t>
      </w:r>
      <w:r w:rsidRPr="00CB0DBE">
        <w:rPr>
          <w:rFonts w:cs="B Lotus"/>
          <w:szCs w:val="26"/>
          <w:rtl/>
        </w:rPr>
        <w:t xml:space="preserve">. </w:t>
      </w:r>
      <w:r w:rsidRPr="00CB0DBE">
        <w:rPr>
          <w:rFonts w:cs="B Lotus" w:hint="cs"/>
          <w:szCs w:val="26"/>
          <w:rtl/>
        </w:rPr>
        <w:t>در</w:t>
      </w:r>
      <w:r w:rsidRPr="00CB0DBE">
        <w:rPr>
          <w:rFonts w:cs="B Lotus"/>
          <w:szCs w:val="26"/>
          <w:rtl/>
        </w:rPr>
        <w:t xml:space="preserve"> </w:t>
      </w:r>
      <w:r w:rsidRPr="00CB0DBE">
        <w:rPr>
          <w:rFonts w:cs="B Lotus" w:hint="cs"/>
          <w:szCs w:val="26"/>
          <w:rtl/>
        </w:rPr>
        <w:t>نهایت،</w:t>
      </w:r>
      <w:r w:rsidRPr="00CB0DBE">
        <w:rPr>
          <w:rFonts w:cs="B Lotus"/>
          <w:szCs w:val="26"/>
          <w:rtl/>
        </w:rPr>
        <w:t xml:space="preserve"> </w:t>
      </w:r>
      <w:r w:rsidRPr="00CB0DBE">
        <w:rPr>
          <w:rFonts w:cs="B Lotus" w:hint="cs"/>
          <w:szCs w:val="26"/>
          <w:rtl/>
        </w:rPr>
        <w:t>طراحی</w:t>
      </w:r>
      <w:r w:rsidRPr="00CB0DBE">
        <w:rPr>
          <w:rFonts w:cs="B Lotus"/>
          <w:szCs w:val="26"/>
          <w:rtl/>
        </w:rPr>
        <w:t xml:space="preserve"> </w:t>
      </w:r>
      <w:r w:rsidRPr="00CB0DBE">
        <w:rPr>
          <w:rFonts w:cs="B Lotus" w:hint="cs"/>
          <w:szCs w:val="26"/>
          <w:rtl/>
        </w:rPr>
        <w:t>معماری</w:t>
      </w:r>
      <w:r w:rsidRPr="00CB0DBE">
        <w:rPr>
          <w:rFonts w:cs="B Lotus"/>
          <w:szCs w:val="26"/>
          <w:rtl/>
        </w:rPr>
        <w:t xml:space="preserve"> </w:t>
      </w:r>
      <w:r w:rsidRPr="00CB0DBE">
        <w:rPr>
          <w:rFonts w:cs="B Lotus" w:hint="cs"/>
          <w:szCs w:val="26"/>
          <w:rtl/>
        </w:rPr>
        <w:t>اصولی</w:t>
      </w:r>
      <w:r w:rsidRPr="00CB0DBE">
        <w:rPr>
          <w:rFonts w:cs="B Lotus"/>
          <w:szCs w:val="26"/>
          <w:rtl/>
        </w:rPr>
        <w:t xml:space="preserve"> </w:t>
      </w:r>
      <w:r w:rsidRPr="00CB0DBE">
        <w:rPr>
          <w:rFonts w:cs="B Lotus" w:hint="cs"/>
          <w:szCs w:val="26"/>
          <w:rtl/>
        </w:rPr>
        <w:t>با</w:t>
      </w:r>
      <w:r w:rsidRPr="00CB0DBE">
        <w:rPr>
          <w:rFonts w:cs="B Lotus"/>
          <w:szCs w:val="26"/>
          <w:rtl/>
        </w:rPr>
        <w:t xml:space="preserve"> </w:t>
      </w:r>
      <w:r w:rsidRPr="00CB0DBE">
        <w:rPr>
          <w:rFonts w:cs="B Lotus" w:hint="cs"/>
          <w:szCs w:val="26"/>
          <w:rtl/>
        </w:rPr>
        <w:t>رعایت</w:t>
      </w:r>
      <w:r w:rsidRPr="00CB0DBE">
        <w:rPr>
          <w:rFonts w:cs="B Lotus"/>
          <w:szCs w:val="26"/>
          <w:rtl/>
        </w:rPr>
        <w:t xml:space="preserve"> </w:t>
      </w:r>
      <w:r w:rsidRPr="00CB0DBE">
        <w:rPr>
          <w:rFonts w:cs="B Lotus" w:hint="cs"/>
          <w:szCs w:val="26"/>
          <w:rtl/>
        </w:rPr>
        <w:t>استانداردهای</w:t>
      </w:r>
      <w:r w:rsidRPr="00CB0DBE">
        <w:rPr>
          <w:rFonts w:cs="B Lotus"/>
          <w:szCs w:val="26"/>
          <w:rtl/>
        </w:rPr>
        <w:t xml:space="preserve"> </w:t>
      </w:r>
      <w:r w:rsidRPr="00CB0DBE">
        <w:rPr>
          <w:rFonts w:cs="B Lotus" w:hint="cs"/>
          <w:szCs w:val="26"/>
          <w:rtl/>
        </w:rPr>
        <w:t>دسترس‌پذیری،</w:t>
      </w:r>
      <w:r w:rsidRPr="00CB0DBE">
        <w:rPr>
          <w:rFonts w:cs="B Lotus"/>
          <w:szCs w:val="26"/>
          <w:rtl/>
        </w:rPr>
        <w:t xml:space="preserve"> </w:t>
      </w:r>
      <w:r w:rsidRPr="00CB0DBE">
        <w:rPr>
          <w:rFonts w:cs="B Lotus" w:hint="cs"/>
          <w:szCs w:val="26"/>
          <w:rtl/>
        </w:rPr>
        <w:t>نور</w:t>
      </w:r>
      <w:r w:rsidRPr="00CB0DBE">
        <w:rPr>
          <w:rFonts w:cs="B Lotus"/>
          <w:szCs w:val="26"/>
          <w:rtl/>
        </w:rPr>
        <w:t xml:space="preserve"> </w:t>
      </w:r>
      <w:r w:rsidRPr="00CB0DBE">
        <w:rPr>
          <w:rFonts w:cs="B Lotus" w:hint="cs"/>
          <w:szCs w:val="26"/>
          <w:rtl/>
        </w:rPr>
        <w:t>طبیعی،</w:t>
      </w:r>
      <w:r w:rsidRPr="00CB0DBE">
        <w:rPr>
          <w:rFonts w:cs="B Lotus"/>
          <w:szCs w:val="26"/>
          <w:rtl/>
        </w:rPr>
        <w:t xml:space="preserve"> </w:t>
      </w:r>
      <w:r w:rsidRPr="00CB0DBE">
        <w:rPr>
          <w:rFonts w:cs="B Lotus" w:hint="cs"/>
          <w:szCs w:val="26"/>
          <w:rtl/>
        </w:rPr>
        <w:t>تفکیک</w:t>
      </w:r>
      <w:r w:rsidRPr="00CB0DBE">
        <w:rPr>
          <w:rFonts w:cs="B Lotus"/>
          <w:szCs w:val="26"/>
          <w:rtl/>
        </w:rPr>
        <w:t xml:space="preserve"> </w:t>
      </w:r>
      <w:r w:rsidRPr="00CB0DBE">
        <w:rPr>
          <w:rFonts w:cs="B Lotus" w:hint="cs"/>
          <w:szCs w:val="26"/>
          <w:rtl/>
        </w:rPr>
        <w:t>فضاهای</w:t>
      </w:r>
      <w:r w:rsidRPr="00CB0DBE">
        <w:rPr>
          <w:rFonts w:cs="B Lotus"/>
          <w:szCs w:val="26"/>
          <w:rtl/>
        </w:rPr>
        <w:t xml:space="preserve"> </w:t>
      </w:r>
      <w:r w:rsidRPr="00CB0DBE">
        <w:rPr>
          <w:rFonts w:cs="B Lotus" w:hint="cs"/>
          <w:szCs w:val="26"/>
          <w:rtl/>
        </w:rPr>
        <w:t>خیس</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خشک،</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زیبایی‌شناسی،</w:t>
      </w:r>
      <w:r w:rsidRPr="00CB0DBE">
        <w:rPr>
          <w:rFonts w:cs="B Lotus"/>
          <w:szCs w:val="26"/>
          <w:rtl/>
        </w:rPr>
        <w:t xml:space="preserve"> </w:t>
      </w:r>
      <w:r w:rsidRPr="00CB0DBE">
        <w:rPr>
          <w:rFonts w:cs="B Lotus" w:hint="cs"/>
          <w:szCs w:val="26"/>
          <w:rtl/>
        </w:rPr>
        <w:t>نه‌تنها</w:t>
      </w:r>
      <w:r w:rsidRPr="00CB0DBE">
        <w:rPr>
          <w:rFonts w:cs="B Lotus"/>
          <w:szCs w:val="26"/>
          <w:rtl/>
        </w:rPr>
        <w:t xml:space="preserve"> </w:t>
      </w:r>
      <w:r w:rsidRPr="00CB0DBE">
        <w:rPr>
          <w:rFonts w:cs="B Lotus" w:hint="cs"/>
          <w:szCs w:val="26"/>
          <w:rtl/>
        </w:rPr>
        <w:t>تجربه</w:t>
      </w:r>
      <w:r w:rsidRPr="00CB0DBE">
        <w:rPr>
          <w:rFonts w:cs="B Lotus"/>
          <w:szCs w:val="26"/>
          <w:rtl/>
        </w:rPr>
        <w:t xml:space="preserve"> </w:t>
      </w:r>
      <w:r w:rsidRPr="00CB0DBE">
        <w:rPr>
          <w:rFonts w:cs="B Lotus" w:hint="cs"/>
          <w:szCs w:val="26"/>
          <w:rtl/>
        </w:rPr>
        <w:t>روانی</w:t>
      </w:r>
      <w:r w:rsidRPr="00CB0DBE">
        <w:rPr>
          <w:rFonts w:cs="B Lotus"/>
          <w:szCs w:val="26"/>
          <w:rtl/>
        </w:rPr>
        <w:t xml:space="preserve"> </w:t>
      </w:r>
      <w:r w:rsidRPr="00CB0DBE">
        <w:rPr>
          <w:rFonts w:cs="B Lotus" w:hint="cs"/>
          <w:szCs w:val="26"/>
          <w:rtl/>
        </w:rPr>
        <w:t>کاربران</w:t>
      </w:r>
      <w:r w:rsidRPr="00CB0DBE">
        <w:rPr>
          <w:rFonts w:cs="B Lotus"/>
          <w:szCs w:val="26"/>
          <w:rtl/>
        </w:rPr>
        <w:t xml:space="preserve"> </w:t>
      </w:r>
      <w:r w:rsidRPr="00CB0DBE">
        <w:rPr>
          <w:rFonts w:cs="B Lotus" w:hint="cs"/>
          <w:szCs w:val="26"/>
          <w:rtl/>
        </w:rPr>
        <w:t>را</w:t>
      </w:r>
      <w:r w:rsidRPr="00CB0DBE">
        <w:rPr>
          <w:rFonts w:cs="B Lotus"/>
          <w:szCs w:val="26"/>
          <w:rtl/>
        </w:rPr>
        <w:t xml:space="preserve"> </w:t>
      </w:r>
      <w:r w:rsidRPr="00CB0DBE">
        <w:rPr>
          <w:rFonts w:cs="B Lotus" w:hint="cs"/>
          <w:szCs w:val="26"/>
          <w:rtl/>
        </w:rPr>
        <w:t>ارتقا</w:t>
      </w:r>
      <w:r w:rsidRPr="00CB0DBE">
        <w:rPr>
          <w:rFonts w:cs="B Lotus"/>
          <w:szCs w:val="26"/>
          <w:rtl/>
        </w:rPr>
        <w:t xml:space="preserve"> </w:t>
      </w:r>
      <w:r w:rsidRPr="00CB0DBE">
        <w:rPr>
          <w:rFonts w:cs="B Lotus" w:hint="cs"/>
          <w:szCs w:val="26"/>
          <w:rtl/>
        </w:rPr>
        <w:t>می‌دهد،</w:t>
      </w:r>
      <w:r w:rsidRPr="00CB0DBE">
        <w:rPr>
          <w:rFonts w:cs="B Lotus"/>
          <w:szCs w:val="26"/>
          <w:rtl/>
        </w:rPr>
        <w:t xml:space="preserve"> </w:t>
      </w:r>
      <w:r w:rsidRPr="00CB0DBE">
        <w:rPr>
          <w:rFonts w:cs="B Lotus" w:hint="cs"/>
          <w:szCs w:val="26"/>
          <w:rtl/>
        </w:rPr>
        <w:t>بلکه</w:t>
      </w:r>
      <w:r w:rsidRPr="00CB0DBE">
        <w:rPr>
          <w:rFonts w:cs="B Lotus"/>
          <w:szCs w:val="26"/>
          <w:rtl/>
        </w:rPr>
        <w:t xml:space="preserve"> </w:t>
      </w:r>
      <w:r w:rsidRPr="00CB0DBE">
        <w:rPr>
          <w:rFonts w:cs="B Lotus" w:hint="cs"/>
          <w:szCs w:val="26"/>
          <w:rtl/>
        </w:rPr>
        <w:t>تعامل</w:t>
      </w:r>
      <w:r w:rsidRPr="00CB0DBE">
        <w:rPr>
          <w:rFonts w:cs="B Lotus"/>
          <w:szCs w:val="26"/>
          <w:rtl/>
        </w:rPr>
        <w:t xml:space="preserve"> </w:t>
      </w:r>
      <w:r w:rsidRPr="00CB0DBE">
        <w:rPr>
          <w:rFonts w:cs="B Lotus" w:hint="cs"/>
          <w:szCs w:val="26"/>
          <w:rtl/>
        </w:rPr>
        <w:t>اجتماعی</w:t>
      </w:r>
      <w:r w:rsidRPr="00CB0DBE">
        <w:rPr>
          <w:rFonts w:cs="B Lotus"/>
          <w:szCs w:val="26"/>
          <w:rtl/>
        </w:rPr>
        <w:t xml:space="preserve"> </w:t>
      </w:r>
      <w:r w:rsidRPr="00CB0DBE">
        <w:rPr>
          <w:rFonts w:cs="B Lotus" w:hint="cs"/>
          <w:szCs w:val="26"/>
          <w:rtl/>
        </w:rPr>
        <w:t>را</w:t>
      </w:r>
      <w:r w:rsidRPr="00CB0DBE">
        <w:rPr>
          <w:rFonts w:cs="B Lotus"/>
          <w:szCs w:val="26"/>
          <w:rtl/>
        </w:rPr>
        <w:t xml:space="preserve"> </w:t>
      </w:r>
      <w:r w:rsidRPr="00CB0DBE">
        <w:rPr>
          <w:rFonts w:cs="B Lotus" w:hint="cs"/>
          <w:szCs w:val="26"/>
          <w:rtl/>
        </w:rPr>
        <w:t>نیز</w:t>
      </w:r>
      <w:r w:rsidRPr="00CB0DBE">
        <w:rPr>
          <w:rFonts w:cs="B Lotus"/>
          <w:szCs w:val="26"/>
          <w:rtl/>
        </w:rPr>
        <w:t xml:space="preserve"> </w:t>
      </w:r>
      <w:r w:rsidRPr="00CB0DBE">
        <w:rPr>
          <w:rFonts w:cs="B Lotus" w:hint="cs"/>
          <w:szCs w:val="26"/>
          <w:rtl/>
        </w:rPr>
        <w:t>تقویت</w:t>
      </w:r>
      <w:r w:rsidRPr="00CB0DBE">
        <w:rPr>
          <w:rFonts w:cs="B Lotus"/>
          <w:szCs w:val="26"/>
          <w:rtl/>
        </w:rPr>
        <w:t xml:space="preserve"> </w:t>
      </w:r>
      <w:r w:rsidRPr="00CB0DBE">
        <w:rPr>
          <w:rFonts w:cs="B Lotus" w:hint="cs"/>
          <w:szCs w:val="26"/>
          <w:rtl/>
        </w:rPr>
        <w:t>می‌کند</w:t>
      </w:r>
      <w:r>
        <w:rPr>
          <w:rFonts w:cs="B Lotus" w:hint="cs"/>
          <w:szCs w:val="26"/>
          <w:rtl/>
        </w:rPr>
        <w:t xml:space="preserve">. </w:t>
      </w:r>
      <w:r w:rsidRPr="00FF07DB">
        <w:rPr>
          <w:rFonts w:cs="B Lotus" w:hint="cs"/>
          <w:szCs w:val="26"/>
          <w:rtl/>
        </w:rPr>
        <w:t>با</w:t>
      </w:r>
      <w:r w:rsidRPr="00FF07DB">
        <w:rPr>
          <w:rFonts w:cs="B Lotus"/>
          <w:szCs w:val="26"/>
          <w:rtl/>
        </w:rPr>
        <w:t xml:space="preserve"> </w:t>
      </w:r>
      <w:r w:rsidRPr="00FF07DB">
        <w:rPr>
          <w:rFonts w:cs="B Lotus" w:hint="cs"/>
          <w:szCs w:val="26"/>
          <w:rtl/>
        </w:rPr>
        <w:t>توجه</w:t>
      </w:r>
      <w:r w:rsidRPr="00FF07DB">
        <w:rPr>
          <w:rFonts w:cs="B Lotus"/>
          <w:szCs w:val="26"/>
          <w:rtl/>
        </w:rPr>
        <w:t xml:space="preserve"> </w:t>
      </w:r>
      <w:r w:rsidRPr="00FF07DB">
        <w:rPr>
          <w:rFonts w:cs="B Lotus" w:hint="cs"/>
          <w:szCs w:val="26"/>
          <w:rtl/>
        </w:rPr>
        <w:t>به</w:t>
      </w:r>
      <w:r w:rsidRPr="00FF07DB">
        <w:rPr>
          <w:rFonts w:cs="B Lotus"/>
          <w:szCs w:val="26"/>
          <w:rtl/>
        </w:rPr>
        <w:t xml:space="preserve"> </w:t>
      </w:r>
      <w:r w:rsidRPr="00FF07DB">
        <w:rPr>
          <w:rFonts w:cs="B Lotus" w:hint="cs"/>
          <w:szCs w:val="26"/>
          <w:rtl/>
        </w:rPr>
        <w:t>اینکه</w:t>
      </w:r>
      <w:r w:rsidRPr="00FF07DB">
        <w:rPr>
          <w:rFonts w:cs="B Lotus"/>
          <w:szCs w:val="26"/>
          <w:rtl/>
        </w:rPr>
        <w:t xml:space="preserve"> </w:t>
      </w:r>
      <w:r w:rsidRPr="00FF07DB">
        <w:rPr>
          <w:rFonts w:cs="B Lotus" w:hint="cs"/>
          <w:szCs w:val="26"/>
          <w:rtl/>
        </w:rPr>
        <w:t>در</w:t>
      </w:r>
      <w:r w:rsidRPr="00FF07DB">
        <w:rPr>
          <w:rFonts w:cs="B Lotus"/>
          <w:szCs w:val="26"/>
          <w:rtl/>
        </w:rPr>
        <w:t xml:space="preserve"> </w:t>
      </w:r>
      <w:r w:rsidRPr="00FF07DB">
        <w:rPr>
          <w:rFonts w:cs="B Lotus" w:hint="cs"/>
          <w:szCs w:val="26"/>
          <w:rtl/>
        </w:rPr>
        <w:t>مبحث</w:t>
      </w:r>
      <w:r w:rsidRPr="00FF07DB">
        <w:rPr>
          <w:rFonts w:cs="B Lotus"/>
          <w:szCs w:val="26"/>
          <w:rtl/>
        </w:rPr>
        <w:t xml:space="preserve"> </w:t>
      </w:r>
      <w:r w:rsidRPr="00FF07DB">
        <w:rPr>
          <w:rFonts w:cs="B Lotus" w:hint="cs"/>
          <w:szCs w:val="26"/>
          <w:rtl/>
        </w:rPr>
        <w:t>زیرساخت‌ها</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استانداردها</w:t>
      </w:r>
      <w:r w:rsidRPr="00FF07DB">
        <w:rPr>
          <w:rFonts w:cs="B Lotus"/>
          <w:szCs w:val="26"/>
          <w:rtl/>
        </w:rPr>
        <w:t xml:space="preserve"> </w:t>
      </w:r>
      <w:r w:rsidRPr="00FF07DB">
        <w:rPr>
          <w:rFonts w:cs="B Lotus" w:hint="cs"/>
          <w:szCs w:val="26"/>
          <w:rtl/>
        </w:rPr>
        <w:t>مولفه‌ی</w:t>
      </w:r>
      <w:r w:rsidRPr="00FF07DB">
        <w:rPr>
          <w:rFonts w:cs="B Lotus"/>
          <w:szCs w:val="26"/>
          <w:rtl/>
        </w:rPr>
        <w:t xml:space="preserve"> </w:t>
      </w:r>
      <w:r w:rsidRPr="00FF07DB">
        <w:rPr>
          <w:rFonts w:cs="B Lotus" w:hint="cs"/>
          <w:szCs w:val="26"/>
          <w:rtl/>
        </w:rPr>
        <w:t>ایمنی</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امنیت</w:t>
      </w:r>
      <w:r w:rsidRPr="00FF07DB">
        <w:rPr>
          <w:rFonts w:cs="B Lotus"/>
          <w:szCs w:val="26"/>
          <w:rtl/>
        </w:rPr>
        <w:t xml:space="preserve"> </w:t>
      </w:r>
      <w:r w:rsidRPr="00FF07DB">
        <w:rPr>
          <w:rFonts w:cs="B Lotus" w:hint="cs"/>
          <w:szCs w:val="26"/>
          <w:rtl/>
        </w:rPr>
        <w:t>بیشترین</w:t>
      </w:r>
      <w:r w:rsidRPr="00FF07DB">
        <w:rPr>
          <w:rFonts w:cs="B Lotus"/>
          <w:szCs w:val="26"/>
          <w:rtl/>
        </w:rPr>
        <w:t xml:space="preserve"> </w:t>
      </w:r>
      <w:r w:rsidRPr="00FF07DB">
        <w:rPr>
          <w:rFonts w:cs="B Lotus" w:hint="cs"/>
          <w:szCs w:val="26"/>
          <w:rtl/>
        </w:rPr>
        <w:t>وزن</w:t>
      </w:r>
      <w:r w:rsidRPr="00FF07DB">
        <w:rPr>
          <w:rFonts w:cs="B Lotus"/>
          <w:szCs w:val="26"/>
          <w:rtl/>
        </w:rPr>
        <w:t xml:space="preserve"> </w:t>
      </w:r>
      <w:r w:rsidRPr="00FF07DB">
        <w:rPr>
          <w:rFonts w:cs="B Lotus" w:hint="cs"/>
          <w:szCs w:val="26"/>
          <w:rtl/>
        </w:rPr>
        <w:t>را</w:t>
      </w:r>
      <w:r w:rsidRPr="00FF07DB">
        <w:rPr>
          <w:rFonts w:cs="B Lotus"/>
          <w:szCs w:val="26"/>
          <w:rtl/>
        </w:rPr>
        <w:t xml:space="preserve"> </w:t>
      </w:r>
      <w:r w:rsidRPr="00FF07DB">
        <w:rPr>
          <w:rFonts w:cs="B Lotus" w:hint="cs"/>
          <w:szCs w:val="26"/>
          <w:rtl/>
        </w:rPr>
        <w:t>دارا</w:t>
      </w:r>
      <w:r w:rsidRPr="00FF07DB">
        <w:rPr>
          <w:rFonts w:cs="B Lotus"/>
          <w:szCs w:val="26"/>
          <w:rtl/>
        </w:rPr>
        <w:t xml:space="preserve"> </w:t>
      </w:r>
      <w:r w:rsidRPr="00FF07DB">
        <w:rPr>
          <w:rFonts w:cs="B Lotus" w:hint="cs"/>
          <w:szCs w:val="26"/>
          <w:rtl/>
        </w:rPr>
        <w:t>می‌یاشد؛</w:t>
      </w:r>
      <w:r w:rsidRPr="00FF07DB">
        <w:rPr>
          <w:rFonts w:cs="B Lotus"/>
          <w:szCs w:val="26"/>
          <w:rtl/>
        </w:rPr>
        <w:t xml:space="preserve"> </w:t>
      </w:r>
      <w:r w:rsidRPr="00FF07DB">
        <w:rPr>
          <w:rFonts w:cs="B Lotus" w:hint="cs"/>
          <w:szCs w:val="26"/>
          <w:rtl/>
        </w:rPr>
        <w:t>پیشنهاد</w:t>
      </w:r>
      <w:r w:rsidRPr="00FF07DB">
        <w:rPr>
          <w:rFonts w:cs="B Lotus"/>
          <w:szCs w:val="26"/>
          <w:rtl/>
        </w:rPr>
        <w:t xml:space="preserve"> </w:t>
      </w:r>
      <w:r w:rsidRPr="00FF07DB">
        <w:rPr>
          <w:rFonts w:cs="B Lotus" w:hint="cs"/>
          <w:szCs w:val="26"/>
          <w:rtl/>
        </w:rPr>
        <w:t>می‌گردد</w:t>
      </w:r>
      <w:r w:rsidRPr="00FF07DB">
        <w:rPr>
          <w:rFonts w:cs="B Lotus"/>
          <w:szCs w:val="26"/>
          <w:rtl/>
        </w:rPr>
        <w:t xml:space="preserve"> </w:t>
      </w:r>
      <w:r w:rsidRPr="00FF07DB">
        <w:rPr>
          <w:rFonts w:cs="B Lotus" w:hint="cs"/>
          <w:szCs w:val="26"/>
          <w:rtl/>
        </w:rPr>
        <w:t>تجهیزات</w:t>
      </w:r>
      <w:r w:rsidRPr="00FF07DB">
        <w:rPr>
          <w:rFonts w:cs="B Lotus"/>
          <w:szCs w:val="26"/>
          <w:rtl/>
        </w:rPr>
        <w:t xml:space="preserve"> </w:t>
      </w:r>
      <w:r w:rsidRPr="00FF07DB">
        <w:rPr>
          <w:rFonts w:cs="B Lotus" w:hint="cs"/>
          <w:szCs w:val="26"/>
          <w:rtl/>
        </w:rPr>
        <w:t>نجات</w:t>
      </w:r>
      <w:r w:rsidRPr="00FF07DB">
        <w:rPr>
          <w:rFonts w:cs="B Lotus"/>
          <w:szCs w:val="26"/>
          <w:rtl/>
        </w:rPr>
        <w:t xml:space="preserve"> </w:t>
      </w:r>
      <w:r w:rsidRPr="00FF07DB">
        <w:rPr>
          <w:rFonts w:cs="B Lotus" w:hint="cs"/>
          <w:szCs w:val="26"/>
          <w:rtl/>
        </w:rPr>
        <w:t>غریق</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ایمنی</w:t>
      </w:r>
      <w:r w:rsidRPr="00FF07DB">
        <w:rPr>
          <w:rFonts w:cs="B Lotus"/>
          <w:szCs w:val="26"/>
          <w:rtl/>
        </w:rPr>
        <w:t xml:space="preserve"> </w:t>
      </w:r>
      <w:r w:rsidRPr="00FF07DB">
        <w:rPr>
          <w:rFonts w:cs="B Lotus" w:hint="cs"/>
          <w:szCs w:val="26"/>
          <w:rtl/>
        </w:rPr>
        <w:t>مطابق</w:t>
      </w:r>
      <w:r w:rsidRPr="00FF07DB">
        <w:rPr>
          <w:rFonts w:cs="B Lotus"/>
          <w:szCs w:val="26"/>
          <w:rtl/>
        </w:rPr>
        <w:t xml:space="preserve"> </w:t>
      </w:r>
      <w:r w:rsidRPr="00FF07DB">
        <w:rPr>
          <w:rFonts w:cs="B Lotus" w:hint="cs"/>
          <w:szCs w:val="26"/>
          <w:rtl/>
        </w:rPr>
        <w:t>با</w:t>
      </w:r>
      <w:r w:rsidRPr="00FF07DB">
        <w:rPr>
          <w:rFonts w:cs="B Lotus"/>
          <w:szCs w:val="26"/>
          <w:rtl/>
        </w:rPr>
        <w:t xml:space="preserve"> </w:t>
      </w:r>
      <w:r w:rsidRPr="00FF07DB">
        <w:rPr>
          <w:rFonts w:cs="B Lotus" w:hint="cs"/>
          <w:szCs w:val="26"/>
          <w:rtl/>
        </w:rPr>
        <w:t>استانداردهای</w:t>
      </w:r>
      <w:r w:rsidRPr="00FF07DB">
        <w:rPr>
          <w:rFonts w:cs="B Lotus"/>
          <w:szCs w:val="26"/>
          <w:rtl/>
        </w:rPr>
        <w:t xml:space="preserve"> </w:t>
      </w:r>
      <w:r w:rsidRPr="00FF07DB">
        <w:rPr>
          <w:rFonts w:cs="B Lotus" w:hint="cs"/>
          <w:szCs w:val="26"/>
          <w:rtl/>
        </w:rPr>
        <w:t>بین</w:t>
      </w:r>
      <w:r w:rsidRPr="00FF07DB">
        <w:rPr>
          <w:rFonts w:cs="B Lotus"/>
          <w:szCs w:val="26"/>
          <w:rtl/>
        </w:rPr>
        <w:t xml:space="preserve"> </w:t>
      </w:r>
      <w:r w:rsidRPr="00FF07DB">
        <w:rPr>
          <w:rFonts w:cs="B Lotus" w:hint="cs"/>
          <w:szCs w:val="26"/>
          <w:rtl/>
        </w:rPr>
        <w:t>المللی</w:t>
      </w:r>
      <w:r w:rsidRPr="00FF07DB">
        <w:rPr>
          <w:rFonts w:cs="B Lotus"/>
          <w:szCs w:val="26"/>
          <w:rtl/>
        </w:rPr>
        <w:t xml:space="preserve"> </w:t>
      </w:r>
      <w:r w:rsidRPr="00FF07DB">
        <w:rPr>
          <w:rFonts w:cs="B Lotus" w:hint="cs"/>
          <w:szCs w:val="26"/>
          <w:rtl/>
        </w:rPr>
        <w:t>توسعه</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بهبود</w:t>
      </w:r>
      <w:r w:rsidRPr="00FF07DB">
        <w:rPr>
          <w:rFonts w:cs="B Lotus"/>
          <w:szCs w:val="26"/>
          <w:rtl/>
        </w:rPr>
        <w:t xml:space="preserve"> </w:t>
      </w:r>
      <w:r w:rsidRPr="00FF07DB">
        <w:rPr>
          <w:rFonts w:cs="B Lotus" w:hint="cs"/>
          <w:szCs w:val="26"/>
          <w:rtl/>
        </w:rPr>
        <w:t>یابد</w:t>
      </w:r>
      <w:r w:rsidRPr="00FF07DB">
        <w:rPr>
          <w:rFonts w:cs="B Lotus"/>
          <w:szCs w:val="26"/>
          <w:rtl/>
        </w:rPr>
        <w:t>.</w:t>
      </w:r>
      <w:r>
        <w:rPr>
          <w:rFonts w:cs="B Lotus" w:hint="cs"/>
          <w:szCs w:val="26"/>
          <w:rtl/>
        </w:rPr>
        <w:t xml:space="preserve"> این یافته با </w:t>
      </w:r>
      <w:r w:rsidRPr="00CB0DBE">
        <w:rPr>
          <w:rFonts w:cs="B Lotus" w:hint="cs"/>
          <w:szCs w:val="26"/>
          <w:rtl/>
        </w:rPr>
        <w:t>مطالعات</w:t>
      </w:r>
      <w:r>
        <w:rPr>
          <w:rFonts w:cs="B Lotus"/>
          <w:szCs w:val="26"/>
        </w:rPr>
        <w:t xml:space="preserve"> </w:t>
      </w:r>
      <w:r>
        <w:rPr>
          <w:rFonts w:cs="B Lotus" w:hint="cs"/>
          <w:szCs w:val="26"/>
          <w:rtl/>
          <w:lang w:bidi="fa-IR"/>
        </w:rPr>
        <w:t>(7</w:t>
      </w:r>
      <w:r w:rsidRPr="00CB0DBE">
        <w:rPr>
          <w:rFonts w:cs="B Lotus"/>
          <w:szCs w:val="26"/>
          <w:rtl/>
        </w:rPr>
        <w:t>)</w:t>
      </w:r>
      <w:r>
        <w:rPr>
          <w:rFonts w:cs="B Lotus" w:hint="cs"/>
          <w:szCs w:val="26"/>
          <w:rtl/>
        </w:rPr>
        <w:t xml:space="preserve"> </w:t>
      </w:r>
      <w:r w:rsidR="000F04F1">
        <w:rPr>
          <w:rFonts w:cs="B Lotus" w:hint="cs"/>
          <w:szCs w:val="26"/>
          <w:rtl/>
        </w:rPr>
        <w:t xml:space="preserve">، (26) و </w:t>
      </w:r>
      <w:r>
        <w:rPr>
          <w:rFonts w:cs="B Lotus" w:hint="cs"/>
          <w:szCs w:val="26"/>
          <w:rtl/>
        </w:rPr>
        <w:t>(</w:t>
      </w:r>
      <w:r>
        <w:rPr>
          <w:rFonts w:cs="B Lotus" w:hint="cs"/>
          <w:szCs w:val="26"/>
          <w:rtl/>
          <w:lang w:bidi="fa-IR"/>
        </w:rPr>
        <w:t>2</w:t>
      </w:r>
      <w:r w:rsidR="003D6A62">
        <w:rPr>
          <w:rFonts w:cs="B Lotus" w:hint="cs"/>
          <w:szCs w:val="26"/>
          <w:rtl/>
          <w:lang w:bidi="fa-IR"/>
        </w:rPr>
        <w:t>7</w:t>
      </w:r>
      <w:r>
        <w:rPr>
          <w:rFonts w:cs="B Lotus" w:hint="cs"/>
          <w:szCs w:val="26"/>
          <w:rtl/>
        </w:rPr>
        <w:t>)</w:t>
      </w:r>
      <w:r w:rsidRPr="00CB0DBE">
        <w:rPr>
          <w:rFonts w:cs="B Lotus"/>
          <w:szCs w:val="26"/>
          <w:rtl/>
        </w:rPr>
        <w:t xml:space="preserve"> </w:t>
      </w:r>
      <w:r>
        <w:rPr>
          <w:rFonts w:cs="B Lotus" w:hint="cs"/>
          <w:szCs w:val="26"/>
          <w:rtl/>
        </w:rPr>
        <w:t xml:space="preserve">که بیان </w:t>
      </w:r>
      <w:r w:rsidRPr="00CB0DBE">
        <w:rPr>
          <w:rFonts w:cs="B Lotus" w:hint="cs"/>
          <w:szCs w:val="26"/>
          <w:rtl/>
        </w:rPr>
        <w:t>می‌کنند</w:t>
      </w:r>
      <w:r w:rsidRPr="00CB0DBE">
        <w:rPr>
          <w:rFonts w:cs="B Lotus"/>
          <w:szCs w:val="26"/>
          <w:rtl/>
        </w:rPr>
        <w:t xml:space="preserve"> </w:t>
      </w:r>
      <w:r w:rsidRPr="00CB0DBE">
        <w:rPr>
          <w:rFonts w:cs="B Lotus" w:hint="cs"/>
          <w:szCs w:val="26"/>
          <w:rtl/>
        </w:rPr>
        <w:t>که</w:t>
      </w:r>
      <w:r w:rsidRPr="00CB0DBE">
        <w:rPr>
          <w:rFonts w:cs="B Lotus"/>
          <w:szCs w:val="26"/>
          <w:rtl/>
        </w:rPr>
        <w:t xml:space="preserve"> </w:t>
      </w:r>
      <w:r w:rsidRPr="00CB0DBE">
        <w:rPr>
          <w:rFonts w:cs="B Lotus" w:hint="cs"/>
          <w:szCs w:val="26"/>
          <w:rtl/>
        </w:rPr>
        <w:t>توجه</w:t>
      </w:r>
      <w:r w:rsidRPr="00CB0DBE">
        <w:rPr>
          <w:rFonts w:cs="B Lotus"/>
          <w:szCs w:val="26"/>
          <w:rtl/>
        </w:rPr>
        <w:t xml:space="preserve"> </w:t>
      </w:r>
      <w:r w:rsidRPr="00CB0DBE">
        <w:rPr>
          <w:rFonts w:cs="B Lotus" w:hint="cs"/>
          <w:szCs w:val="26"/>
          <w:rtl/>
        </w:rPr>
        <w:t>یکپارچه</w:t>
      </w:r>
      <w:r w:rsidRPr="00CB0DBE">
        <w:rPr>
          <w:rFonts w:cs="B Lotus"/>
          <w:szCs w:val="26"/>
          <w:rtl/>
        </w:rPr>
        <w:t xml:space="preserve"> </w:t>
      </w:r>
      <w:r w:rsidRPr="00CB0DBE">
        <w:rPr>
          <w:rFonts w:cs="B Lotus" w:hint="cs"/>
          <w:szCs w:val="26"/>
          <w:rtl/>
        </w:rPr>
        <w:t>به</w:t>
      </w:r>
      <w:r w:rsidRPr="00CB0DBE">
        <w:rPr>
          <w:rFonts w:cs="B Lotus"/>
          <w:szCs w:val="26"/>
          <w:rtl/>
        </w:rPr>
        <w:t xml:space="preserve"> </w:t>
      </w:r>
      <w:r w:rsidRPr="00CB0DBE">
        <w:rPr>
          <w:rFonts w:cs="B Lotus" w:hint="cs"/>
          <w:szCs w:val="26"/>
          <w:rtl/>
        </w:rPr>
        <w:t>ایمنی،</w:t>
      </w:r>
      <w:r w:rsidRPr="00CB0DBE">
        <w:rPr>
          <w:rFonts w:cs="B Lotus"/>
          <w:szCs w:val="26"/>
          <w:rtl/>
        </w:rPr>
        <w:t xml:space="preserve"> </w:t>
      </w:r>
      <w:r w:rsidRPr="00CB0DBE">
        <w:rPr>
          <w:rFonts w:cs="B Lotus" w:hint="cs"/>
          <w:szCs w:val="26"/>
          <w:rtl/>
        </w:rPr>
        <w:t>بهداشت،</w:t>
      </w:r>
      <w:r w:rsidRPr="00CB0DBE">
        <w:rPr>
          <w:rFonts w:cs="B Lotus"/>
          <w:szCs w:val="26"/>
          <w:rtl/>
        </w:rPr>
        <w:t xml:space="preserve"> </w:t>
      </w:r>
      <w:r w:rsidRPr="00CB0DBE">
        <w:rPr>
          <w:rFonts w:cs="B Lotus" w:hint="cs"/>
          <w:szCs w:val="26"/>
          <w:rtl/>
        </w:rPr>
        <w:t>کیفیت</w:t>
      </w:r>
      <w:r w:rsidRPr="00CB0DBE">
        <w:rPr>
          <w:rFonts w:cs="B Lotus"/>
          <w:szCs w:val="26"/>
          <w:rtl/>
        </w:rPr>
        <w:t xml:space="preserve"> </w:t>
      </w:r>
      <w:r w:rsidRPr="00CB0DBE">
        <w:rPr>
          <w:rFonts w:cs="B Lotus" w:hint="cs"/>
          <w:szCs w:val="26"/>
          <w:rtl/>
        </w:rPr>
        <w:t>تجهیزات</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معماری</w:t>
      </w:r>
      <w:r w:rsidRPr="00CB0DBE">
        <w:rPr>
          <w:rFonts w:cs="B Lotus"/>
          <w:szCs w:val="26"/>
          <w:rtl/>
        </w:rPr>
        <w:t xml:space="preserve"> </w:t>
      </w:r>
      <w:r w:rsidRPr="00CB0DBE">
        <w:rPr>
          <w:rFonts w:cs="B Lotus" w:hint="cs"/>
          <w:szCs w:val="26"/>
          <w:rtl/>
        </w:rPr>
        <w:t>می‌تواند</w:t>
      </w:r>
      <w:r w:rsidRPr="00CB0DBE">
        <w:rPr>
          <w:rFonts w:cs="B Lotus"/>
          <w:szCs w:val="26"/>
          <w:rtl/>
        </w:rPr>
        <w:t xml:space="preserve"> </w:t>
      </w:r>
      <w:r w:rsidRPr="00CB0DBE">
        <w:rPr>
          <w:rFonts w:cs="B Lotus" w:hint="cs"/>
          <w:szCs w:val="26"/>
          <w:rtl/>
        </w:rPr>
        <w:t>رضایت</w:t>
      </w:r>
      <w:r w:rsidRPr="00CB0DBE">
        <w:rPr>
          <w:rFonts w:cs="B Lotus"/>
          <w:szCs w:val="26"/>
          <w:rtl/>
        </w:rPr>
        <w:t xml:space="preserve"> </w:t>
      </w:r>
      <w:r w:rsidRPr="00CB0DBE">
        <w:rPr>
          <w:rFonts w:cs="B Lotus" w:hint="cs"/>
          <w:szCs w:val="26"/>
          <w:rtl/>
        </w:rPr>
        <w:t>مشتریان،</w:t>
      </w:r>
      <w:r w:rsidRPr="00CB0DBE">
        <w:rPr>
          <w:rFonts w:cs="B Lotus"/>
          <w:szCs w:val="26"/>
          <w:rtl/>
        </w:rPr>
        <w:t xml:space="preserve"> </w:t>
      </w:r>
      <w:r w:rsidRPr="00CB0DBE">
        <w:rPr>
          <w:rFonts w:cs="B Lotus" w:hint="cs"/>
          <w:szCs w:val="26"/>
          <w:rtl/>
        </w:rPr>
        <w:t>ایمنی</w:t>
      </w:r>
      <w:r w:rsidRPr="00CB0DBE">
        <w:rPr>
          <w:rFonts w:cs="B Lotus"/>
          <w:szCs w:val="26"/>
          <w:rtl/>
        </w:rPr>
        <w:t xml:space="preserve"> </w:t>
      </w:r>
      <w:r w:rsidRPr="00CB0DBE">
        <w:rPr>
          <w:rFonts w:cs="B Lotus" w:hint="cs"/>
          <w:szCs w:val="26"/>
          <w:rtl/>
        </w:rPr>
        <w:t>عملیاتی</w:t>
      </w:r>
      <w:r w:rsidRPr="00CB0DBE">
        <w:rPr>
          <w:rFonts w:cs="B Lotus"/>
          <w:szCs w:val="26"/>
          <w:rtl/>
        </w:rPr>
        <w:t xml:space="preserve"> </w:t>
      </w:r>
      <w:r w:rsidRPr="00CB0DBE">
        <w:rPr>
          <w:rFonts w:cs="B Lotus" w:hint="cs"/>
          <w:szCs w:val="26"/>
          <w:rtl/>
        </w:rPr>
        <w:t>و</w:t>
      </w:r>
      <w:r w:rsidRPr="00CB0DBE">
        <w:rPr>
          <w:rFonts w:cs="B Lotus"/>
          <w:szCs w:val="26"/>
          <w:rtl/>
        </w:rPr>
        <w:t xml:space="preserve"> </w:t>
      </w:r>
      <w:r w:rsidRPr="00CB0DBE">
        <w:rPr>
          <w:rFonts w:cs="B Lotus" w:hint="cs"/>
          <w:szCs w:val="26"/>
          <w:rtl/>
        </w:rPr>
        <w:t>کارایی</w:t>
      </w:r>
      <w:r w:rsidRPr="00CB0DBE">
        <w:rPr>
          <w:rFonts w:cs="B Lotus"/>
          <w:szCs w:val="26"/>
          <w:rtl/>
        </w:rPr>
        <w:t xml:space="preserve"> </w:t>
      </w:r>
      <w:r w:rsidRPr="00CB0DBE">
        <w:rPr>
          <w:rFonts w:cs="B Lotus" w:hint="cs"/>
          <w:szCs w:val="26"/>
          <w:rtl/>
        </w:rPr>
        <w:t>مدیریتی</w:t>
      </w:r>
      <w:r w:rsidRPr="00CB0DBE">
        <w:rPr>
          <w:rFonts w:cs="B Lotus"/>
          <w:szCs w:val="26"/>
          <w:rtl/>
        </w:rPr>
        <w:t xml:space="preserve"> </w:t>
      </w:r>
      <w:r w:rsidRPr="00CB0DBE">
        <w:rPr>
          <w:rFonts w:cs="B Lotus" w:hint="cs"/>
          <w:szCs w:val="26"/>
          <w:rtl/>
        </w:rPr>
        <w:t>استخرهای</w:t>
      </w:r>
      <w:r w:rsidRPr="00CB0DBE">
        <w:rPr>
          <w:rFonts w:cs="B Lotus"/>
          <w:szCs w:val="26"/>
          <w:rtl/>
        </w:rPr>
        <w:t xml:space="preserve"> </w:t>
      </w:r>
      <w:r w:rsidRPr="00CB0DBE">
        <w:rPr>
          <w:rFonts w:cs="B Lotus" w:hint="cs"/>
          <w:szCs w:val="26"/>
          <w:rtl/>
        </w:rPr>
        <w:t>ورزشی</w:t>
      </w:r>
      <w:r w:rsidRPr="00CB0DBE">
        <w:rPr>
          <w:rFonts w:cs="B Lotus"/>
          <w:szCs w:val="26"/>
          <w:rtl/>
        </w:rPr>
        <w:t xml:space="preserve"> </w:t>
      </w:r>
      <w:r w:rsidRPr="00CB0DBE">
        <w:rPr>
          <w:rFonts w:cs="B Lotus" w:hint="cs"/>
          <w:szCs w:val="26"/>
          <w:rtl/>
        </w:rPr>
        <w:t>را</w:t>
      </w:r>
      <w:r w:rsidRPr="00CB0DBE">
        <w:rPr>
          <w:rFonts w:cs="B Lotus"/>
          <w:szCs w:val="26"/>
          <w:rtl/>
        </w:rPr>
        <w:t xml:space="preserve"> </w:t>
      </w:r>
      <w:r w:rsidRPr="00CB0DBE">
        <w:rPr>
          <w:rFonts w:cs="B Lotus" w:hint="cs"/>
          <w:szCs w:val="26"/>
          <w:rtl/>
        </w:rPr>
        <w:t>به‌طور</w:t>
      </w:r>
      <w:r w:rsidRPr="00CB0DBE">
        <w:rPr>
          <w:rFonts w:cs="B Lotus"/>
          <w:szCs w:val="26"/>
          <w:rtl/>
        </w:rPr>
        <w:t xml:space="preserve"> </w:t>
      </w:r>
      <w:r w:rsidRPr="00CB0DBE">
        <w:rPr>
          <w:rFonts w:cs="B Lotus" w:hint="cs"/>
          <w:szCs w:val="26"/>
          <w:rtl/>
        </w:rPr>
        <w:t>چشم‌گیری</w:t>
      </w:r>
      <w:r w:rsidRPr="00CB0DBE">
        <w:rPr>
          <w:rFonts w:cs="B Lotus"/>
          <w:szCs w:val="26"/>
          <w:rtl/>
        </w:rPr>
        <w:t xml:space="preserve"> </w:t>
      </w:r>
      <w:r w:rsidRPr="00CB0DBE">
        <w:rPr>
          <w:rFonts w:cs="B Lotus" w:hint="cs"/>
          <w:szCs w:val="26"/>
          <w:rtl/>
        </w:rPr>
        <w:t>ارتقا</w:t>
      </w:r>
      <w:r w:rsidRPr="00CB0DBE">
        <w:rPr>
          <w:rFonts w:cs="B Lotus"/>
          <w:szCs w:val="26"/>
          <w:rtl/>
        </w:rPr>
        <w:t xml:space="preserve"> </w:t>
      </w:r>
      <w:r w:rsidRPr="00CB0DBE">
        <w:rPr>
          <w:rFonts w:cs="B Lotus" w:hint="cs"/>
          <w:szCs w:val="26"/>
          <w:rtl/>
        </w:rPr>
        <w:t>دهد</w:t>
      </w:r>
      <w:r>
        <w:rPr>
          <w:rFonts w:cs="B Lotus" w:hint="cs"/>
          <w:szCs w:val="26"/>
          <w:rtl/>
        </w:rPr>
        <w:t>، همسو می باشد</w:t>
      </w:r>
      <w:r w:rsidRPr="00CB0DBE">
        <w:rPr>
          <w:rFonts w:cs="B Lotus"/>
          <w:szCs w:val="26"/>
          <w:rtl/>
        </w:rPr>
        <w:t>.</w:t>
      </w:r>
    </w:p>
    <w:p w14:paraId="2767A992" w14:textId="0C6CCCFE" w:rsidR="00E52C87" w:rsidRDefault="00E52C87" w:rsidP="00E52C87">
      <w:pPr>
        <w:bidi/>
        <w:jc w:val="both"/>
        <w:rPr>
          <w:rFonts w:cs="B Lotus"/>
          <w:szCs w:val="26"/>
          <w:rtl/>
        </w:rPr>
      </w:pPr>
      <w:r w:rsidRPr="00E82B82">
        <w:rPr>
          <w:rFonts w:cs="B Lotus" w:hint="cs"/>
          <w:szCs w:val="26"/>
          <w:rtl/>
        </w:rPr>
        <w:t>مدیریت</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پشتیبانی</w:t>
      </w:r>
      <w:r w:rsidRPr="00E82B82">
        <w:rPr>
          <w:rFonts w:cs="B Lotus"/>
          <w:szCs w:val="26"/>
          <w:rtl/>
        </w:rPr>
        <w:t xml:space="preserve"> </w:t>
      </w:r>
      <w:r w:rsidRPr="00E82B82">
        <w:rPr>
          <w:rFonts w:cs="B Lotus" w:hint="cs"/>
          <w:szCs w:val="26"/>
          <w:rtl/>
        </w:rPr>
        <w:t>منابع</w:t>
      </w:r>
      <w:r w:rsidRPr="00E82B82">
        <w:rPr>
          <w:rFonts w:cs="B Lotus"/>
          <w:szCs w:val="26"/>
          <w:rtl/>
        </w:rPr>
        <w:t xml:space="preserve"> </w:t>
      </w:r>
      <w:r w:rsidRPr="00E82B82">
        <w:rPr>
          <w:rFonts w:cs="B Lotus" w:hint="cs"/>
          <w:szCs w:val="26"/>
          <w:rtl/>
        </w:rPr>
        <w:t>به‌عنوان</w:t>
      </w:r>
      <w:r w:rsidRPr="00E82B82">
        <w:rPr>
          <w:rFonts w:cs="B Lotus"/>
          <w:szCs w:val="26"/>
          <w:rtl/>
        </w:rPr>
        <w:t xml:space="preserve"> </w:t>
      </w:r>
      <w:r w:rsidRPr="00E82B82">
        <w:rPr>
          <w:rFonts w:cs="B Lotus" w:hint="cs"/>
          <w:szCs w:val="26"/>
          <w:rtl/>
        </w:rPr>
        <w:t>دومین</w:t>
      </w:r>
      <w:r w:rsidRPr="00E82B82">
        <w:rPr>
          <w:rFonts w:cs="B Lotus"/>
          <w:szCs w:val="26"/>
          <w:rtl/>
        </w:rPr>
        <w:t xml:space="preserve"> </w:t>
      </w:r>
      <w:r w:rsidRPr="00E82B82">
        <w:rPr>
          <w:rFonts w:cs="B Lotus" w:hint="cs"/>
          <w:szCs w:val="26"/>
          <w:rtl/>
        </w:rPr>
        <w:t>مؤلفه</w:t>
      </w:r>
      <w:r w:rsidRPr="00E82B82">
        <w:rPr>
          <w:rFonts w:cs="B Lotus"/>
          <w:szCs w:val="26"/>
          <w:rtl/>
        </w:rPr>
        <w:t xml:space="preserve"> </w:t>
      </w:r>
      <w:r w:rsidRPr="00E82B82">
        <w:rPr>
          <w:rFonts w:cs="B Lotus" w:hint="cs"/>
          <w:szCs w:val="26"/>
          <w:rtl/>
        </w:rPr>
        <w:t>کلیدی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ساختار</w:t>
      </w:r>
      <w:r w:rsidRPr="00E82B82">
        <w:rPr>
          <w:rFonts w:cs="B Lotus"/>
          <w:szCs w:val="26"/>
          <w:rtl/>
        </w:rPr>
        <w:t xml:space="preserve"> </w:t>
      </w:r>
      <w:r w:rsidRPr="00E82B82">
        <w:rPr>
          <w:rFonts w:cs="B Lotus" w:hint="cs"/>
          <w:szCs w:val="26"/>
          <w:rtl/>
        </w:rPr>
        <w:t>مدیریت</w:t>
      </w:r>
      <w:r w:rsidRPr="00E82B82">
        <w:rPr>
          <w:rFonts w:cs="B Lotus"/>
          <w:szCs w:val="26"/>
          <w:rtl/>
        </w:rPr>
        <w:t xml:space="preserve"> </w:t>
      </w:r>
      <w:r w:rsidRPr="00E82B82">
        <w:rPr>
          <w:rFonts w:cs="B Lotus" w:hint="cs"/>
          <w:szCs w:val="26"/>
          <w:rtl/>
        </w:rPr>
        <w:t>عملکرد</w:t>
      </w:r>
      <w:r w:rsidRPr="00E82B82">
        <w:rPr>
          <w:rFonts w:cs="B Lotus"/>
          <w:szCs w:val="26"/>
          <w:rtl/>
        </w:rPr>
        <w:t xml:space="preserve"> </w:t>
      </w:r>
      <w:r w:rsidRPr="00E82B82">
        <w:rPr>
          <w:rFonts w:cs="B Lotus" w:hint="cs"/>
          <w:szCs w:val="26"/>
          <w:rtl/>
        </w:rPr>
        <w:t>استخرهای</w:t>
      </w:r>
      <w:r w:rsidRPr="00E82B82">
        <w:rPr>
          <w:rFonts w:cs="B Lotus"/>
          <w:szCs w:val="26"/>
          <w:rtl/>
        </w:rPr>
        <w:t xml:space="preserve"> </w:t>
      </w:r>
      <w:r w:rsidRPr="00E82B82">
        <w:rPr>
          <w:rFonts w:cs="B Lotus" w:hint="cs"/>
          <w:szCs w:val="26"/>
          <w:rtl/>
        </w:rPr>
        <w:t>ورزشی</w:t>
      </w:r>
      <w:r>
        <w:rPr>
          <w:rFonts w:cs="B Lotus" w:hint="cs"/>
          <w:szCs w:val="26"/>
          <w:rtl/>
        </w:rPr>
        <w:t xml:space="preserve"> با وزن 251</w:t>
      </w:r>
      <w:r w:rsidRPr="00E82B82">
        <w:rPr>
          <w:rFonts w:cs="B Lotus" w:hint="cs"/>
          <w:szCs w:val="26"/>
          <w:rtl/>
        </w:rPr>
        <w:t>،</w:t>
      </w:r>
      <w:r w:rsidRPr="00E82B82">
        <w:rPr>
          <w:rFonts w:cs="B Lotus"/>
          <w:szCs w:val="26"/>
          <w:rtl/>
        </w:rPr>
        <w:t xml:space="preserve"> </w:t>
      </w:r>
      <w:r w:rsidRPr="00E82B82">
        <w:rPr>
          <w:rFonts w:cs="B Lotus" w:hint="cs"/>
          <w:szCs w:val="26"/>
          <w:rtl/>
        </w:rPr>
        <w:t>زیربنای</w:t>
      </w:r>
      <w:r w:rsidRPr="00E82B82">
        <w:rPr>
          <w:rFonts w:cs="B Lotus"/>
          <w:szCs w:val="26"/>
          <w:rtl/>
        </w:rPr>
        <w:t xml:space="preserve"> </w:t>
      </w:r>
      <w:r w:rsidRPr="00E82B82">
        <w:rPr>
          <w:rFonts w:cs="B Lotus" w:hint="cs"/>
          <w:szCs w:val="26"/>
          <w:rtl/>
        </w:rPr>
        <w:t>پایداری</w:t>
      </w:r>
      <w:r w:rsidRPr="00E82B82">
        <w:rPr>
          <w:rFonts w:cs="B Lotus"/>
          <w:szCs w:val="26"/>
          <w:rtl/>
        </w:rPr>
        <w:t xml:space="preserve"> </w:t>
      </w:r>
      <w:r w:rsidRPr="00E82B82">
        <w:rPr>
          <w:rFonts w:cs="B Lotus" w:hint="cs"/>
          <w:szCs w:val="26"/>
          <w:rtl/>
        </w:rPr>
        <w:t>عملیاتی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کارایی</w:t>
      </w:r>
      <w:r w:rsidRPr="00E82B82">
        <w:rPr>
          <w:rFonts w:cs="B Lotus"/>
          <w:szCs w:val="26"/>
          <w:rtl/>
        </w:rPr>
        <w:t xml:space="preserve"> </w:t>
      </w:r>
      <w:r w:rsidRPr="00E82B82">
        <w:rPr>
          <w:rFonts w:cs="B Lotus" w:hint="cs"/>
          <w:szCs w:val="26"/>
          <w:rtl/>
        </w:rPr>
        <w:t>سازمانی</w:t>
      </w:r>
      <w:r w:rsidRPr="00E82B82">
        <w:rPr>
          <w:rFonts w:cs="B Lotus"/>
          <w:szCs w:val="26"/>
          <w:rtl/>
        </w:rPr>
        <w:t xml:space="preserve"> </w:t>
      </w:r>
      <w:r w:rsidRPr="00E82B82">
        <w:rPr>
          <w:rFonts w:cs="B Lotus" w:hint="cs"/>
          <w:szCs w:val="26"/>
          <w:rtl/>
        </w:rPr>
        <w:t>این</w:t>
      </w:r>
      <w:r w:rsidRPr="00E82B82">
        <w:rPr>
          <w:rFonts w:cs="B Lotus"/>
          <w:szCs w:val="26"/>
          <w:rtl/>
        </w:rPr>
        <w:t xml:space="preserve"> </w:t>
      </w:r>
      <w:r w:rsidRPr="00E82B82">
        <w:rPr>
          <w:rFonts w:cs="B Lotus" w:hint="cs"/>
          <w:szCs w:val="26"/>
          <w:rtl/>
        </w:rPr>
        <w:t>مراکز</w:t>
      </w:r>
      <w:r w:rsidRPr="00E82B82">
        <w:rPr>
          <w:rFonts w:cs="B Lotus"/>
          <w:szCs w:val="26"/>
          <w:rtl/>
        </w:rPr>
        <w:t xml:space="preserve"> </w:t>
      </w:r>
      <w:r w:rsidRPr="00E82B82">
        <w:rPr>
          <w:rFonts w:cs="B Lotus" w:hint="cs"/>
          <w:szCs w:val="26"/>
          <w:rtl/>
        </w:rPr>
        <w:t>را</w:t>
      </w:r>
      <w:r w:rsidRPr="00E82B82">
        <w:rPr>
          <w:rFonts w:cs="B Lotus"/>
          <w:szCs w:val="26"/>
          <w:rtl/>
        </w:rPr>
        <w:t xml:space="preserve"> </w:t>
      </w:r>
      <w:r w:rsidRPr="00E82B82">
        <w:rPr>
          <w:rFonts w:cs="B Lotus" w:hint="cs"/>
          <w:szCs w:val="26"/>
          <w:rtl/>
        </w:rPr>
        <w:t>تشکیل</w:t>
      </w:r>
      <w:r w:rsidRPr="00E82B82">
        <w:rPr>
          <w:rFonts w:cs="B Lotus"/>
          <w:szCs w:val="26"/>
          <w:rtl/>
        </w:rPr>
        <w:t xml:space="preserve"> </w:t>
      </w:r>
      <w:r w:rsidRPr="00E82B82">
        <w:rPr>
          <w:rFonts w:cs="B Lotus" w:hint="cs"/>
          <w:szCs w:val="26"/>
          <w:rtl/>
        </w:rPr>
        <w:t>می‌دهد</w:t>
      </w:r>
      <w:r w:rsidRPr="00E82B82">
        <w:rPr>
          <w:rFonts w:cs="B Lotus"/>
          <w:szCs w:val="26"/>
          <w:rtl/>
        </w:rPr>
        <w:t xml:space="preserve">. </w:t>
      </w:r>
      <w:r w:rsidRPr="00E82B82">
        <w:rPr>
          <w:rFonts w:cs="B Lotus" w:hint="cs"/>
          <w:szCs w:val="26"/>
          <w:rtl/>
        </w:rPr>
        <w:t>این</w:t>
      </w:r>
      <w:r w:rsidRPr="00E82B82">
        <w:rPr>
          <w:rFonts w:cs="B Lotus"/>
          <w:szCs w:val="26"/>
          <w:rtl/>
        </w:rPr>
        <w:t xml:space="preserve"> </w:t>
      </w:r>
      <w:r w:rsidRPr="00E82B82">
        <w:rPr>
          <w:rFonts w:cs="B Lotus" w:hint="cs"/>
          <w:szCs w:val="26"/>
          <w:rtl/>
        </w:rPr>
        <w:t>مؤلفه،</w:t>
      </w:r>
      <w:r w:rsidRPr="00E82B82">
        <w:rPr>
          <w:rFonts w:cs="B Lotus"/>
          <w:szCs w:val="26"/>
          <w:rtl/>
        </w:rPr>
        <w:t xml:space="preserve"> </w:t>
      </w:r>
      <w:r w:rsidRPr="00E82B82">
        <w:rPr>
          <w:rFonts w:cs="B Lotus" w:hint="cs"/>
          <w:szCs w:val="26"/>
          <w:rtl/>
        </w:rPr>
        <w:t>چهار</w:t>
      </w:r>
      <w:r w:rsidRPr="00E82B82">
        <w:rPr>
          <w:rFonts w:cs="B Lotus"/>
          <w:szCs w:val="26"/>
          <w:rtl/>
        </w:rPr>
        <w:t xml:space="preserve"> </w:t>
      </w:r>
      <w:r w:rsidRPr="00E82B82">
        <w:rPr>
          <w:rFonts w:cs="B Lotus" w:hint="cs"/>
          <w:szCs w:val="26"/>
          <w:rtl/>
        </w:rPr>
        <w:t>بُعد</w:t>
      </w:r>
      <w:r w:rsidRPr="00E82B82">
        <w:rPr>
          <w:rFonts w:cs="B Lotus"/>
          <w:szCs w:val="26"/>
          <w:rtl/>
        </w:rPr>
        <w:t xml:space="preserve"> </w:t>
      </w:r>
      <w:r w:rsidRPr="00E82B82">
        <w:rPr>
          <w:rFonts w:cs="B Lotus" w:hint="cs"/>
          <w:szCs w:val="26"/>
          <w:rtl/>
        </w:rPr>
        <w:t>اساسی</w:t>
      </w:r>
      <w:r w:rsidRPr="00E82B82">
        <w:rPr>
          <w:rFonts w:cs="B Lotus"/>
          <w:szCs w:val="26"/>
          <w:rtl/>
        </w:rPr>
        <w:t xml:space="preserve"> </w:t>
      </w:r>
      <w:r w:rsidRPr="00E82B82">
        <w:rPr>
          <w:rFonts w:cs="B Lotus" w:hint="cs"/>
          <w:szCs w:val="26"/>
          <w:rtl/>
        </w:rPr>
        <w:t>را</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بر</w:t>
      </w:r>
      <w:r w:rsidRPr="00E82B82">
        <w:rPr>
          <w:rFonts w:cs="B Lotus"/>
          <w:szCs w:val="26"/>
          <w:rtl/>
        </w:rPr>
        <w:t xml:space="preserve"> </w:t>
      </w:r>
      <w:r w:rsidRPr="00E82B82">
        <w:rPr>
          <w:rFonts w:cs="B Lotus" w:hint="cs"/>
          <w:szCs w:val="26"/>
          <w:rtl/>
        </w:rPr>
        <w:t>می‌گیرد</w:t>
      </w:r>
      <w:r w:rsidRPr="00E82B82">
        <w:rPr>
          <w:rFonts w:cs="B Lotus"/>
          <w:szCs w:val="26"/>
          <w:rtl/>
        </w:rPr>
        <w:t xml:space="preserve">: </w:t>
      </w:r>
      <w:r w:rsidRPr="00E82B82">
        <w:rPr>
          <w:rFonts w:cs="B Lotus" w:hint="cs"/>
          <w:szCs w:val="26"/>
          <w:rtl/>
        </w:rPr>
        <w:t>منابع</w:t>
      </w:r>
      <w:r w:rsidRPr="00E82B82">
        <w:rPr>
          <w:rFonts w:cs="B Lotus"/>
          <w:szCs w:val="26"/>
          <w:rtl/>
        </w:rPr>
        <w:t xml:space="preserve"> </w:t>
      </w:r>
      <w:r w:rsidRPr="00E82B82">
        <w:rPr>
          <w:rFonts w:cs="B Lotus" w:hint="cs"/>
          <w:szCs w:val="26"/>
          <w:rtl/>
        </w:rPr>
        <w:t>انسانی،</w:t>
      </w:r>
      <w:r w:rsidRPr="00E82B82">
        <w:rPr>
          <w:rFonts w:cs="B Lotus"/>
          <w:szCs w:val="26"/>
          <w:rtl/>
        </w:rPr>
        <w:t xml:space="preserve"> </w:t>
      </w:r>
      <w:r w:rsidRPr="00E82B82">
        <w:rPr>
          <w:rFonts w:cs="B Lotus" w:hint="cs"/>
          <w:szCs w:val="26"/>
          <w:rtl/>
        </w:rPr>
        <w:t>منابع</w:t>
      </w:r>
      <w:r w:rsidRPr="00E82B82">
        <w:rPr>
          <w:rFonts w:cs="B Lotus"/>
          <w:szCs w:val="26"/>
          <w:rtl/>
        </w:rPr>
        <w:t xml:space="preserve"> </w:t>
      </w:r>
      <w:r w:rsidRPr="00E82B82">
        <w:rPr>
          <w:rFonts w:cs="B Lotus" w:hint="cs"/>
          <w:szCs w:val="26"/>
          <w:rtl/>
        </w:rPr>
        <w:t>مالی،</w:t>
      </w:r>
      <w:r w:rsidRPr="00E82B82">
        <w:rPr>
          <w:rFonts w:cs="B Lotus"/>
          <w:szCs w:val="26"/>
          <w:rtl/>
        </w:rPr>
        <w:t xml:space="preserve"> </w:t>
      </w:r>
      <w:r w:rsidRPr="00E82B82">
        <w:rPr>
          <w:rFonts w:cs="B Lotus" w:hint="cs"/>
          <w:szCs w:val="26"/>
          <w:rtl/>
        </w:rPr>
        <w:t>مدیریت</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نظام</w:t>
      </w:r>
      <w:r w:rsidRPr="00E82B82">
        <w:rPr>
          <w:rFonts w:cs="B Lotus"/>
          <w:szCs w:val="26"/>
          <w:rtl/>
        </w:rPr>
        <w:t xml:space="preserve"> </w:t>
      </w:r>
      <w:r w:rsidRPr="00E82B82">
        <w:rPr>
          <w:rFonts w:cs="B Lotus" w:hint="cs"/>
          <w:szCs w:val="26"/>
          <w:rtl/>
        </w:rPr>
        <w:t>حقوقی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بیمه‌ای</w:t>
      </w:r>
      <w:r w:rsidRPr="00E82B82">
        <w:rPr>
          <w:rFonts w:cs="B Lotus"/>
          <w:szCs w:val="26"/>
        </w:rPr>
        <w:t>.</w:t>
      </w:r>
      <w:r>
        <w:rPr>
          <w:rFonts w:cs="B Lotus" w:hint="c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بخش</w:t>
      </w:r>
      <w:r w:rsidRPr="00E82B82">
        <w:rPr>
          <w:rFonts w:cs="B Lotus"/>
          <w:szCs w:val="26"/>
          <w:rtl/>
        </w:rPr>
        <w:t xml:space="preserve"> </w:t>
      </w:r>
      <w:r w:rsidRPr="00E82B82">
        <w:rPr>
          <w:rFonts w:cs="B Lotus" w:hint="cs"/>
          <w:szCs w:val="26"/>
          <w:rtl/>
        </w:rPr>
        <w:t>منابع</w:t>
      </w:r>
      <w:r w:rsidRPr="00E82B82">
        <w:rPr>
          <w:rFonts w:cs="B Lotus"/>
          <w:szCs w:val="26"/>
          <w:rtl/>
        </w:rPr>
        <w:t xml:space="preserve"> </w:t>
      </w:r>
      <w:r w:rsidRPr="00E82B82">
        <w:rPr>
          <w:rFonts w:cs="B Lotus" w:hint="cs"/>
          <w:szCs w:val="26"/>
          <w:rtl/>
        </w:rPr>
        <w:t>انسانی،</w:t>
      </w:r>
      <w:r w:rsidRPr="00E82B82">
        <w:rPr>
          <w:rFonts w:cs="B Lotus"/>
          <w:szCs w:val="26"/>
          <w:rtl/>
        </w:rPr>
        <w:t xml:space="preserve"> </w:t>
      </w:r>
      <w:r w:rsidRPr="00E82B82">
        <w:rPr>
          <w:rFonts w:cs="B Lotus" w:hint="cs"/>
          <w:szCs w:val="26"/>
          <w:rtl/>
        </w:rPr>
        <w:t>جذب</w:t>
      </w:r>
      <w:r w:rsidRPr="00E82B82">
        <w:rPr>
          <w:rFonts w:cs="B Lotus"/>
          <w:szCs w:val="26"/>
          <w:rtl/>
        </w:rPr>
        <w:t xml:space="preserve"> </w:t>
      </w:r>
      <w:r w:rsidRPr="00E82B82">
        <w:rPr>
          <w:rFonts w:cs="B Lotus" w:hint="cs"/>
          <w:szCs w:val="26"/>
          <w:rtl/>
        </w:rPr>
        <w:t>نیروی</w:t>
      </w:r>
      <w:r w:rsidRPr="00E82B82">
        <w:rPr>
          <w:rFonts w:cs="B Lotus"/>
          <w:szCs w:val="26"/>
          <w:rtl/>
        </w:rPr>
        <w:t xml:space="preserve"> </w:t>
      </w:r>
      <w:r w:rsidRPr="00E82B82">
        <w:rPr>
          <w:rFonts w:cs="B Lotus" w:hint="cs"/>
          <w:szCs w:val="26"/>
          <w:rtl/>
        </w:rPr>
        <w:t>متخصص،</w:t>
      </w:r>
      <w:r w:rsidRPr="00E82B82">
        <w:rPr>
          <w:rFonts w:cs="B Lotus"/>
          <w:szCs w:val="26"/>
          <w:rtl/>
        </w:rPr>
        <w:t xml:space="preserve"> </w:t>
      </w:r>
      <w:r w:rsidRPr="00E82B82">
        <w:rPr>
          <w:rFonts w:cs="B Lotus" w:hint="cs"/>
          <w:szCs w:val="26"/>
          <w:rtl/>
        </w:rPr>
        <w:t>ارائه</w:t>
      </w:r>
      <w:r w:rsidRPr="00E82B82">
        <w:rPr>
          <w:rFonts w:cs="B Lotus"/>
          <w:szCs w:val="26"/>
          <w:rtl/>
        </w:rPr>
        <w:t xml:space="preserve"> </w:t>
      </w:r>
      <w:r w:rsidRPr="00E82B82">
        <w:rPr>
          <w:rFonts w:cs="B Lotus" w:hint="cs"/>
          <w:szCs w:val="26"/>
          <w:rtl/>
        </w:rPr>
        <w:t>آموزش‌های</w:t>
      </w:r>
      <w:r w:rsidRPr="00E82B82">
        <w:rPr>
          <w:rFonts w:cs="B Lotus"/>
          <w:szCs w:val="26"/>
          <w:rtl/>
        </w:rPr>
        <w:t xml:space="preserve"> </w:t>
      </w:r>
      <w:r w:rsidRPr="00E82B82">
        <w:rPr>
          <w:rFonts w:cs="B Lotus" w:hint="cs"/>
          <w:szCs w:val="26"/>
          <w:rtl/>
        </w:rPr>
        <w:t>ضمن</w:t>
      </w:r>
      <w:r w:rsidRPr="00E82B82">
        <w:rPr>
          <w:rFonts w:cs="B Lotus"/>
          <w:szCs w:val="26"/>
          <w:rtl/>
        </w:rPr>
        <w:t xml:space="preserve"> </w:t>
      </w:r>
      <w:r w:rsidRPr="00E82B82">
        <w:rPr>
          <w:rFonts w:cs="B Lotus" w:hint="cs"/>
          <w:szCs w:val="26"/>
          <w:rtl/>
        </w:rPr>
        <w:t>خدمت،</w:t>
      </w:r>
      <w:r w:rsidRPr="00E82B82">
        <w:rPr>
          <w:rFonts w:cs="B Lotus"/>
          <w:szCs w:val="26"/>
          <w:rtl/>
        </w:rPr>
        <w:t xml:space="preserve"> </w:t>
      </w:r>
      <w:r w:rsidRPr="00E82B82">
        <w:rPr>
          <w:rFonts w:cs="B Lotus" w:hint="cs"/>
          <w:szCs w:val="26"/>
          <w:rtl/>
        </w:rPr>
        <w:t>تدوین</w:t>
      </w:r>
      <w:r w:rsidRPr="00E82B82">
        <w:rPr>
          <w:rFonts w:cs="B Lotus"/>
          <w:szCs w:val="26"/>
          <w:rtl/>
        </w:rPr>
        <w:t xml:space="preserve"> </w:t>
      </w:r>
      <w:r w:rsidRPr="00E82B82">
        <w:rPr>
          <w:rFonts w:cs="B Lotus" w:hint="cs"/>
          <w:szCs w:val="26"/>
          <w:rtl/>
        </w:rPr>
        <w:t>نظام‌های</w:t>
      </w:r>
      <w:r w:rsidRPr="00E82B82">
        <w:rPr>
          <w:rFonts w:cs="B Lotus"/>
          <w:szCs w:val="26"/>
          <w:rtl/>
        </w:rPr>
        <w:t xml:space="preserve"> </w:t>
      </w:r>
      <w:r w:rsidRPr="00E82B82">
        <w:rPr>
          <w:rFonts w:cs="B Lotus" w:hint="cs"/>
          <w:szCs w:val="26"/>
          <w:rtl/>
        </w:rPr>
        <w:t>انگیزشی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ارزیابی</w:t>
      </w:r>
      <w:r w:rsidRPr="00E82B82">
        <w:rPr>
          <w:rFonts w:cs="B Lotus"/>
          <w:szCs w:val="26"/>
          <w:rtl/>
        </w:rPr>
        <w:t xml:space="preserve"> </w:t>
      </w:r>
      <w:r w:rsidRPr="00E82B82">
        <w:rPr>
          <w:rFonts w:cs="B Lotus" w:hint="cs"/>
          <w:szCs w:val="26"/>
          <w:rtl/>
        </w:rPr>
        <w:t>عملکرد،</w:t>
      </w:r>
      <w:r w:rsidRPr="00E82B82">
        <w:rPr>
          <w:rFonts w:cs="B Lotus"/>
          <w:szCs w:val="26"/>
          <w:rtl/>
        </w:rPr>
        <w:t xml:space="preserve"> </w:t>
      </w:r>
      <w:r w:rsidRPr="00E82B82">
        <w:rPr>
          <w:rFonts w:cs="B Lotus" w:hint="cs"/>
          <w:szCs w:val="26"/>
          <w:rtl/>
        </w:rPr>
        <w:t>نقشی</w:t>
      </w:r>
      <w:r w:rsidRPr="00E82B82">
        <w:rPr>
          <w:rFonts w:cs="B Lotus"/>
          <w:szCs w:val="26"/>
          <w:rtl/>
        </w:rPr>
        <w:t xml:space="preserve"> </w:t>
      </w:r>
      <w:r w:rsidRPr="00E82B82">
        <w:rPr>
          <w:rFonts w:cs="B Lotus" w:hint="cs"/>
          <w:szCs w:val="26"/>
          <w:rtl/>
        </w:rPr>
        <w:t>اساسی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ارتقاء</w:t>
      </w:r>
      <w:r w:rsidRPr="00E82B82">
        <w:rPr>
          <w:rFonts w:cs="B Lotus"/>
          <w:szCs w:val="26"/>
          <w:rtl/>
        </w:rPr>
        <w:t xml:space="preserve"> </w:t>
      </w:r>
      <w:r w:rsidRPr="00E82B82">
        <w:rPr>
          <w:rFonts w:cs="B Lotus" w:hint="cs"/>
          <w:szCs w:val="26"/>
          <w:rtl/>
        </w:rPr>
        <w:t>کیفیت</w:t>
      </w:r>
      <w:r w:rsidRPr="00E82B82">
        <w:rPr>
          <w:rFonts w:cs="B Lotus"/>
          <w:szCs w:val="26"/>
          <w:rtl/>
        </w:rPr>
        <w:t xml:space="preserve"> </w:t>
      </w:r>
      <w:r w:rsidRPr="00E82B82">
        <w:rPr>
          <w:rFonts w:cs="B Lotus" w:hint="cs"/>
          <w:szCs w:val="26"/>
          <w:rtl/>
        </w:rPr>
        <w:t>خدمات</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رضایت</w:t>
      </w:r>
      <w:r w:rsidRPr="00E82B82">
        <w:rPr>
          <w:rFonts w:cs="B Lotus"/>
          <w:szCs w:val="26"/>
          <w:rtl/>
        </w:rPr>
        <w:t xml:space="preserve"> </w:t>
      </w:r>
      <w:r w:rsidRPr="00E82B82">
        <w:rPr>
          <w:rFonts w:cs="B Lotus" w:hint="cs"/>
          <w:szCs w:val="26"/>
          <w:rtl/>
        </w:rPr>
        <w:t>مشتریان</w:t>
      </w:r>
      <w:r w:rsidRPr="00E82B82">
        <w:rPr>
          <w:rFonts w:cs="B Lotus"/>
          <w:szCs w:val="26"/>
          <w:rtl/>
        </w:rPr>
        <w:t xml:space="preserve"> </w:t>
      </w:r>
      <w:r w:rsidRPr="00E82B82">
        <w:rPr>
          <w:rFonts w:cs="B Lotus" w:hint="cs"/>
          <w:szCs w:val="26"/>
          <w:rtl/>
        </w:rPr>
        <w:t>ایفا</w:t>
      </w:r>
      <w:r w:rsidRPr="00E82B82">
        <w:rPr>
          <w:rFonts w:cs="B Lotus"/>
          <w:szCs w:val="26"/>
          <w:rtl/>
        </w:rPr>
        <w:t xml:space="preserve"> </w:t>
      </w:r>
      <w:r w:rsidRPr="00E82B82">
        <w:rPr>
          <w:rFonts w:cs="B Lotus" w:hint="cs"/>
          <w:szCs w:val="26"/>
          <w:rtl/>
        </w:rPr>
        <w:t>می‌کند</w:t>
      </w:r>
      <w:r w:rsidRPr="00E82B82">
        <w:rPr>
          <w:rFonts w:cs="B Lotus"/>
          <w:szCs w:val="26"/>
          <w:rtl/>
        </w:rPr>
        <w:t xml:space="preserve">. </w:t>
      </w:r>
      <w:r w:rsidRPr="00E82B82">
        <w:rPr>
          <w:rFonts w:cs="B Lotus" w:hint="cs"/>
          <w:szCs w:val="26"/>
          <w:rtl/>
        </w:rPr>
        <w:t>منابع</w:t>
      </w:r>
      <w:r w:rsidRPr="00E82B82">
        <w:rPr>
          <w:rFonts w:cs="B Lotus"/>
          <w:szCs w:val="26"/>
          <w:rtl/>
        </w:rPr>
        <w:t xml:space="preserve"> </w:t>
      </w:r>
      <w:r w:rsidRPr="00E82B82">
        <w:rPr>
          <w:rFonts w:cs="B Lotus" w:hint="cs"/>
          <w:szCs w:val="26"/>
          <w:rtl/>
        </w:rPr>
        <w:t>مالی</w:t>
      </w:r>
      <w:r w:rsidRPr="00E82B82">
        <w:rPr>
          <w:rFonts w:cs="B Lotus"/>
          <w:szCs w:val="26"/>
          <w:rtl/>
        </w:rPr>
        <w:t xml:space="preserve"> </w:t>
      </w:r>
      <w:r w:rsidRPr="00E82B82">
        <w:rPr>
          <w:rFonts w:cs="B Lotus" w:hint="cs"/>
          <w:szCs w:val="26"/>
          <w:rtl/>
        </w:rPr>
        <w:t>نیز</w:t>
      </w:r>
      <w:r w:rsidRPr="00E82B82">
        <w:rPr>
          <w:rFonts w:cs="B Lotus"/>
          <w:szCs w:val="26"/>
          <w:rtl/>
        </w:rPr>
        <w:t xml:space="preserve"> </w:t>
      </w:r>
      <w:r w:rsidRPr="00E82B82">
        <w:rPr>
          <w:rFonts w:cs="B Lotus" w:hint="cs"/>
          <w:szCs w:val="26"/>
          <w:rtl/>
        </w:rPr>
        <w:t>با</w:t>
      </w:r>
      <w:r w:rsidRPr="00E82B82">
        <w:rPr>
          <w:rFonts w:cs="B Lotus"/>
          <w:szCs w:val="26"/>
          <w:rtl/>
        </w:rPr>
        <w:t xml:space="preserve"> </w:t>
      </w:r>
      <w:r w:rsidRPr="00E82B82">
        <w:rPr>
          <w:rFonts w:cs="B Lotus" w:hint="cs"/>
          <w:szCs w:val="26"/>
          <w:rtl/>
        </w:rPr>
        <w:t>تمرکز</w:t>
      </w:r>
      <w:r w:rsidRPr="00E82B82">
        <w:rPr>
          <w:rFonts w:cs="B Lotus"/>
          <w:szCs w:val="26"/>
          <w:rtl/>
        </w:rPr>
        <w:t xml:space="preserve"> </w:t>
      </w:r>
      <w:r w:rsidRPr="00E82B82">
        <w:rPr>
          <w:rFonts w:cs="B Lotus" w:hint="cs"/>
          <w:szCs w:val="26"/>
          <w:rtl/>
        </w:rPr>
        <w:t>بر</w:t>
      </w:r>
      <w:r w:rsidRPr="00E82B82">
        <w:rPr>
          <w:rFonts w:cs="B Lotus"/>
          <w:szCs w:val="26"/>
          <w:rtl/>
        </w:rPr>
        <w:t xml:space="preserve"> </w:t>
      </w:r>
      <w:r w:rsidRPr="00E82B82">
        <w:rPr>
          <w:rFonts w:cs="B Lotus" w:hint="cs"/>
          <w:szCs w:val="26"/>
          <w:rtl/>
        </w:rPr>
        <w:t>برنامه‌ریزی</w:t>
      </w:r>
      <w:r w:rsidRPr="00E82B82">
        <w:rPr>
          <w:rFonts w:cs="B Lotus"/>
          <w:szCs w:val="26"/>
          <w:rtl/>
        </w:rPr>
        <w:t xml:space="preserve"> </w:t>
      </w:r>
      <w:r w:rsidRPr="00E82B82">
        <w:rPr>
          <w:rFonts w:cs="B Lotus" w:hint="cs"/>
          <w:szCs w:val="26"/>
          <w:rtl/>
        </w:rPr>
        <w:t>بودجه،</w:t>
      </w:r>
      <w:r w:rsidRPr="00E82B82">
        <w:rPr>
          <w:rFonts w:cs="B Lotus"/>
          <w:szCs w:val="26"/>
          <w:rtl/>
        </w:rPr>
        <w:t xml:space="preserve"> </w:t>
      </w:r>
      <w:r w:rsidRPr="00E82B82">
        <w:rPr>
          <w:rFonts w:cs="B Lotus" w:hint="cs"/>
          <w:szCs w:val="26"/>
          <w:rtl/>
        </w:rPr>
        <w:t>قیمت‌گذاری</w:t>
      </w:r>
      <w:r w:rsidRPr="00E82B82">
        <w:rPr>
          <w:rFonts w:cs="B Lotus"/>
          <w:szCs w:val="26"/>
          <w:rtl/>
        </w:rPr>
        <w:t xml:space="preserve"> </w:t>
      </w:r>
      <w:r w:rsidRPr="00E82B82">
        <w:rPr>
          <w:rFonts w:cs="B Lotus" w:hint="cs"/>
          <w:szCs w:val="26"/>
          <w:rtl/>
        </w:rPr>
        <w:t>رقابتی،</w:t>
      </w:r>
      <w:r w:rsidRPr="00E82B82">
        <w:rPr>
          <w:rFonts w:cs="B Lotus"/>
          <w:szCs w:val="26"/>
          <w:rtl/>
        </w:rPr>
        <w:t xml:space="preserve"> </w:t>
      </w:r>
      <w:r w:rsidRPr="00E82B82">
        <w:rPr>
          <w:rFonts w:cs="B Lotus" w:hint="cs"/>
          <w:szCs w:val="26"/>
          <w:rtl/>
        </w:rPr>
        <w:t>جذب</w:t>
      </w:r>
      <w:r w:rsidRPr="00E82B82">
        <w:rPr>
          <w:rFonts w:cs="B Lotus"/>
          <w:szCs w:val="26"/>
          <w:rtl/>
        </w:rPr>
        <w:t xml:space="preserve"> </w:t>
      </w:r>
      <w:r w:rsidRPr="00E82B82">
        <w:rPr>
          <w:rFonts w:cs="B Lotus" w:hint="cs"/>
          <w:szCs w:val="26"/>
          <w:rtl/>
        </w:rPr>
        <w:t>سرمایه‌گذاران</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شفافیت</w:t>
      </w:r>
      <w:r w:rsidRPr="00E82B82">
        <w:rPr>
          <w:rFonts w:cs="B Lotus"/>
          <w:szCs w:val="26"/>
          <w:rtl/>
        </w:rPr>
        <w:t xml:space="preserve"> </w:t>
      </w:r>
      <w:r w:rsidRPr="00E82B82">
        <w:rPr>
          <w:rFonts w:cs="B Lotus" w:hint="cs"/>
          <w:szCs w:val="26"/>
          <w:rtl/>
        </w:rPr>
        <w:t>مالی،</w:t>
      </w:r>
      <w:r w:rsidRPr="00E82B82">
        <w:rPr>
          <w:rFonts w:cs="B Lotus"/>
          <w:szCs w:val="26"/>
          <w:rtl/>
        </w:rPr>
        <w:t xml:space="preserve"> </w:t>
      </w:r>
      <w:r w:rsidRPr="00E82B82">
        <w:rPr>
          <w:rFonts w:cs="B Lotus" w:hint="cs"/>
          <w:szCs w:val="26"/>
          <w:rtl/>
        </w:rPr>
        <w:t>به</w:t>
      </w:r>
      <w:r w:rsidRPr="00E82B82">
        <w:rPr>
          <w:rFonts w:cs="B Lotus"/>
          <w:szCs w:val="26"/>
          <w:rtl/>
        </w:rPr>
        <w:t xml:space="preserve"> </w:t>
      </w:r>
      <w:r w:rsidRPr="00E82B82">
        <w:rPr>
          <w:rFonts w:cs="B Lotus" w:hint="cs"/>
          <w:szCs w:val="26"/>
          <w:rtl/>
        </w:rPr>
        <w:t>پایداری</w:t>
      </w:r>
      <w:r w:rsidRPr="00E82B82">
        <w:rPr>
          <w:rFonts w:cs="B Lotus"/>
          <w:szCs w:val="26"/>
          <w:rtl/>
        </w:rPr>
        <w:t xml:space="preserve"> </w:t>
      </w:r>
      <w:r w:rsidRPr="00E82B82">
        <w:rPr>
          <w:rFonts w:cs="B Lotus" w:hint="cs"/>
          <w:szCs w:val="26"/>
          <w:rtl/>
        </w:rPr>
        <w:t>اقتصادی</w:t>
      </w:r>
      <w:r w:rsidRPr="00E82B82">
        <w:rPr>
          <w:rFonts w:cs="B Lotus"/>
          <w:szCs w:val="26"/>
          <w:rtl/>
        </w:rPr>
        <w:t xml:space="preserve"> </w:t>
      </w:r>
      <w:r w:rsidRPr="00E82B82">
        <w:rPr>
          <w:rFonts w:cs="B Lotus" w:hint="cs"/>
          <w:szCs w:val="26"/>
          <w:rtl/>
        </w:rPr>
        <w:t>استخرها</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بهبود</w:t>
      </w:r>
      <w:r w:rsidRPr="00E82B82">
        <w:rPr>
          <w:rFonts w:cs="B Lotus"/>
          <w:szCs w:val="26"/>
          <w:rtl/>
        </w:rPr>
        <w:t xml:space="preserve"> </w:t>
      </w:r>
      <w:r w:rsidRPr="00E82B82">
        <w:rPr>
          <w:rFonts w:cs="B Lotus" w:hint="cs"/>
          <w:szCs w:val="26"/>
          <w:rtl/>
        </w:rPr>
        <w:t>زیرساخت‌ها</w:t>
      </w:r>
      <w:r w:rsidRPr="00E82B82">
        <w:rPr>
          <w:rFonts w:cs="B Lotus"/>
          <w:szCs w:val="26"/>
          <w:rtl/>
        </w:rPr>
        <w:t xml:space="preserve"> </w:t>
      </w:r>
      <w:r w:rsidRPr="00E82B82">
        <w:rPr>
          <w:rFonts w:cs="B Lotus" w:hint="cs"/>
          <w:szCs w:val="26"/>
          <w:rtl/>
        </w:rPr>
        <w:t>کمک</w:t>
      </w:r>
      <w:r w:rsidRPr="00E82B82">
        <w:rPr>
          <w:rFonts w:cs="B Lotus"/>
          <w:szCs w:val="26"/>
          <w:rtl/>
        </w:rPr>
        <w:t xml:space="preserve"> </w:t>
      </w:r>
      <w:r w:rsidRPr="00E82B82">
        <w:rPr>
          <w:rFonts w:cs="B Lotus" w:hint="cs"/>
          <w:szCs w:val="26"/>
          <w:rtl/>
        </w:rPr>
        <w:t>می‌کند</w:t>
      </w:r>
      <w:r w:rsidRPr="00E82B82">
        <w:rPr>
          <w:rFonts w:cs="B Lotus"/>
          <w:szCs w:val="26"/>
          <w:rtl/>
        </w:rPr>
        <w:t xml:space="preserve">. </w:t>
      </w:r>
      <w:r w:rsidRPr="00E82B82">
        <w:rPr>
          <w:rFonts w:cs="B Lotus" w:hint="cs"/>
          <w:szCs w:val="26"/>
          <w:rtl/>
        </w:rPr>
        <w:t>مدیریت</w:t>
      </w:r>
      <w:r w:rsidRPr="00E82B82">
        <w:rPr>
          <w:rFonts w:cs="B Lotus"/>
          <w:szCs w:val="26"/>
          <w:rtl/>
        </w:rPr>
        <w:t xml:space="preserve"> </w:t>
      </w:r>
      <w:r w:rsidRPr="00E82B82">
        <w:rPr>
          <w:rFonts w:cs="B Lotus" w:hint="cs"/>
          <w:szCs w:val="26"/>
          <w:rtl/>
        </w:rPr>
        <w:t>مؤثر،</w:t>
      </w:r>
      <w:r w:rsidRPr="00E82B82">
        <w:rPr>
          <w:rFonts w:cs="B Lotus"/>
          <w:szCs w:val="26"/>
          <w:rtl/>
        </w:rPr>
        <w:t xml:space="preserve"> </w:t>
      </w:r>
      <w:r w:rsidRPr="00E82B82">
        <w:rPr>
          <w:rFonts w:cs="B Lotus" w:hint="cs"/>
          <w:szCs w:val="26"/>
          <w:rtl/>
        </w:rPr>
        <w:t>شامل</w:t>
      </w:r>
      <w:r w:rsidRPr="00E82B82">
        <w:rPr>
          <w:rFonts w:cs="B Lotus"/>
          <w:szCs w:val="26"/>
          <w:rtl/>
        </w:rPr>
        <w:t xml:space="preserve"> </w:t>
      </w:r>
      <w:r w:rsidRPr="00E82B82">
        <w:rPr>
          <w:rFonts w:cs="B Lotus" w:hint="cs"/>
          <w:szCs w:val="26"/>
          <w:rtl/>
        </w:rPr>
        <w:t>برنامه‌ریزی</w:t>
      </w:r>
      <w:r w:rsidRPr="00E82B82">
        <w:rPr>
          <w:rFonts w:cs="B Lotus"/>
          <w:szCs w:val="26"/>
          <w:rtl/>
        </w:rPr>
        <w:t xml:space="preserve"> </w:t>
      </w:r>
      <w:r w:rsidRPr="00E82B82">
        <w:rPr>
          <w:rFonts w:cs="B Lotus" w:hint="cs"/>
          <w:szCs w:val="26"/>
          <w:rtl/>
        </w:rPr>
        <w:t>راهبردی،</w:t>
      </w:r>
      <w:r w:rsidRPr="00E82B82">
        <w:rPr>
          <w:rFonts w:cs="B Lotus"/>
          <w:szCs w:val="26"/>
          <w:rtl/>
        </w:rPr>
        <w:t xml:space="preserve"> </w:t>
      </w:r>
      <w:r w:rsidRPr="00E82B82">
        <w:rPr>
          <w:rFonts w:cs="B Lotus" w:hint="cs"/>
          <w:szCs w:val="26"/>
          <w:rtl/>
        </w:rPr>
        <w:t>نظارت</w:t>
      </w:r>
      <w:r w:rsidRPr="00E82B82">
        <w:rPr>
          <w:rFonts w:cs="B Lotus"/>
          <w:szCs w:val="26"/>
          <w:rtl/>
        </w:rPr>
        <w:t xml:space="preserve"> </w:t>
      </w:r>
      <w:r w:rsidRPr="00E82B82">
        <w:rPr>
          <w:rFonts w:cs="B Lotus" w:hint="cs"/>
          <w:szCs w:val="26"/>
          <w:rtl/>
        </w:rPr>
        <w:t>مستمر</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استفاده</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مدل‌های</w:t>
      </w:r>
      <w:r w:rsidRPr="00E82B82">
        <w:rPr>
          <w:rFonts w:cs="B Lotus"/>
          <w:szCs w:val="26"/>
          <w:rtl/>
        </w:rPr>
        <w:t xml:space="preserve"> </w:t>
      </w:r>
      <w:r w:rsidRPr="00E82B82">
        <w:rPr>
          <w:rFonts w:cs="B Lotus" w:hint="cs"/>
          <w:szCs w:val="26"/>
          <w:rtl/>
        </w:rPr>
        <w:t>ساختارمند</w:t>
      </w:r>
      <w:r w:rsidRPr="00E82B82">
        <w:rPr>
          <w:rFonts w:cs="B Lotus"/>
          <w:szCs w:val="26"/>
          <w:rtl/>
        </w:rPr>
        <w:t xml:space="preserve"> </w:t>
      </w:r>
      <w:r w:rsidRPr="00E82B82">
        <w:rPr>
          <w:rFonts w:cs="B Lotus" w:hint="cs"/>
          <w:szCs w:val="26"/>
          <w:rtl/>
        </w:rPr>
        <w:t>ارزیابی</w:t>
      </w:r>
      <w:r w:rsidRPr="00E82B82">
        <w:rPr>
          <w:rFonts w:cs="B Lotus"/>
          <w:szCs w:val="26"/>
          <w:rtl/>
        </w:rPr>
        <w:t xml:space="preserve"> </w:t>
      </w:r>
      <w:r w:rsidRPr="00E82B82">
        <w:rPr>
          <w:rFonts w:cs="B Lotus" w:hint="cs"/>
          <w:szCs w:val="26"/>
          <w:rtl/>
        </w:rPr>
        <w:t>عملکرد،</w:t>
      </w:r>
      <w:r w:rsidRPr="00E82B82">
        <w:rPr>
          <w:rFonts w:cs="B Lotus"/>
          <w:szCs w:val="26"/>
          <w:rtl/>
        </w:rPr>
        <w:t xml:space="preserve"> </w:t>
      </w:r>
      <w:r w:rsidRPr="00E82B82">
        <w:rPr>
          <w:rFonts w:cs="B Lotus" w:hint="cs"/>
          <w:szCs w:val="26"/>
          <w:rtl/>
        </w:rPr>
        <w:t>بستر</w:t>
      </w:r>
      <w:r w:rsidRPr="00E82B82">
        <w:rPr>
          <w:rFonts w:cs="B Lotus"/>
          <w:szCs w:val="26"/>
          <w:rtl/>
        </w:rPr>
        <w:t xml:space="preserve"> </w:t>
      </w:r>
      <w:r w:rsidRPr="00E82B82">
        <w:rPr>
          <w:rFonts w:cs="B Lotus" w:hint="cs"/>
          <w:szCs w:val="26"/>
          <w:rtl/>
        </w:rPr>
        <w:lastRenderedPageBreak/>
        <w:t>تصمیم‌گیری</w:t>
      </w:r>
      <w:r w:rsidRPr="00E82B82">
        <w:rPr>
          <w:rFonts w:cs="B Lotus"/>
          <w:szCs w:val="26"/>
          <w:rtl/>
        </w:rPr>
        <w:t xml:space="preserve"> </w:t>
      </w:r>
      <w:r w:rsidRPr="00E82B82">
        <w:rPr>
          <w:rFonts w:cs="B Lotus" w:hint="cs"/>
          <w:szCs w:val="26"/>
          <w:rtl/>
        </w:rPr>
        <w:t>هوشمند</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پاسخ‌گو</w:t>
      </w:r>
      <w:r w:rsidRPr="00E82B82">
        <w:rPr>
          <w:rFonts w:cs="B Lotus"/>
          <w:szCs w:val="26"/>
          <w:rtl/>
        </w:rPr>
        <w:t xml:space="preserve"> </w:t>
      </w:r>
      <w:r w:rsidRPr="00E82B82">
        <w:rPr>
          <w:rFonts w:cs="B Lotus" w:hint="cs"/>
          <w:szCs w:val="26"/>
          <w:rtl/>
        </w:rPr>
        <w:t>را</w:t>
      </w:r>
      <w:r w:rsidRPr="00E82B82">
        <w:rPr>
          <w:rFonts w:cs="B Lotus"/>
          <w:szCs w:val="26"/>
          <w:rtl/>
        </w:rPr>
        <w:t xml:space="preserve"> </w:t>
      </w:r>
      <w:r w:rsidRPr="00E82B82">
        <w:rPr>
          <w:rFonts w:cs="B Lotus" w:hint="cs"/>
          <w:szCs w:val="26"/>
          <w:rtl/>
        </w:rPr>
        <w:t>فراهم</w:t>
      </w:r>
      <w:r w:rsidRPr="00E82B82">
        <w:rPr>
          <w:rFonts w:cs="B Lotus"/>
          <w:szCs w:val="26"/>
          <w:rtl/>
        </w:rPr>
        <w:t xml:space="preserve"> </w:t>
      </w:r>
      <w:r w:rsidRPr="00E82B82">
        <w:rPr>
          <w:rFonts w:cs="B Lotus" w:hint="cs"/>
          <w:szCs w:val="26"/>
          <w:rtl/>
        </w:rPr>
        <w:t>می‌سازد</w:t>
      </w:r>
      <w:r w:rsidRPr="00E82B82">
        <w:rPr>
          <w:rFonts w:cs="B Lotus"/>
          <w:szCs w:val="26"/>
          <w:rtl/>
        </w:rPr>
        <w:t xml:space="preserve">. </w:t>
      </w:r>
      <w:r w:rsidRPr="00E82B82">
        <w:rPr>
          <w:rFonts w:cs="B Lotus" w:hint="cs"/>
          <w:szCs w:val="26"/>
          <w:rtl/>
        </w:rPr>
        <w:t>نهایتاً،</w:t>
      </w:r>
      <w:r w:rsidRPr="00E82B82">
        <w:rPr>
          <w:rFonts w:cs="B Lotus"/>
          <w:szCs w:val="26"/>
          <w:rtl/>
        </w:rPr>
        <w:t xml:space="preserve"> </w:t>
      </w:r>
      <w:r w:rsidRPr="00E82B82">
        <w:rPr>
          <w:rFonts w:cs="B Lotus" w:hint="cs"/>
          <w:szCs w:val="26"/>
          <w:rtl/>
        </w:rPr>
        <w:t>نظام</w:t>
      </w:r>
      <w:r w:rsidRPr="00E82B82">
        <w:rPr>
          <w:rFonts w:cs="B Lotus"/>
          <w:szCs w:val="26"/>
          <w:rtl/>
        </w:rPr>
        <w:t xml:space="preserve"> </w:t>
      </w:r>
      <w:r w:rsidRPr="00E82B82">
        <w:rPr>
          <w:rFonts w:cs="B Lotus" w:hint="cs"/>
          <w:szCs w:val="26"/>
          <w:rtl/>
        </w:rPr>
        <w:t>حقوقی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بیمه‌ای</w:t>
      </w:r>
      <w:r w:rsidRPr="00E82B82">
        <w:rPr>
          <w:rFonts w:cs="B Lotus"/>
          <w:szCs w:val="26"/>
          <w:rtl/>
        </w:rPr>
        <w:t xml:space="preserve"> </w:t>
      </w:r>
      <w:r w:rsidRPr="00E82B82">
        <w:rPr>
          <w:rFonts w:cs="B Lotus" w:hint="cs"/>
          <w:szCs w:val="26"/>
          <w:rtl/>
        </w:rPr>
        <w:t>با</w:t>
      </w:r>
      <w:r w:rsidRPr="00E82B82">
        <w:rPr>
          <w:rFonts w:cs="B Lotus"/>
          <w:szCs w:val="26"/>
          <w:rtl/>
        </w:rPr>
        <w:t xml:space="preserve"> </w:t>
      </w:r>
      <w:r w:rsidRPr="00E82B82">
        <w:rPr>
          <w:rFonts w:cs="B Lotus" w:hint="cs"/>
          <w:szCs w:val="26"/>
          <w:rtl/>
        </w:rPr>
        <w:t>تنظیم</w:t>
      </w:r>
      <w:r w:rsidRPr="00E82B82">
        <w:rPr>
          <w:rFonts w:cs="B Lotus"/>
          <w:szCs w:val="26"/>
          <w:rtl/>
        </w:rPr>
        <w:t xml:space="preserve"> </w:t>
      </w:r>
      <w:r w:rsidRPr="00E82B82">
        <w:rPr>
          <w:rFonts w:cs="B Lotus" w:hint="cs"/>
          <w:szCs w:val="26"/>
          <w:rtl/>
        </w:rPr>
        <w:t>قراردادهای</w:t>
      </w:r>
      <w:r w:rsidRPr="00E82B82">
        <w:rPr>
          <w:rFonts w:cs="B Lotus"/>
          <w:szCs w:val="26"/>
          <w:rtl/>
        </w:rPr>
        <w:t xml:space="preserve"> </w:t>
      </w:r>
      <w:r w:rsidRPr="00E82B82">
        <w:rPr>
          <w:rFonts w:cs="B Lotus" w:hint="cs"/>
          <w:szCs w:val="26"/>
          <w:rtl/>
        </w:rPr>
        <w:t>شفاف،</w:t>
      </w:r>
      <w:r w:rsidRPr="00E82B82">
        <w:rPr>
          <w:rFonts w:cs="B Lotus"/>
          <w:szCs w:val="26"/>
          <w:rtl/>
        </w:rPr>
        <w:t xml:space="preserve"> </w:t>
      </w:r>
      <w:r w:rsidRPr="00E82B82">
        <w:rPr>
          <w:rFonts w:cs="B Lotus" w:hint="cs"/>
          <w:szCs w:val="26"/>
          <w:rtl/>
        </w:rPr>
        <w:t>ارائه</w:t>
      </w:r>
      <w:r w:rsidRPr="00E82B82">
        <w:rPr>
          <w:rFonts w:cs="B Lotus"/>
          <w:szCs w:val="26"/>
          <w:rtl/>
        </w:rPr>
        <w:t xml:space="preserve"> </w:t>
      </w:r>
      <w:r w:rsidRPr="00E82B82">
        <w:rPr>
          <w:rFonts w:cs="B Lotus" w:hint="cs"/>
          <w:szCs w:val="26"/>
          <w:rtl/>
        </w:rPr>
        <w:t>بیمه‌های</w:t>
      </w:r>
      <w:r w:rsidRPr="00E82B82">
        <w:rPr>
          <w:rFonts w:cs="B Lotus"/>
          <w:szCs w:val="26"/>
          <w:rtl/>
        </w:rPr>
        <w:t xml:space="preserve"> </w:t>
      </w:r>
      <w:r w:rsidRPr="00E82B82">
        <w:rPr>
          <w:rFonts w:cs="B Lotus" w:hint="cs"/>
          <w:szCs w:val="26"/>
          <w:rtl/>
        </w:rPr>
        <w:t>مسئولیت</w:t>
      </w:r>
      <w:r w:rsidRPr="00E82B82">
        <w:rPr>
          <w:rFonts w:cs="B Lotus"/>
          <w:szCs w:val="26"/>
          <w:rtl/>
        </w:rPr>
        <w:t xml:space="preserve"> </w:t>
      </w:r>
      <w:r w:rsidRPr="00E82B82">
        <w:rPr>
          <w:rFonts w:cs="B Lotus" w:hint="cs"/>
          <w:szCs w:val="26"/>
          <w:rtl/>
        </w:rPr>
        <w:t>مدنی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انطباق</w:t>
      </w:r>
      <w:r w:rsidRPr="00E82B82">
        <w:rPr>
          <w:rFonts w:cs="B Lotus"/>
          <w:szCs w:val="26"/>
          <w:rtl/>
        </w:rPr>
        <w:t xml:space="preserve"> </w:t>
      </w:r>
      <w:r w:rsidRPr="00E82B82">
        <w:rPr>
          <w:rFonts w:cs="B Lotus" w:hint="cs"/>
          <w:szCs w:val="26"/>
          <w:rtl/>
        </w:rPr>
        <w:t>با</w:t>
      </w:r>
      <w:r w:rsidRPr="00E82B82">
        <w:rPr>
          <w:rFonts w:cs="B Lotus"/>
          <w:szCs w:val="26"/>
          <w:rtl/>
        </w:rPr>
        <w:t xml:space="preserve"> </w:t>
      </w:r>
      <w:r w:rsidRPr="00E82B82">
        <w:rPr>
          <w:rFonts w:cs="B Lotus" w:hint="cs"/>
          <w:szCs w:val="26"/>
          <w:rtl/>
        </w:rPr>
        <w:t>مقررات،</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ریسک‌های</w:t>
      </w:r>
      <w:r w:rsidRPr="00E82B82">
        <w:rPr>
          <w:rFonts w:cs="B Lotus"/>
          <w:szCs w:val="26"/>
          <w:rtl/>
        </w:rPr>
        <w:t xml:space="preserve"> </w:t>
      </w:r>
      <w:r w:rsidRPr="00E82B82">
        <w:rPr>
          <w:rFonts w:cs="B Lotus" w:hint="cs"/>
          <w:szCs w:val="26"/>
          <w:rtl/>
        </w:rPr>
        <w:t>حقوقی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مالی</w:t>
      </w:r>
      <w:r w:rsidRPr="00E82B82">
        <w:rPr>
          <w:rFonts w:cs="B Lotus"/>
          <w:szCs w:val="26"/>
          <w:rtl/>
        </w:rPr>
        <w:t xml:space="preserve"> </w:t>
      </w:r>
      <w:r w:rsidRPr="00E82B82">
        <w:rPr>
          <w:rFonts w:cs="B Lotus" w:hint="cs"/>
          <w:szCs w:val="26"/>
          <w:rtl/>
        </w:rPr>
        <w:t>جلوگیری</w:t>
      </w:r>
      <w:r w:rsidRPr="00E82B82">
        <w:rPr>
          <w:rFonts w:cs="B Lotus"/>
          <w:szCs w:val="26"/>
          <w:rtl/>
        </w:rPr>
        <w:t xml:space="preserve"> </w:t>
      </w:r>
      <w:r w:rsidRPr="00E82B82">
        <w:rPr>
          <w:rFonts w:cs="B Lotus" w:hint="cs"/>
          <w:szCs w:val="26"/>
          <w:rtl/>
        </w:rPr>
        <w:t>کرده</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اعتماد</w:t>
      </w:r>
      <w:r w:rsidRPr="00E82B82">
        <w:rPr>
          <w:rFonts w:cs="B Lotus"/>
          <w:szCs w:val="26"/>
          <w:rtl/>
        </w:rPr>
        <w:t xml:space="preserve"> </w:t>
      </w:r>
      <w:r w:rsidRPr="00E82B82">
        <w:rPr>
          <w:rFonts w:cs="B Lotus" w:hint="cs"/>
          <w:szCs w:val="26"/>
          <w:rtl/>
        </w:rPr>
        <w:t>کارکنان</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مشتریان</w:t>
      </w:r>
      <w:r w:rsidRPr="00E82B82">
        <w:rPr>
          <w:rFonts w:cs="B Lotus"/>
          <w:szCs w:val="26"/>
          <w:rtl/>
        </w:rPr>
        <w:t xml:space="preserve"> </w:t>
      </w:r>
      <w:r w:rsidRPr="00E82B82">
        <w:rPr>
          <w:rFonts w:cs="B Lotus" w:hint="cs"/>
          <w:szCs w:val="26"/>
          <w:rtl/>
        </w:rPr>
        <w:t>را</w:t>
      </w:r>
      <w:r w:rsidRPr="00E82B82">
        <w:rPr>
          <w:rFonts w:cs="B Lotus"/>
          <w:szCs w:val="26"/>
          <w:rtl/>
        </w:rPr>
        <w:t xml:space="preserve"> </w:t>
      </w:r>
      <w:r w:rsidRPr="00E82B82">
        <w:rPr>
          <w:rFonts w:cs="B Lotus" w:hint="cs"/>
          <w:szCs w:val="26"/>
          <w:rtl/>
        </w:rPr>
        <w:t>تقویت</w:t>
      </w:r>
      <w:r w:rsidRPr="00E82B82">
        <w:rPr>
          <w:rFonts w:cs="B Lotus"/>
          <w:szCs w:val="26"/>
          <w:rtl/>
        </w:rPr>
        <w:t xml:space="preserve"> </w:t>
      </w:r>
      <w:r w:rsidRPr="00E82B82">
        <w:rPr>
          <w:rFonts w:cs="B Lotus" w:hint="cs"/>
          <w:szCs w:val="26"/>
          <w:rtl/>
        </w:rPr>
        <w:t>می‌کن</w:t>
      </w:r>
      <w:r>
        <w:rPr>
          <w:rFonts w:cs="B Lotus" w:hint="cs"/>
          <w:szCs w:val="26"/>
          <w:rtl/>
        </w:rPr>
        <w:t>د</w:t>
      </w:r>
      <w:r w:rsidRPr="00E82B82">
        <w:rPr>
          <w:rFonts w:cs="B Lotus"/>
          <w:szCs w:val="26"/>
        </w:rPr>
        <w:t>.</w:t>
      </w:r>
      <w:r>
        <w:rPr>
          <w:rFonts w:cs="B Lotus" w:hint="cs"/>
          <w:szCs w:val="26"/>
          <w:rtl/>
        </w:rPr>
        <w:t xml:space="preserve"> در همین راستا </w:t>
      </w:r>
      <w:r w:rsidRPr="00FF07DB">
        <w:rPr>
          <w:rFonts w:cs="B Lotus" w:hint="cs"/>
          <w:szCs w:val="26"/>
          <w:rtl/>
        </w:rPr>
        <w:t>یجاد</w:t>
      </w:r>
      <w:r w:rsidRPr="00FF07DB">
        <w:rPr>
          <w:rFonts w:cs="B Lotus"/>
          <w:szCs w:val="26"/>
          <w:rtl/>
        </w:rPr>
        <w:t xml:space="preserve"> </w:t>
      </w:r>
      <w:r w:rsidRPr="00FF07DB">
        <w:rPr>
          <w:rFonts w:cs="B Lotus" w:hint="cs"/>
          <w:szCs w:val="26"/>
          <w:rtl/>
        </w:rPr>
        <w:t>یک</w:t>
      </w:r>
      <w:r w:rsidRPr="00FF07DB">
        <w:rPr>
          <w:rFonts w:cs="B Lotus"/>
          <w:szCs w:val="26"/>
          <w:rtl/>
        </w:rPr>
        <w:t xml:space="preserve"> </w:t>
      </w:r>
      <w:r w:rsidRPr="00FF07DB">
        <w:rPr>
          <w:rFonts w:cs="B Lotus" w:hint="cs"/>
          <w:szCs w:val="26"/>
          <w:rtl/>
        </w:rPr>
        <w:t>سامانه</w:t>
      </w:r>
      <w:r w:rsidRPr="00FF07DB">
        <w:rPr>
          <w:rFonts w:cs="B Lotus"/>
          <w:szCs w:val="26"/>
          <w:rtl/>
        </w:rPr>
        <w:t xml:space="preserve"> </w:t>
      </w:r>
      <w:r w:rsidRPr="00FF07DB">
        <w:rPr>
          <w:rFonts w:cs="B Lotus" w:hint="cs"/>
          <w:szCs w:val="26"/>
          <w:rtl/>
        </w:rPr>
        <w:t>یکپارچه</w:t>
      </w:r>
      <w:r w:rsidRPr="00FF07DB">
        <w:rPr>
          <w:rFonts w:cs="B Lotus"/>
          <w:szCs w:val="26"/>
          <w:rtl/>
        </w:rPr>
        <w:t xml:space="preserve"> </w:t>
      </w:r>
      <w:r w:rsidRPr="00FF07DB">
        <w:rPr>
          <w:rFonts w:cs="B Lotus" w:hint="cs"/>
          <w:szCs w:val="26"/>
          <w:rtl/>
        </w:rPr>
        <w:t>برای</w:t>
      </w:r>
      <w:r w:rsidRPr="00FF07DB">
        <w:rPr>
          <w:rFonts w:cs="B Lotus"/>
          <w:szCs w:val="26"/>
          <w:rtl/>
        </w:rPr>
        <w:t xml:space="preserve"> </w:t>
      </w:r>
      <w:r w:rsidRPr="00FF07DB">
        <w:rPr>
          <w:rFonts w:cs="B Lotus" w:hint="cs"/>
          <w:szCs w:val="26"/>
          <w:rtl/>
        </w:rPr>
        <w:t>مدیریت</w:t>
      </w:r>
      <w:r w:rsidRPr="00FF07DB">
        <w:rPr>
          <w:rFonts w:cs="B Lotus"/>
          <w:szCs w:val="26"/>
          <w:rtl/>
        </w:rPr>
        <w:t xml:space="preserve"> </w:t>
      </w:r>
      <w:r w:rsidRPr="00FF07DB">
        <w:rPr>
          <w:rFonts w:cs="B Lotus" w:hint="cs"/>
          <w:szCs w:val="26"/>
          <w:rtl/>
        </w:rPr>
        <w:t>قراردادها</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مدارک</w:t>
      </w:r>
      <w:r w:rsidRPr="00FF07DB">
        <w:rPr>
          <w:rFonts w:cs="B Lotus"/>
          <w:szCs w:val="26"/>
          <w:rtl/>
        </w:rPr>
        <w:t xml:space="preserve"> </w:t>
      </w:r>
      <w:r w:rsidRPr="00FF07DB">
        <w:rPr>
          <w:rFonts w:cs="B Lotus" w:hint="cs"/>
          <w:szCs w:val="26"/>
          <w:rtl/>
        </w:rPr>
        <w:t>قانونی</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طراحی</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پیاده‌سازی</w:t>
      </w:r>
      <w:r w:rsidRPr="00FF07DB">
        <w:rPr>
          <w:rFonts w:cs="B Lotus"/>
          <w:szCs w:val="26"/>
          <w:rtl/>
        </w:rPr>
        <w:t xml:space="preserve"> </w:t>
      </w:r>
      <w:r w:rsidRPr="00FF07DB">
        <w:rPr>
          <w:rFonts w:cs="B Lotus" w:hint="cs"/>
          <w:szCs w:val="26"/>
          <w:rtl/>
        </w:rPr>
        <w:t>سامانه‌ای</w:t>
      </w:r>
      <w:r w:rsidRPr="00FF07DB">
        <w:rPr>
          <w:rFonts w:cs="B Lotus"/>
          <w:szCs w:val="26"/>
          <w:rtl/>
        </w:rPr>
        <w:t xml:space="preserve"> </w:t>
      </w:r>
      <w:r w:rsidRPr="00FF07DB">
        <w:rPr>
          <w:rFonts w:cs="B Lotus" w:hint="cs"/>
          <w:szCs w:val="26"/>
          <w:rtl/>
        </w:rPr>
        <w:t>دیجیتال</w:t>
      </w:r>
      <w:r w:rsidRPr="00FF07DB">
        <w:rPr>
          <w:rFonts w:cs="B Lotus"/>
          <w:szCs w:val="26"/>
          <w:rtl/>
        </w:rPr>
        <w:t xml:space="preserve"> </w:t>
      </w:r>
      <w:r w:rsidRPr="00FF07DB">
        <w:rPr>
          <w:rFonts w:cs="B Lotus" w:hint="cs"/>
          <w:szCs w:val="26"/>
          <w:rtl/>
        </w:rPr>
        <w:t>که</w:t>
      </w:r>
      <w:r w:rsidRPr="00FF07DB">
        <w:rPr>
          <w:rFonts w:cs="B Lotus"/>
          <w:szCs w:val="26"/>
          <w:rtl/>
        </w:rPr>
        <w:t xml:space="preserve"> </w:t>
      </w:r>
      <w:r w:rsidRPr="00FF07DB">
        <w:rPr>
          <w:rFonts w:cs="B Lotus" w:hint="cs"/>
          <w:szCs w:val="26"/>
          <w:rtl/>
        </w:rPr>
        <w:t>در</w:t>
      </w:r>
      <w:r w:rsidRPr="00FF07DB">
        <w:rPr>
          <w:rFonts w:cs="B Lotus"/>
          <w:szCs w:val="26"/>
          <w:rtl/>
        </w:rPr>
        <w:t xml:space="preserve"> </w:t>
      </w:r>
      <w:r w:rsidRPr="00FF07DB">
        <w:rPr>
          <w:rFonts w:cs="B Lotus" w:hint="cs"/>
          <w:szCs w:val="26"/>
          <w:rtl/>
        </w:rPr>
        <w:t>آن</w:t>
      </w:r>
      <w:r w:rsidRPr="00FF07DB">
        <w:rPr>
          <w:rFonts w:cs="B Lotus"/>
          <w:szCs w:val="26"/>
          <w:rtl/>
        </w:rPr>
        <w:t xml:space="preserve"> </w:t>
      </w:r>
      <w:r w:rsidRPr="00FF07DB">
        <w:rPr>
          <w:rFonts w:cs="B Lotus" w:hint="cs"/>
          <w:szCs w:val="26"/>
          <w:rtl/>
        </w:rPr>
        <w:t>تمامی</w:t>
      </w:r>
      <w:r w:rsidRPr="00FF07DB">
        <w:rPr>
          <w:rFonts w:cs="B Lotus"/>
          <w:szCs w:val="26"/>
          <w:rtl/>
        </w:rPr>
        <w:t xml:space="preserve"> </w:t>
      </w:r>
      <w:r w:rsidRPr="00FF07DB">
        <w:rPr>
          <w:rFonts w:cs="B Lotus" w:hint="cs"/>
          <w:szCs w:val="26"/>
          <w:rtl/>
        </w:rPr>
        <w:t>قراردادها</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توافق‌نامه‌های</w:t>
      </w:r>
      <w:r w:rsidRPr="00FF07DB">
        <w:rPr>
          <w:rFonts w:cs="B Lotus"/>
          <w:szCs w:val="26"/>
          <w:rtl/>
        </w:rPr>
        <w:t xml:space="preserve"> </w:t>
      </w:r>
      <w:r w:rsidRPr="00FF07DB">
        <w:rPr>
          <w:rFonts w:cs="B Lotus" w:hint="cs"/>
          <w:szCs w:val="26"/>
          <w:rtl/>
        </w:rPr>
        <w:t>کارکنان،</w:t>
      </w:r>
      <w:r w:rsidRPr="00FF07DB">
        <w:rPr>
          <w:rFonts w:cs="B Lotus"/>
          <w:szCs w:val="26"/>
          <w:rtl/>
        </w:rPr>
        <w:t xml:space="preserve"> </w:t>
      </w:r>
      <w:r w:rsidRPr="00FF07DB">
        <w:rPr>
          <w:rFonts w:cs="B Lotus" w:hint="cs"/>
          <w:szCs w:val="26"/>
          <w:rtl/>
        </w:rPr>
        <w:t>ناجیان</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مربیان</w:t>
      </w:r>
      <w:r w:rsidRPr="00FF07DB">
        <w:rPr>
          <w:rFonts w:cs="B Lotus"/>
          <w:szCs w:val="26"/>
          <w:rtl/>
        </w:rPr>
        <w:t xml:space="preserve"> </w:t>
      </w:r>
      <w:r w:rsidRPr="00FF07DB">
        <w:rPr>
          <w:rFonts w:cs="B Lotus" w:hint="cs"/>
          <w:szCs w:val="26"/>
          <w:rtl/>
        </w:rPr>
        <w:t>به‌صورت</w:t>
      </w:r>
      <w:r w:rsidRPr="00FF07DB">
        <w:rPr>
          <w:rFonts w:cs="B Lotus"/>
          <w:szCs w:val="26"/>
          <w:rtl/>
        </w:rPr>
        <w:t xml:space="preserve"> </w:t>
      </w:r>
      <w:r w:rsidRPr="00FF07DB">
        <w:rPr>
          <w:rFonts w:cs="B Lotus" w:hint="cs"/>
          <w:szCs w:val="26"/>
          <w:rtl/>
        </w:rPr>
        <w:t>الکترونیکی</w:t>
      </w:r>
      <w:r w:rsidRPr="00FF07DB">
        <w:rPr>
          <w:rFonts w:cs="B Lotus"/>
          <w:szCs w:val="26"/>
          <w:rtl/>
        </w:rPr>
        <w:t xml:space="preserve"> </w:t>
      </w:r>
      <w:r w:rsidRPr="00FF07DB">
        <w:rPr>
          <w:rFonts w:cs="B Lotus" w:hint="cs"/>
          <w:szCs w:val="26"/>
          <w:rtl/>
        </w:rPr>
        <w:t>ثبت</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بایگانی</w:t>
      </w:r>
      <w:r w:rsidRPr="00FF07DB">
        <w:rPr>
          <w:rFonts w:cs="B Lotus"/>
          <w:szCs w:val="26"/>
          <w:rtl/>
        </w:rPr>
        <w:t xml:space="preserve"> </w:t>
      </w:r>
      <w:r w:rsidRPr="00FF07DB">
        <w:rPr>
          <w:rFonts w:cs="B Lotus" w:hint="cs"/>
          <w:szCs w:val="26"/>
          <w:rtl/>
        </w:rPr>
        <w:t>شوند</w:t>
      </w:r>
      <w:r w:rsidRPr="00FF07DB">
        <w:rPr>
          <w:rFonts w:cs="B Lotus"/>
          <w:szCs w:val="26"/>
          <w:rtl/>
        </w:rPr>
        <w:t xml:space="preserve"> </w:t>
      </w:r>
      <w:r>
        <w:rPr>
          <w:rFonts w:cs="B Lotus" w:hint="cs"/>
          <w:szCs w:val="26"/>
          <w:rtl/>
        </w:rPr>
        <w:t xml:space="preserve">توصیه </w:t>
      </w:r>
      <w:r w:rsidRPr="00FF07DB">
        <w:rPr>
          <w:rFonts w:cs="B Lotus" w:hint="cs"/>
          <w:caps/>
          <w:szCs w:val="26"/>
          <w:rtl/>
        </w:rPr>
        <w:t>می</w:t>
      </w:r>
      <w:r>
        <w:rPr>
          <w:rFonts w:cs="B Lotus" w:hint="cs"/>
          <w:caps/>
          <w:szCs w:val="26"/>
          <w:rtl/>
        </w:rPr>
        <w:t xml:space="preserve">‌شود </w:t>
      </w:r>
      <w:r w:rsidRPr="00FF07DB">
        <w:rPr>
          <w:rFonts w:cs="B Lotus" w:hint="cs"/>
          <w:caps/>
          <w:szCs w:val="26"/>
          <w:rtl/>
        </w:rPr>
        <w:t>تا</w:t>
      </w:r>
      <w:r w:rsidRPr="00FF07DB">
        <w:rPr>
          <w:rFonts w:cs="B Lotus"/>
          <w:szCs w:val="26"/>
          <w:rtl/>
        </w:rPr>
        <w:t xml:space="preserve"> </w:t>
      </w:r>
      <w:r w:rsidRPr="00FF07DB">
        <w:rPr>
          <w:rFonts w:cs="B Lotus" w:hint="cs"/>
          <w:szCs w:val="26"/>
          <w:rtl/>
        </w:rPr>
        <w:t>از</w:t>
      </w:r>
      <w:r w:rsidRPr="00FF07DB">
        <w:rPr>
          <w:rFonts w:cs="B Lotus"/>
          <w:szCs w:val="26"/>
          <w:rtl/>
        </w:rPr>
        <w:t xml:space="preserve"> </w:t>
      </w:r>
      <w:r w:rsidRPr="00FF07DB">
        <w:rPr>
          <w:rFonts w:cs="B Lotus" w:hint="cs"/>
          <w:szCs w:val="26"/>
          <w:rtl/>
        </w:rPr>
        <w:t>هرگونه</w:t>
      </w:r>
      <w:r w:rsidRPr="00FF07DB">
        <w:rPr>
          <w:rFonts w:cs="B Lotus"/>
          <w:szCs w:val="26"/>
          <w:rtl/>
        </w:rPr>
        <w:t xml:space="preserve"> </w:t>
      </w:r>
      <w:r w:rsidRPr="00FF07DB">
        <w:rPr>
          <w:rFonts w:cs="B Lotus" w:hint="cs"/>
          <w:szCs w:val="26"/>
          <w:rtl/>
        </w:rPr>
        <w:t>تخلف</w:t>
      </w:r>
      <w:r w:rsidRPr="00FF07DB">
        <w:rPr>
          <w:rFonts w:cs="B Lotus"/>
          <w:szCs w:val="26"/>
          <w:rtl/>
        </w:rPr>
        <w:t xml:space="preserve"> </w:t>
      </w:r>
      <w:r w:rsidRPr="00FF07DB">
        <w:rPr>
          <w:rFonts w:cs="B Lotus" w:hint="cs"/>
          <w:szCs w:val="26"/>
          <w:rtl/>
        </w:rPr>
        <w:t>یا</w:t>
      </w:r>
      <w:r w:rsidRPr="00FF07DB">
        <w:rPr>
          <w:rFonts w:cs="B Lotus"/>
          <w:szCs w:val="26"/>
          <w:rtl/>
        </w:rPr>
        <w:t xml:space="preserve"> </w:t>
      </w:r>
      <w:r w:rsidRPr="00FF07DB">
        <w:rPr>
          <w:rFonts w:cs="B Lotus" w:hint="cs"/>
          <w:szCs w:val="26"/>
          <w:rtl/>
        </w:rPr>
        <w:t>سوءاستفاده</w:t>
      </w:r>
      <w:r w:rsidRPr="00FF07DB">
        <w:rPr>
          <w:rFonts w:cs="B Lotus"/>
          <w:szCs w:val="26"/>
          <w:rtl/>
        </w:rPr>
        <w:t xml:space="preserve"> </w:t>
      </w:r>
      <w:r w:rsidRPr="00FF07DB">
        <w:rPr>
          <w:rFonts w:cs="B Lotus" w:hint="cs"/>
          <w:szCs w:val="26"/>
          <w:rtl/>
        </w:rPr>
        <w:t>جلوگیری</w:t>
      </w:r>
      <w:r w:rsidRPr="00FF07DB">
        <w:rPr>
          <w:rFonts w:cs="B Lotus"/>
          <w:szCs w:val="26"/>
          <w:rtl/>
        </w:rPr>
        <w:t xml:space="preserve"> </w:t>
      </w:r>
      <w:r>
        <w:rPr>
          <w:rFonts w:cs="B Lotus" w:hint="cs"/>
          <w:szCs w:val="26"/>
          <w:rtl/>
        </w:rPr>
        <w:t>گردد</w:t>
      </w:r>
      <w:r w:rsidRPr="00FF07DB">
        <w:rPr>
          <w:rFonts w:cs="B Lotus"/>
          <w:szCs w:val="26"/>
          <w:rtl/>
        </w:rPr>
        <w:t>.</w:t>
      </w:r>
      <w:r w:rsidRPr="00E82B82">
        <w:rPr>
          <w:rFonts w:cs="B Lotus" w:hint="cs"/>
          <w:szCs w:val="26"/>
          <w:rtl/>
        </w:rPr>
        <w:t>مطالعا</w:t>
      </w:r>
      <w:r>
        <w:rPr>
          <w:rFonts w:cs="B Lotus" w:hint="cs"/>
          <w:szCs w:val="26"/>
          <w:rtl/>
        </w:rPr>
        <w:t>ت (</w:t>
      </w:r>
      <w:r>
        <w:rPr>
          <w:rFonts w:cs="B Lotus" w:hint="cs"/>
          <w:szCs w:val="26"/>
          <w:rtl/>
          <w:lang w:bidi="fa-IR"/>
        </w:rPr>
        <w:t>1</w:t>
      </w:r>
      <w:r w:rsidR="003D6A62">
        <w:rPr>
          <w:rFonts w:cs="B Lotus" w:hint="cs"/>
          <w:szCs w:val="26"/>
          <w:rtl/>
          <w:lang w:bidi="fa-IR"/>
        </w:rPr>
        <w:t>8</w:t>
      </w:r>
      <w:r>
        <w:rPr>
          <w:rFonts w:cs="B Lotus" w:hint="cs"/>
          <w:szCs w:val="26"/>
          <w:rtl/>
        </w:rPr>
        <w:t>) و (</w:t>
      </w:r>
      <w:r>
        <w:rPr>
          <w:rFonts w:cs="B Lotus" w:hint="cs"/>
          <w:szCs w:val="26"/>
          <w:rtl/>
          <w:lang w:bidi="fa-IR"/>
        </w:rPr>
        <w:t>2</w:t>
      </w:r>
      <w:r w:rsidR="003D6A62">
        <w:rPr>
          <w:rFonts w:cs="B Lotus" w:hint="cs"/>
          <w:szCs w:val="26"/>
          <w:rtl/>
          <w:lang w:bidi="fa-IR"/>
        </w:rPr>
        <w:t>8</w:t>
      </w:r>
      <w:r w:rsidRPr="00E82B82">
        <w:rPr>
          <w:rFonts w:cs="B Lotus"/>
          <w:szCs w:val="26"/>
          <w:rtl/>
        </w:rPr>
        <w:t>)</w:t>
      </w:r>
      <w:r>
        <w:rPr>
          <w:rFonts w:cs="B Lotus" w:hint="cs"/>
          <w:szCs w:val="26"/>
          <w:rtl/>
        </w:rPr>
        <w:t xml:space="preserve"> و (2</w:t>
      </w:r>
      <w:r w:rsidR="003D6A62">
        <w:rPr>
          <w:rFonts w:cs="B Lotus" w:hint="cs"/>
          <w:szCs w:val="26"/>
          <w:rtl/>
        </w:rPr>
        <w:t>9</w:t>
      </w:r>
      <w:r>
        <w:rPr>
          <w:rFonts w:cs="B Lotus" w:hint="cs"/>
          <w:szCs w:val="26"/>
          <w:rtl/>
        </w:rPr>
        <w:t>)</w:t>
      </w:r>
      <w:r w:rsidRPr="00E82B82">
        <w:rPr>
          <w:rFonts w:cs="B Lotus"/>
          <w:szCs w:val="26"/>
          <w:rtl/>
        </w:rPr>
        <w:t xml:space="preserve"> </w:t>
      </w:r>
      <w:r w:rsidRPr="00E82B82">
        <w:rPr>
          <w:rFonts w:cs="B Lotus" w:hint="cs"/>
          <w:szCs w:val="26"/>
          <w:rtl/>
        </w:rPr>
        <w:t>نیز</w:t>
      </w:r>
      <w:r w:rsidRPr="00E82B82">
        <w:rPr>
          <w:rFonts w:cs="B Lotus"/>
          <w:szCs w:val="26"/>
          <w:rtl/>
        </w:rPr>
        <w:t xml:space="preserve"> </w:t>
      </w:r>
      <w:r w:rsidRPr="00E82B82">
        <w:rPr>
          <w:rFonts w:cs="B Lotus" w:hint="cs"/>
          <w:szCs w:val="26"/>
          <w:rtl/>
        </w:rPr>
        <w:t>نشان</w:t>
      </w:r>
      <w:r w:rsidRPr="00E82B82">
        <w:rPr>
          <w:rFonts w:cs="B Lotus"/>
          <w:szCs w:val="26"/>
          <w:rtl/>
        </w:rPr>
        <w:t xml:space="preserve"> </w:t>
      </w:r>
      <w:r w:rsidRPr="00E82B82">
        <w:rPr>
          <w:rFonts w:cs="B Lotus" w:hint="cs"/>
          <w:szCs w:val="26"/>
          <w:rtl/>
        </w:rPr>
        <w:t>داده‌اند</w:t>
      </w:r>
      <w:r w:rsidRPr="00E82B82">
        <w:rPr>
          <w:rFonts w:cs="B Lotus"/>
          <w:szCs w:val="26"/>
          <w:rtl/>
        </w:rPr>
        <w:t xml:space="preserve"> </w:t>
      </w:r>
      <w:r w:rsidRPr="00E82B82">
        <w:rPr>
          <w:rFonts w:cs="B Lotus" w:hint="cs"/>
          <w:szCs w:val="26"/>
          <w:rtl/>
        </w:rPr>
        <w:t>که</w:t>
      </w:r>
      <w:r w:rsidRPr="00E82B82">
        <w:rPr>
          <w:rFonts w:cs="B Lotus"/>
          <w:szCs w:val="26"/>
          <w:rtl/>
        </w:rPr>
        <w:t xml:space="preserve"> </w:t>
      </w:r>
      <w:r w:rsidRPr="00E82B82">
        <w:rPr>
          <w:rFonts w:cs="B Lotus" w:hint="cs"/>
          <w:szCs w:val="26"/>
          <w:rtl/>
        </w:rPr>
        <w:t>تلفیق</w:t>
      </w:r>
      <w:r w:rsidRPr="00E82B82">
        <w:rPr>
          <w:rFonts w:cs="B Lotus"/>
          <w:szCs w:val="26"/>
          <w:rtl/>
        </w:rPr>
        <w:t xml:space="preserve"> </w:t>
      </w:r>
      <w:r w:rsidRPr="00E82B82">
        <w:rPr>
          <w:rFonts w:cs="B Lotus" w:hint="cs"/>
          <w:szCs w:val="26"/>
          <w:rtl/>
        </w:rPr>
        <w:t>سیاست‌های</w:t>
      </w:r>
      <w:r w:rsidRPr="00E82B82">
        <w:rPr>
          <w:rFonts w:cs="B Lotus"/>
          <w:szCs w:val="26"/>
          <w:rtl/>
        </w:rPr>
        <w:t xml:space="preserve"> </w:t>
      </w:r>
      <w:r w:rsidRPr="00E82B82">
        <w:rPr>
          <w:rFonts w:cs="B Lotus" w:hint="cs"/>
          <w:szCs w:val="26"/>
          <w:rtl/>
        </w:rPr>
        <w:t>منابع</w:t>
      </w:r>
      <w:r w:rsidRPr="00E82B82">
        <w:rPr>
          <w:rFonts w:cs="B Lotus"/>
          <w:szCs w:val="26"/>
          <w:rtl/>
        </w:rPr>
        <w:t xml:space="preserve"> </w:t>
      </w:r>
      <w:r w:rsidRPr="00E82B82">
        <w:rPr>
          <w:rFonts w:cs="B Lotus" w:hint="cs"/>
          <w:szCs w:val="26"/>
          <w:rtl/>
        </w:rPr>
        <w:t>انسانی،</w:t>
      </w:r>
      <w:r w:rsidRPr="00E82B82">
        <w:rPr>
          <w:rFonts w:cs="B Lotus"/>
          <w:szCs w:val="26"/>
          <w:rtl/>
        </w:rPr>
        <w:t xml:space="preserve"> </w:t>
      </w:r>
      <w:r w:rsidRPr="00E82B82">
        <w:rPr>
          <w:rFonts w:cs="B Lotus" w:hint="cs"/>
          <w:szCs w:val="26"/>
          <w:rtl/>
        </w:rPr>
        <w:t>مدیریت</w:t>
      </w:r>
      <w:r w:rsidRPr="00E82B82">
        <w:rPr>
          <w:rFonts w:cs="B Lotus"/>
          <w:szCs w:val="26"/>
          <w:rtl/>
        </w:rPr>
        <w:t xml:space="preserve"> </w:t>
      </w:r>
      <w:r w:rsidRPr="00E82B82">
        <w:rPr>
          <w:rFonts w:cs="B Lotus" w:hint="cs"/>
          <w:szCs w:val="26"/>
          <w:rtl/>
        </w:rPr>
        <w:t>مالی</w:t>
      </w:r>
      <w:r w:rsidRPr="00E82B82">
        <w:rPr>
          <w:rFonts w:cs="B Lotus"/>
          <w:szCs w:val="26"/>
          <w:rtl/>
        </w:rPr>
        <w:t xml:space="preserve"> </w:t>
      </w:r>
      <w:r w:rsidRPr="00E82B82">
        <w:rPr>
          <w:rFonts w:cs="B Lotus" w:hint="cs"/>
          <w:szCs w:val="26"/>
          <w:rtl/>
        </w:rPr>
        <w:t>شفاف،</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چارچوب‌های</w:t>
      </w:r>
      <w:r w:rsidRPr="00E82B82">
        <w:rPr>
          <w:rFonts w:cs="B Lotus"/>
          <w:szCs w:val="26"/>
          <w:rtl/>
        </w:rPr>
        <w:t xml:space="preserve"> </w:t>
      </w:r>
      <w:r w:rsidRPr="00E82B82">
        <w:rPr>
          <w:rFonts w:cs="B Lotus" w:hint="cs"/>
          <w:szCs w:val="26"/>
          <w:rtl/>
        </w:rPr>
        <w:t>حقوقی</w:t>
      </w:r>
      <w:r w:rsidRPr="00E82B82">
        <w:rPr>
          <w:rFonts w:cs="B Lotus"/>
          <w:szCs w:val="26"/>
          <w:rtl/>
        </w:rPr>
        <w:t>-</w:t>
      </w:r>
      <w:r w:rsidRPr="00E82B82">
        <w:rPr>
          <w:rFonts w:cs="B Lotus" w:hint="cs"/>
          <w:szCs w:val="26"/>
          <w:rtl/>
        </w:rPr>
        <w:t>بیمه‌ای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قالب</w:t>
      </w:r>
      <w:r w:rsidRPr="00E82B82">
        <w:rPr>
          <w:rFonts w:cs="B Lotus"/>
          <w:szCs w:val="26"/>
          <w:rtl/>
        </w:rPr>
        <w:t xml:space="preserve"> </w:t>
      </w:r>
      <w:r w:rsidRPr="00E82B82">
        <w:rPr>
          <w:rFonts w:cs="B Lotus" w:hint="cs"/>
          <w:szCs w:val="26"/>
          <w:rtl/>
        </w:rPr>
        <w:t>یک</w:t>
      </w:r>
      <w:r w:rsidRPr="00E82B82">
        <w:rPr>
          <w:rFonts w:cs="B Lotus"/>
          <w:szCs w:val="26"/>
          <w:rtl/>
        </w:rPr>
        <w:t xml:space="preserve"> </w:t>
      </w:r>
      <w:r w:rsidRPr="00E82B82">
        <w:rPr>
          <w:rFonts w:cs="B Lotus" w:hint="cs"/>
          <w:szCs w:val="26"/>
          <w:rtl/>
        </w:rPr>
        <w:t>سیستم</w:t>
      </w:r>
      <w:r w:rsidRPr="00E82B82">
        <w:rPr>
          <w:rFonts w:cs="B Lotus"/>
          <w:szCs w:val="26"/>
          <w:rtl/>
        </w:rPr>
        <w:t xml:space="preserve"> </w:t>
      </w:r>
      <w:r w:rsidRPr="00E82B82">
        <w:rPr>
          <w:rFonts w:cs="B Lotus" w:hint="cs"/>
          <w:szCs w:val="26"/>
          <w:rtl/>
        </w:rPr>
        <w:t>راهبردی،</w:t>
      </w:r>
      <w:r w:rsidRPr="00E82B82">
        <w:rPr>
          <w:rFonts w:cs="B Lotus"/>
          <w:szCs w:val="26"/>
          <w:rtl/>
        </w:rPr>
        <w:t xml:space="preserve"> </w:t>
      </w:r>
      <w:r w:rsidRPr="00E82B82">
        <w:rPr>
          <w:rFonts w:cs="B Lotus" w:hint="cs"/>
          <w:szCs w:val="26"/>
          <w:rtl/>
        </w:rPr>
        <w:t>موجب</w:t>
      </w:r>
      <w:r w:rsidRPr="00E82B82">
        <w:rPr>
          <w:rFonts w:cs="B Lotus"/>
          <w:szCs w:val="26"/>
          <w:rtl/>
        </w:rPr>
        <w:t xml:space="preserve"> </w:t>
      </w:r>
      <w:r w:rsidRPr="00E82B82">
        <w:rPr>
          <w:rFonts w:cs="B Lotus" w:hint="cs"/>
          <w:szCs w:val="26"/>
          <w:rtl/>
        </w:rPr>
        <w:t>افزایش</w:t>
      </w:r>
      <w:r w:rsidRPr="00E82B82">
        <w:rPr>
          <w:rFonts w:cs="B Lotus"/>
          <w:szCs w:val="26"/>
          <w:rtl/>
        </w:rPr>
        <w:t xml:space="preserve"> </w:t>
      </w:r>
      <w:r w:rsidRPr="00E82B82">
        <w:rPr>
          <w:rFonts w:cs="B Lotus" w:hint="cs"/>
          <w:szCs w:val="26"/>
          <w:rtl/>
        </w:rPr>
        <w:t>بهره‌وری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ارتقاء</w:t>
      </w:r>
      <w:r w:rsidRPr="00E82B82">
        <w:rPr>
          <w:rFonts w:cs="B Lotus"/>
          <w:szCs w:val="26"/>
          <w:rtl/>
        </w:rPr>
        <w:t xml:space="preserve"> </w:t>
      </w:r>
      <w:r w:rsidRPr="00E82B82">
        <w:rPr>
          <w:rFonts w:cs="B Lotus" w:hint="cs"/>
          <w:szCs w:val="26"/>
          <w:rtl/>
        </w:rPr>
        <w:t>سطح</w:t>
      </w:r>
      <w:r w:rsidRPr="00E82B82">
        <w:rPr>
          <w:rFonts w:cs="B Lotus"/>
          <w:szCs w:val="26"/>
          <w:rtl/>
        </w:rPr>
        <w:t xml:space="preserve"> </w:t>
      </w:r>
      <w:r w:rsidRPr="00E82B82">
        <w:rPr>
          <w:rFonts w:cs="B Lotus" w:hint="cs"/>
          <w:szCs w:val="26"/>
          <w:rtl/>
        </w:rPr>
        <w:t>رقابت‌پذیری</w:t>
      </w:r>
      <w:r w:rsidRPr="00E82B82">
        <w:rPr>
          <w:rFonts w:cs="B Lotus"/>
          <w:szCs w:val="26"/>
          <w:rtl/>
        </w:rPr>
        <w:t xml:space="preserve"> </w:t>
      </w:r>
      <w:r w:rsidRPr="00E82B82">
        <w:rPr>
          <w:rFonts w:cs="B Lotus" w:hint="cs"/>
          <w:szCs w:val="26"/>
          <w:rtl/>
        </w:rPr>
        <w:t>مراکز</w:t>
      </w:r>
      <w:r w:rsidRPr="00E82B82">
        <w:rPr>
          <w:rFonts w:cs="B Lotus"/>
          <w:szCs w:val="26"/>
          <w:rtl/>
        </w:rPr>
        <w:t xml:space="preserve"> </w:t>
      </w:r>
      <w:r w:rsidRPr="00E82B82">
        <w:rPr>
          <w:rFonts w:cs="B Lotus" w:hint="cs"/>
          <w:szCs w:val="26"/>
          <w:rtl/>
        </w:rPr>
        <w:t>ورزشی</w:t>
      </w:r>
      <w:r w:rsidRPr="00E82B82">
        <w:rPr>
          <w:rFonts w:cs="B Lotus"/>
          <w:szCs w:val="26"/>
          <w:rtl/>
        </w:rPr>
        <w:t xml:space="preserve"> </w:t>
      </w:r>
      <w:r w:rsidRPr="00E82B82">
        <w:rPr>
          <w:rFonts w:cs="B Lotus" w:hint="cs"/>
          <w:szCs w:val="26"/>
          <w:rtl/>
        </w:rPr>
        <w:t>می‌</w:t>
      </w:r>
      <w:r>
        <w:rPr>
          <w:rFonts w:cs="B Lotus" w:hint="cs"/>
          <w:szCs w:val="26"/>
          <w:rtl/>
        </w:rPr>
        <w:t>‌شود.</w:t>
      </w:r>
    </w:p>
    <w:p w14:paraId="4EE11CE1" w14:textId="4DF37627" w:rsidR="00E52C87" w:rsidRDefault="00E52C87" w:rsidP="00E52C87">
      <w:pPr>
        <w:bidi/>
        <w:jc w:val="both"/>
        <w:rPr>
          <w:rFonts w:cs="B Lotus"/>
          <w:szCs w:val="26"/>
          <w:rtl/>
        </w:rPr>
      </w:pPr>
      <w:r w:rsidRPr="00E82B82">
        <w:rPr>
          <w:rFonts w:cs="B Lotus" w:hint="cs"/>
          <w:szCs w:val="26"/>
          <w:rtl/>
        </w:rPr>
        <w:t>در</w:t>
      </w:r>
      <w:r w:rsidRPr="00E82B82">
        <w:rPr>
          <w:rFonts w:cs="B Lotus"/>
          <w:szCs w:val="26"/>
          <w:rtl/>
        </w:rPr>
        <w:t xml:space="preserve"> </w:t>
      </w:r>
      <w:r w:rsidRPr="00E82B82">
        <w:rPr>
          <w:rFonts w:cs="B Lotus" w:hint="cs"/>
          <w:szCs w:val="26"/>
          <w:rtl/>
        </w:rPr>
        <w:t>حوزه</w:t>
      </w:r>
      <w:r w:rsidRPr="00E82B82">
        <w:rPr>
          <w:rFonts w:cs="B Lotus"/>
          <w:szCs w:val="26"/>
          <w:rtl/>
        </w:rPr>
        <w:t xml:space="preserve"> </w:t>
      </w:r>
      <w:r w:rsidRPr="00E82B82">
        <w:rPr>
          <w:rFonts w:cs="B Lotus" w:hint="cs"/>
          <w:szCs w:val="26"/>
          <w:rtl/>
        </w:rPr>
        <w:t>خدمات</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دسترسی</w:t>
      </w:r>
      <w:r>
        <w:rPr>
          <w:rFonts w:cs="B Lotus" w:hint="cs"/>
          <w:szCs w:val="26"/>
          <w:rtl/>
        </w:rPr>
        <w:t xml:space="preserve"> با وزن 351</w:t>
      </w:r>
      <w:r w:rsidRPr="00E82B82">
        <w:rPr>
          <w:rFonts w:cs="B Lotus" w:hint="cs"/>
          <w:szCs w:val="26"/>
          <w:rtl/>
        </w:rPr>
        <w:t>،</w:t>
      </w:r>
      <w:r w:rsidRPr="00E82B82">
        <w:rPr>
          <w:rFonts w:cs="B Lotus"/>
          <w:szCs w:val="26"/>
          <w:rtl/>
        </w:rPr>
        <w:t xml:space="preserve"> </w:t>
      </w:r>
      <w:r w:rsidRPr="00E82B82">
        <w:rPr>
          <w:rFonts w:cs="B Lotus" w:hint="cs"/>
          <w:szCs w:val="26"/>
          <w:rtl/>
        </w:rPr>
        <w:t>وجود</w:t>
      </w:r>
      <w:r w:rsidRPr="00E82B82">
        <w:rPr>
          <w:rFonts w:cs="B Lotus"/>
          <w:szCs w:val="26"/>
          <w:rtl/>
        </w:rPr>
        <w:t xml:space="preserve"> </w:t>
      </w:r>
      <w:r w:rsidRPr="00E82B82">
        <w:rPr>
          <w:rFonts w:cs="B Lotus" w:hint="cs"/>
          <w:szCs w:val="26"/>
          <w:rtl/>
        </w:rPr>
        <w:t>امکانات</w:t>
      </w:r>
      <w:r w:rsidRPr="00E82B82">
        <w:rPr>
          <w:rFonts w:cs="B Lotus"/>
          <w:szCs w:val="26"/>
          <w:rtl/>
        </w:rPr>
        <w:t xml:space="preserve"> </w:t>
      </w:r>
      <w:r w:rsidRPr="00E82B82">
        <w:rPr>
          <w:rFonts w:cs="B Lotus" w:hint="cs"/>
          <w:szCs w:val="26"/>
          <w:rtl/>
        </w:rPr>
        <w:t>جانبی</w:t>
      </w:r>
      <w:r w:rsidRPr="00E82B82">
        <w:rPr>
          <w:rFonts w:cs="B Lotus"/>
          <w:szCs w:val="26"/>
          <w:rtl/>
        </w:rPr>
        <w:t xml:space="preserve"> (</w:t>
      </w:r>
      <w:r w:rsidRPr="00E82B82">
        <w:rPr>
          <w:rFonts w:cs="B Lotus" w:hint="cs"/>
          <w:szCs w:val="26"/>
          <w:rtl/>
        </w:rPr>
        <w:t>مانند</w:t>
      </w:r>
      <w:r w:rsidRPr="00E82B82">
        <w:rPr>
          <w:rFonts w:cs="B Lotus"/>
          <w:szCs w:val="26"/>
          <w:rtl/>
        </w:rPr>
        <w:t xml:space="preserve"> </w:t>
      </w:r>
      <w:r w:rsidRPr="00E82B82">
        <w:rPr>
          <w:rFonts w:cs="B Lotus" w:hint="cs"/>
          <w:szCs w:val="26"/>
          <w:rtl/>
        </w:rPr>
        <w:t>پارکینگ،</w:t>
      </w:r>
      <w:r w:rsidRPr="00E82B82">
        <w:rPr>
          <w:rFonts w:cs="B Lotus"/>
          <w:szCs w:val="26"/>
          <w:rtl/>
        </w:rPr>
        <w:t xml:space="preserve"> </w:t>
      </w:r>
      <w:r w:rsidRPr="00E82B82">
        <w:rPr>
          <w:rFonts w:cs="B Lotus" w:hint="cs"/>
          <w:szCs w:val="26"/>
          <w:rtl/>
        </w:rPr>
        <w:t>رختکن‌</w:t>
      </w:r>
      <w:r w:rsidRPr="00E82B82">
        <w:rPr>
          <w:rFonts w:cs="B Lotus"/>
          <w:szCs w:val="26"/>
          <w:rtl/>
        </w:rPr>
        <w:t xml:space="preserve"> </w:t>
      </w:r>
      <w:r w:rsidRPr="00E82B82">
        <w:rPr>
          <w:rFonts w:cs="B Lotus" w:hint="cs"/>
          <w:szCs w:val="26"/>
          <w:rtl/>
        </w:rPr>
        <w:t>مناسب،</w:t>
      </w:r>
      <w:r w:rsidRPr="00E82B82">
        <w:rPr>
          <w:rFonts w:cs="B Lotus"/>
          <w:szCs w:val="26"/>
          <w:rtl/>
        </w:rPr>
        <w:t xml:space="preserve"> </w:t>
      </w:r>
      <w:r w:rsidRPr="00E82B82">
        <w:rPr>
          <w:rFonts w:cs="B Lotus" w:hint="cs"/>
          <w:szCs w:val="26"/>
          <w:rtl/>
        </w:rPr>
        <w:t>دسترسی</w:t>
      </w:r>
      <w:r w:rsidRPr="00E82B82">
        <w:rPr>
          <w:rFonts w:cs="B Lotus"/>
          <w:szCs w:val="26"/>
          <w:rtl/>
        </w:rPr>
        <w:t xml:space="preserve"> </w:t>
      </w:r>
      <w:r w:rsidRPr="00E82B82">
        <w:rPr>
          <w:rFonts w:cs="B Lotus" w:hint="cs"/>
          <w:szCs w:val="26"/>
          <w:rtl/>
        </w:rPr>
        <w:t>برای</w:t>
      </w:r>
      <w:r w:rsidRPr="00E82B82">
        <w:rPr>
          <w:rFonts w:cs="B Lotus"/>
          <w:szCs w:val="26"/>
          <w:rtl/>
        </w:rPr>
        <w:t xml:space="preserve"> </w:t>
      </w:r>
      <w:r w:rsidRPr="00E82B82">
        <w:rPr>
          <w:rFonts w:cs="B Lotus" w:hint="cs"/>
          <w:szCs w:val="26"/>
          <w:rtl/>
        </w:rPr>
        <w:t>افراد</w:t>
      </w:r>
      <w:r w:rsidRPr="00E82B82">
        <w:rPr>
          <w:rFonts w:cs="B Lotus"/>
          <w:szCs w:val="26"/>
          <w:rtl/>
        </w:rPr>
        <w:t xml:space="preserve"> </w:t>
      </w:r>
      <w:r w:rsidRPr="00E82B82">
        <w:rPr>
          <w:rFonts w:cs="B Lotus" w:hint="cs"/>
          <w:szCs w:val="26"/>
          <w:rtl/>
        </w:rPr>
        <w:t>دارای</w:t>
      </w:r>
      <w:r w:rsidRPr="00E82B82">
        <w:rPr>
          <w:rFonts w:cs="B Lotus"/>
          <w:szCs w:val="26"/>
          <w:rtl/>
        </w:rPr>
        <w:t xml:space="preserve"> </w:t>
      </w:r>
      <w:r w:rsidRPr="00E82B82">
        <w:rPr>
          <w:rFonts w:cs="B Lotus" w:hint="cs"/>
          <w:szCs w:val="26"/>
          <w:rtl/>
        </w:rPr>
        <w:t>معلولیت</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کنار</w:t>
      </w:r>
      <w:r w:rsidRPr="00E82B82">
        <w:rPr>
          <w:rFonts w:cs="B Lotus"/>
          <w:szCs w:val="26"/>
          <w:rtl/>
        </w:rPr>
        <w:t xml:space="preserve"> </w:t>
      </w:r>
      <w:r w:rsidRPr="00E82B82">
        <w:rPr>
          <w:rFonts w:cs="B Lotus" w:hint="cs"/>
          <w:szCs w:val="26"/>
          <w:rtl/>
        </w:rPr>
        <w:t>خدمات</w:t>
      </w:r>
      <w:r w:rsidRPr="00E82B82">
        <w:rPr>
          <w:rFonts w:cs="B Lotus"/>
          <w:szCs w:val="26"/>
          <w:rtl/>
        </w:rPr>
        <w:t xml:space="preserve"> </w:t>
      </w:r>
      <w:r w:rsidRPr="00E82B82">
        <w:rPr>
          <w:rFonts w:cs="B Lotus" w:hint="cs"/>
          <w:szCs w:val="26"/>
          <w:rtl/>
        </w:rPr>
        <w:t>دیجیتال</w:t>
      </w:r>
      <w:r w:rsidRPr="00E82B82">
        <w:rPr>
          <w:rFonts w:cs="B Lotus"/>
          <w:szCs w:val="26"/>
          <w:rtl/>
        </w:rPr>
        <w:t xml:space="preserve"> (</w:t>
      </w:r>
      <w:r w:rsidRPr="00E82B82">
        <w:rPr>
          <w:rFonts w:cs="B Lotus" w:hint="cs"/>
          <w:szCs w:val="26"/>
          <w:rtl/>
        </w:rPr>
        <w:t>مانند</w:t>
      </w:r>
      <w:r w:rsidRPr="00E82B82">
        <w:rPr>
          <w:rFonts w:cs="B Lotus"/>
          <w:szCs w:val="26"/>
          <w:rtl/>
        </w:rPr>
        <w:t xml:space="preserve"> </w:t>
      </w:r>
      <w:r w:rsidRPr="00E82B82">
        <w:rPr>
          <w:rFonts w:cs="B Lotus" w:hint="cs"/>
          <w:szCs w:val="26"/>
          <w:rtl/>
        </w:rPr>
        <w:t>رزرو</w:t>
      </w:r>
      <w:r w:rsidRPr="00E82B82">
        <w:rPr>
          <w:rFonts w:cs="B Lotus"/>
          <w:szCs w:val="26"/>
          <w:rtl/>
        </w:rPr>
        <w:t xml:space="preserve"> </w:t>
      </w:r>
      <w:r w:rsidRPr="00E82B82">
        <w:rPr>
          <w:rFonts w:cs="B Lotus" w:hint="cs"/>
          <w:szCs w:val="26"/>
          <w:rtl/>
        </w:rPr>
        <w:t>آنلاین</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پرداخت</w:t>
      </w:r>
      <w:r w:rsidRPr="00E82B82">
        <w:rPr>
          <w:rFonts w:cs="B Lotus"/>
          <w:szCs w:val="26"/>
          <w:rtl/>
        </w:rPr>
        <w:t xml:space="preserve"> </w:t>
      </w:r>
      <w:r w:rsidRPr="00E82B82">
        <w:rPr>
          <w:rFonts w:cs="B Lotus" w:hint="cs"/>
          <w:szCs w:val="26"/>
          <w:rtl/>
        </w:rPr>
        <w:t>الکترونیکی</w:t>
      </w:r>
      <w:r w:rsidRPr="00E82B82">
        <w:rPr>
          <w:rFonts w:cs="B Lotus"/>
          <w:szCs w:val="26"/>
          <w:rtl/>
        </w:rPr>
        <w:t>)</w:t>
      </w:r>
      <w:r w:rsidRPr="00E82B82">
        <w:rPr>
          <w:rFonts w:cs="B Lotus" w:hint="cs"/>
          <w:szCs w:val="26"/>
          <w:rtl/>
        </w:rPr>
        <w:t>،</w:t>
      </w:r>
      <w:r w:rsidRPr="00E82B82">
        <w:rPr>
          <w:rFonts w:cs="B Lotus"/>
          <w:szCs w:val="26"/>
          <w:rtl/>
        </w:rPr>
        <w:t xml:space="preserve"> </w:t>
      </w:r>
      <w:r w:rsidRPr="00E82B82">
        <w:rPr>
          <w:rFonts w:cs="B Lotus" w:hint="cs"/>
          <w:szCs w:val="26"/>
          <w:rtl/>
        </w:rPr>
        <w:t>نقش</w:t>
      </w:r>
      <w:r w:rsidRPr="00E82B82">
        <w:rPr>
          <w:rFonts w:cs="B Lotus"/>
          <w:szCs w:val="26"/>
          <w:rtl/>
        </w:rPr>
        <w:t xml:space="preserve"> </w:t>
      </w:r>
      <w:r w:rsidRPr="00E82B82">
        <w:rPr>
          <w:rFonts w:cs="B Lotus" w:hint="cs"/>
          <w:szCs w:val="26"/>
          <w:rtl/>
        </w:rPr>
        <w:t>مهمی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سهولت</w:t>
      </w:r>
      <w:r w:rsidRPr="00E82B82">
        <w:rPr>
          <w:rFonts w:cs="B Lotus"/>
          <w:szCs w:val="26"/>
          <w:rtl/>
        </w:rPr>
        <w:t xml:space="preserve"> </w:t>
      </w:r>
      <w:r w:rsidRPr="00E82B82">
        <w:rPr>
          <w:rFonts w:cs="B Lotus" w:hint="cs"/>
          <w:szCs w:val="26"/>
          <w:rtl/>
        </w:rPr>
        <w:t>استفاده</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تجربه</w:t>
      </w:r>
      <w:r w:rsidRPr="00E82B82">
        <w:rPr>
          <w:rFonts w:cs="B Lotus"/>
          <w:szCs w:val="26"/>
          <w:rtl/>
        </w:rPr>
        <w:t xml:space="preserve"> </w:t>
      </w:r>
      <w:r w:rsidRPr="00E82B82">
        <w:rPr>
          <w:rFonts w:cs="B Lotus" w:hint="cs"/>
          <w:szCs w:val="26"/>
          <w:rtl/>
        </w:rPr>
        <w:t>روان</w:t>
      </w:r>
      <w:r w:rsidRPr="00E82B82">
        <w:rPr>
          <w:rFonts w:cs="B Lotus"/>
          <w:szCs w:val="26"/>
          <w:rtl/>
        </w:rPr>
        <w:t xml:space="preserve"> </w:t>
      </w:r>
      <w:r w:rsidRPr="00E82B82">
        <w:rPr>
          <w:rFonts w:cs="B Lotus" w:hint="cs"/>
          <w:szCs w:val="26"/>
          <w:rtl/>
        </w:rPr>
        <w:t>مشتریان</w:t>
      </w:r>
      <w:r w:rsidRPr="00E82B82">
        <w:rPr>
          <w:rFonts w:cs="B Lotus"/>
          <w:szCs w:val="26"/>
          <w:rtl/>
        </w:rPr>
        <w:t xml:space="preserve"> </w:t>
      </w:r>
      <w:r w:rsidRPr="00E82B82">
        <w:rPr>
          <w:rFonts w:cs="B Lotus" w:hint="cs"/>
          <w:szCs w:val="26"/>
          <w:rtl/>
        </w:rPr>
        <w:t>دارد</w:t>
      </w:r>
      <w:r w:rsidRPr="00E82B82">
        <w:rPr>
          <w:rFonts w:cs="B Lotus"/>
          <w:szCs w:val="26"/>
          <w:rtl/>
        </w:rPr>
        <w:t xml:space="preserve">. </w:t>
      </w:r>
      <w:r w:rsidRPr="00E82B82">
        <w:rPr>
          <w:rFonts w:cs="B Lotus" w:hint="cs"/>
          <w:szCs w:val="26"/>
          <w:rtl/>
        </w:rPr>
        <w:t>آموزش</w:t>
      </w:r>
      <w:r w:rsidRPr="00E82B82">
        <w:rPr>
          <w:rFonts w:cs="B Lotus"/>
          <w:szCs w:val="26"/>
          <w:rtl/>
        </w:rPr>
        <w:t xml:space="preserve"> </w:t>
      </w:r>
      <w:r w:rsidRPr="00E82B82">
        <w:rPr>
          <w:rFonts w:cs="B Lotus" w:hint="cs"/>
          <w:szCs w:val="26"/>
          <w:rtl/>
        </w:rPr>
        <w:t>نیز</w:t>
      </w:r>
      <w:r w:rsidRPr="00E82B82">
        <w:rPr>
          <w:rFonts w:cs="B Lotus"/>
          <w:szCs w:val="26"/>
          <w:rtl/>
        </w:rPr>
        <w:t xml:space="preserve"> </w:t>
      </w:r>
      <w:r w:rsidRPr="00E82B82">
        <w:rPr>
          <w:rFonts w:cs="B Lotus" w:hint="cs"/>
          <w:szCs w:val="26"/>
          <w:rtl/>
        </w:rPr>
        <w:t>با</w:t>
      </w:r>
      <w:r w:rsidRPr="00E82B82">
        <w:rPr>
          <w:rFonts w:cs="B Lotus"/>
          <w:szCs w:val="26"/>
          <w:rtl/>
        </w:rPr>
        <w:t xml:space="preserve"> </w:t>
      </w:r>
      <w:r w:rsidRPr="00E82B82">
        <w:rPr>
          <w:rFonts w:cs="B Lotus" w:hint="cs"/>
          <w:szCs w:val="26"/>
          <w:rtl/>
        </w:rPr>
        <w:t>ارائه</w:t>
      </w:r>
      <w:r w:rsidRPr="00E82B82">
        <w:rPr>
          <w:rFonts w:cs="B Lotus"/>
          <w:szCs w:val="26"/>
          <w:rtl/>
        </w:rPr>
        <w:t xml:space="preserve"> </w:t>
      </w:r>
      <w:r w:rsidRPr="00E82B82">
        <w:rPr>
          <w:rFonts w:cs="B Lotus" w:hint="cs"/>
          <w:szCs w:val="26"/>
          <w:rtl/>
        </w:rPr>
        <w:t>کلاس‌های</w:t>
      </w:r>
      <w:r w:rsidRPr="00E82B82">
        <w:rPr>
          <w:rFonts w:cs="B Lotus"/>
          <w:szCs w:val="26"/>
          <w:rtl/>
        </w:rPr>
        <w:t xml:space="preserve"> </w:t>
      </w:r>
      <w:r w:rsidRPr="00E82B82">
        <w:rPr>
          <w:rFonts w:cs="B Lotus" w:hint="cs"/>
          <w:szCs w:val="26"/>
          <w:rtl/>
        </w:rPr>
        <w:t>متنوع</w:t>
      </w:r>
      <w:r w:rsidRPr="00E82B82">
        <w:rPr>
          <w:rFonts w:cs="B Lotus"/>
          <w:szCs w:val="26"/>
          <w:rtl/>
        </w:rPr>
        <w:t xml:space="preserve"> </w:t>
      </w:r>
      <w:r w:rsidRPr="00E82B82">
        <w:rPr>
          <w:rFonts w:cs="B Lotus" w:hint="cs"/>
          <w:szCs w:val="26"/>
          <w:rtl/>
        </w:rPr>
        <w:t>برای</w:t>
      </w:r>
      <w:r w:rsidRPr="00E82B82">
        <w:rPr>
          <w:rFonts w:cs="B Lotus"/>
          <w:szCs w:val="26"/>
          <w:rtl/>
        </w:rPr>
        <w:t xml:space="preserve"> </w:t>
      </w:r>
      <w:r w:rsidRPr="00E82B82">
        <w:rPr>
          <w:rFonts w:cs="B Lotus" w:hint="cs"/>
          <w:szCs w:val="26"/>
          <w:rtl/>
        </w:rPr>
        <w:t>گروه‌های</w:t>
      </w:r>
      <w:r w:rsidRPr="00E82B82">
        <w:rPr>
          <w:rFonts w:cs="B Lotus"/>
          <w:szCs w:val="26"/>
          <w:rtl/>
        </w:rPr>
        <w:t xml:space="preserve"> </w:t>
      </w:r>
      <w:r w:rsidRPr="00E82B82">
        <w:rPr>
          <w:rFonts w:cs="B Lotus" w:hint="cs"/>
          <w:szCs w:val="26"/>
          <w:rtl/>
        </w:rPr>
        <w:t>سنی</w:t>
      </w:r>
      <w:r w:rsidRPr="00E82B82">
        <w:rPr>
          <w:rFonts w:cs="B Lotus"/>
          <w:szCs w:val="26"/>
          <w:rtl/>
        </w:rPr>
        <w:t xml:space="preserve"> </w:t>
      </w:r>
      <w:r w:rsidRPr="00E82B82">
        <w:rPr>
          <w:rFonts w:cs="B Lotus" w:hint="cs"/>
          <w:szCs w:val="26"/>
          <w:rtl/>
        </w:rPr>
        <w:t>مختلف</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دوره‌های</w:t>
      </w:r>
      <w:r w:rsidRPr="00E82B82">
        <w:rPr>
          <w:rFonts w:cs="B Lotus"/>
          <w:szCs w:val="26"/>
          <w:rtl/>
        </w:rPr>
        <w:t xml:space="preserve"> </w:t>
      </w:r>
      <w:r w:rsidRPr="00E82B82">
        <w:rPr>
          <w:rFonts w:cs="B Lotus" w:hint="cs"/>
          <w:szCs w:val="26"/>
          <w:rtl/>
        </w:rPr>
        <w:t>تخصصی</w:t>
      </w:r>
      <w:r w:rsidRPr="00E82B82">
        <w:rPr>
          <w:rFonts w:cs="B Lotus"/>
          <w:szCs w:val="26"/>
          <w:rtl/>
        </w:rPr>
        <w:t xml:space="preserve"> </w:t>
      </w:r>
      <w:r w:rsidRPr="00E82B82">
        <w:rPr>
          <w:rFonts w:cs="B Lotus" w:hint="cs"/>
          <w:szCs w:val="26"/>
          <w:rtl/>
        </w:rPr>
        <w:t>برای</w:t>
      </w:r>
      <w:r w:rsidRPr="00E82B82">
        <w:rPr>
          <w:rFonts w:cs="B Lotus"/>
          <w:szCs w:val="26"/>
          <w:rtl/>
        </w:rPr>
        <w:t xml:space="preserve"> </w:t>
      </w:r>
      <w:r w:rsidRPr="00E82B82">
        <w:rPr>
          <w:rFonts w:cs="B Lotus" w:hint="cs"/>
          <w:szCs w:val="26"/>
          <w:rtl/>
        </w:rPr>
        <w:t>ورزشکاران،</w:t>
      </w:r>
      <w:r w:rsidRPr="00E82B82">
        <w:rPr>
          <w:rFonts w:cs="B Lotus"/>
          <w:szCs w:val="26"/>
          <w:rtl/>
        </w:rPr>
        <w:t xml:space="preserve"> </w:t>
      </w:r>
      <w:r w:rsidRPr="00E82B82">
        <w:rPr>
          <w:rFonts w:cs="B Lotus" w:hint="cs"/>
          <w:szCs w:val="26"/>
          <w:rtl/>
        </w:rPr>
        <w:t>نقشی</w:t>
      </w:r>
      <w:r w:rsidRPr="00E82B82">
        <w:rPr>
          <w:rFonts w:cs="B Lotus"/>
          <w:szCs w:val="26"/>
          <w:rtl/>
        </w:rPr>
        <w:t xml:space="preserve"> </w:t>
      </w:r>
      <w:r w:rsidRPr="00E82B82">
        <w:rPr>
          <w:rFonts w:cs="B Lotus" w:hint="cs"/>
          <w:szCs w:val="26"/>
          <w:rtl/>
        </w:rPr>
        <w:t>محوری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ارزش‌آفرینی</w:t>
      </w:r>
      <w:r w:rsidRPr="00E82B82">
        <w:rPr>
          <w:rFonts w:cs="B Lotus"/>
          <w:szCs w:val="26"/>
          <w:rtl/>
        </w:rPr>
        <w:t xml:space="preserve"> </w:t>
      </w:r>
      <w:r w:rsidRPr="00E82B82">
        <w:rPr>
          <w:rFonts w:cs="B Lotus" w:hint="cs"/>
          <w:szCs w:val="26"/>
          <w:rtl/>
        </w:rPr>
        <w:t>آموزشی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توسعه</w:t>
      </w:r>
      <w:r w:rsidRPr="00E82B82">
        <w:rPr>
          <w:rFonts w:cs="B Lotus"/>
          <w:szCs w:val="26"/>
          <w:rtl/>
        </w:rPr>
        <w:t xml:space="preserve"> </w:t>
      </w:r>
      <w:r w:rsidRPr="00E82B82">
        <w:rPr>
          <w:rFonts w:cs="B Lotus" w:hint="cs"/>
          <w:szCs w:val="26"/>
          <w:rtl/>
        </w:rPr>
        <w:t>ورزش</w:t>
      </w:r>
      <w:r w:rsidRPr="00E82B82">
        <w:rPr>
          <w:rFonts w:cs="B Lotus"/>
          <w:szCs w:val="26"/>
          <w:rtl/>
        </w:rPr>
        <w:t xml:space="preserve"> </w:t>
      </w:r>
      <w:r w:rsidRPr="00E82B82">
        <w:rPr>
          <w:rFonts w:cs="B Lotus" w:hint="cs"/>
          <w:szCs w:val="26"/>
          <w:rtl/>
        </w:rPr>
        <w:t>آبی</w:t>
      </w:r>
      <w:r w:rsidRPr="00E82B82">
        <w:rPr>
          <w:rFonts w:cs="B Lotus"/>
          <w:szCs w:val="26"/>
          <w:rtl/>
        </w:rPr>
        <w:t xml:space="preserve"> </w:t>
      </w:r>
      <w:r w:rsidRPr="00E82B82">
        <w:rPr>
          <w:rFonts w:cs="B Lotus" w:hint="cs"/>
          <w:szCs w:val="26"/>
          <w:rtl/>
        </w:rPr>
        <w:t>ایفا</w:t>
      </w:r>
      <w:r w:rsidRPr="00E82B82">
        <w:rPr>
          <w:rFonts w:cs="B Lotus"/>
          <w:szCs w:val="26"/>
          <w:rtl/>
        </w:rPr>
        <w:t xml:space="preserve"> </w:t>
      </w:r>
      <w:r w:rsidRPr="00E82B82">
        <w:rPr>
          <w:rFonts w:cs="B Lotus" w:hint="cs"/>
          <w:szCs w:val="26"/>
          <w:rtl/>
        </w:rPr>
        <w:t>می‌کند</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بخش</w:t>
      </w:r>
      <w:r w:rsidRPr="00E82B82">
        <w:rPr>
          <w:rFonts w:cs="B Lotus"/>
          <w:szCs w:val="26"/>
          <w:rtl/>
        </w:rPr>
        <w:t xml:space="preserve"> </w:t>
      </w:r>
      <w:r w:rsidRPr="00E82B82">
        <w:rPr>
          <w:rFonts w:cs="B Lotus" w:hint="cs"/>
          <w:szCs w:val="26"/>
          <w:rtl/>
        </w:rPr>
        <w:t>مدیریت</w:t>
      </w:r>
      <w:r w:rsidRPr="00E82B82">
        <w:rPr>
          <w:rFonts w:cs="B Lotus"/>
          <w:szCs w:val="26"/>
          <w:rtl/>
        </w:rPr>
        <w:t xml:space="preserve"> </w:t>
      </w:r>
      <w:r w:rsidRPr="00E82B82">
        <w:rPr>
          <w:rFonts w:cs="B Lotus" w:hint="cs"/>
          <w:szCs w:val="26"/>
          <w:rtl/>
        </w:rPr>
        <w:t>مشتریان،</w:t>
      </w:r>
      <w:r w:rsidRPr="00E82B82">
        <w:rPr>
          <w:rFonts w:cs="B Lotus"/>
          <w:szCs w:val="26"/>
          <w:rtl/>
        </w:rPr>
        <w:t xml:space="preserve"> </w:t>
      </w:r>
      <w:r w:rsidRPr="00E82B82">
        <w:rPr>
          <w:rFonts w:cs="B Lotus" w:hint="cs"/>
          <w:szCs w:val="26"/>
          <w:rtl/>
        </w:rPr>
        <w:t>پاسخ‌گویی</w:t>
      </w:r>
      <w:r w:rsidRPr="00E82B82">
        <w:rPr>
          <w:rFonts w:cs="B Lotus"/>
          <w:szCs w:val="26"/>
          <w:rtl/>
        </w:rPr>
        <w:t xml:space="preserve"> </w:t>
      </w:r>
      <w:r w:rsidRPr="00E82B82">
        <w:rPr>
          <w:rFonts w:cs="B Lotus" w:hint="cs"/>
          <w:szCs w:val="26"/>
          <w:rtl/>
        </w:rPr>
        <w:t>مؤثر</w:t>
      </w:r>
      <w:r w:rsidRPr="00E82B82">
        <w:rPr>
          <w:rFonts w:cs="B Lotus"/>
          <w:szCs w:val="26"/>
          <w:rtl/>
        </w:rPr>
        <w:t xml:space="preserve"> </w:t>
      </w:r>
      <w:r w:rsidRPr="00E82B82">
        <w:rPr>
          <w:rFonts w:cs="B Lotus" w:hint="cs"/>
          <w:szCs w:val="26"/>
          <w:rtl/>
        </w:rPr>
        <w:t>به</w:t>
      </w:r>
      <w:r w:rsidRPr="00E82B82">
        <w:rPr>
          <w:rFonts w:cs="B Lotus"/>
          <w:szCs w:val="26"/>
          <w:rtl/>
        </w:rPr>
        <w:t xml:space="preserve"> </w:t>
      </w:r>
      <w:r w:rsidRPr="00E82B82">
        <w:rPr>
          <w:rFonts w:cs="B Lotus" w:hint="cs"/>
          <w:szCs w:val="26"/>
          <w:rtl/>
        </w:rPr>
        <w:t>شکایات،</w:t>
      </w:r>
      <w:r w:rsidRPr="00E82B82">
        <w:rPr>
          <w:rFonts w:cs="B Lotus"/>
          <w:szCs w:val="26"/>
          <w:rtl/>
        </w:rPr>
        <w:t xml:space="preserve"> </w:t>
      </w:r>
      <w:r w:rsidRPr="00E82B82">
        <w:rPr>
          <w:rFonts w:cs="B Lotus" w:hint="cs"/>
          <w:szCs w:val="26"/>
          <w:rtl/>
        </w:rPr>
        <w:t>برگزاری</w:t>
      </w:r>
      <w:r w:rsidRPr="00E82B82">
        <w:rPr>
          <w:rFonts w:cs="B Lotus"/>
          <w:szCs w:val="26"/>
          <w:rtl/>
        </w:rPr>
        <w:t xml:space="preserve"> </w:t>
      </w:r>
      <w:r w:rsidRPr="00E82B82">
        <w:rPr>
          <w:rFonts w:cs="B Lotus" w:hint="cs"/>
          <w:szCs w:val="26"/>
          <w:rtl/>
        </w:rPr>
        <w:t>نظرسنجی‌ها،</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طراحی</w:t>
      </w:r>
      <w:r w:rsidRPr="00E82B82">
        <w:rPr>
          <w:rFonts w:cs="B Lotus"/>
          <w:szCs w:val="26"/>
          <w:rtl/>
        </w:rPr>
        <w:t xml:space="preserve"> </w:t>
      </w:r>
      <w:r w:rsidRPr="00E82B82">
        <w:rPr>
          <w:rFonts w:cs="B Lotus" w:hint="cs"/>
          <w:szCs w:val="26"/>
          <w:rtl/>
        </w:rPr>
        <w:t>برنامه‌های</w:t>
      </w:r>
      <w:r w:rsidRPr="00E82B82">
        <w:rPr>
          <w:rFonts w:cs="B Lotus"/>
          <w:szCs w:val="26"/>
          <w:rtl/>
        </w:rPr>
        <w:t xml:space="preserve"> </w:t>
      </w:r>
      <w:r w:rsidRPr="00E82B82">
        <w:rPr>
          <w:rFonts w:cs="B Lotus" w:hint="cs"/>
          <w:szCs w:val="26"/>
          <w:rtl/>
        </w:rPr>
        <w:t>وفاداری</w:t>
      </w:r>
      <w:r w:rsidRPr="00E82B82">
        <w:rPr>
          <w:rFonts w:cs="B Lotus"/>
          <w:szCs w:val="26"/>
          <w:rtl/>
        </w:rPr>
        <w:t xml:space="preserve"> </w:t>
      </w:r>
      <w:r w:rsidRPr="00E82B82">
        <w:rPr>
          <w:rFonts w:cs="B Lotus" w:hint="cs"/>
          <w:szCs w:val="26"/>
          <w:rtl/>
        </w:rPr>
        <w:t>به</w:t>
      </w:r>
      <w:r w:rsidRPr="00E82B82">
        <w:rPr>
          <w:rFonts w:cs="B Lotus"/>
          <w:szCs w:val="26"/>
          <w:rtl/>
        </w:rPr>
        <w:t xml:space="preserve"> </w:t>
      </w:r>
      <w:r w:rsidRPr="00E82B82">
        <w:rPr>
          <w:rFonts w:cs="B Lotus" w:hint="cs"/>
          <w:szCs w:val="26"/>
          <w:rtl/>
        </w:rPr>
        <w:t>جذب</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نگهداشت</w:t>
      </w:r>
      <w:r w:rsidRPr="00E82B82">
        <w:rPr>
          <w:rFonts w:cs="B Lotus"/>
          <w:szCs w:val="26"/>
          <w:rtl/>
        </w:rPr>
        <w:t xml:space="preserve"> </w:t>
      </w:r>
      <w:r w:rsidRPr="00E82B82">
        <w:rPr>
          <w:rFonts w:cs="B Lotus" w:hint="cs"/>
          <w:szCs w:val="26"/>
          <w:rtl/>
        </w:rPr>
        <w:t>کاربران</w:t>
      </w:r>
      <w:r w:rsidRPr="00E82B82">
        <w:rPr>
          <w:rFonts w:cs="B Lotus"/>
          <w:szCs w:val="26"/>
          <w:rtl/>
        </w:rPr>
        <w:t xml:space="preserve"> </w:t>
      </w:r>
      <w:r w:rsidRPr="00E82B82">
        <w:rPr>
          <w:rFonts w:cs="B Lotus" w:hint="cs"/>
          <w:szCs w:val="26"/>
          <w:rtl/>
        </w:rPr>
        <w:t>منجر</w:t>
      </w:r>
      <w:r w:rsidRPr="00E82B82">
        <w:rPr>
          <w:rFonts w:cs="B Lotus"/>
          <w:szCs w:val="26"/>
          <w:rtl/>
        </w:rPr>
        <w:t xml:space="preserve"> </w:t>
      </w:r>
      <w:r w:rsidRPr="00E82B82">
        <w:rPr>
          <w:rFonts w:cs="B Lotus" w:hint="cs"/>
          <w:szCs w:val="26"/>
          <w:rtl/>
        </w:rPr>
        <w:t>می‌شود</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نهایت،</w:t>
      </w:r>
      <w:r w:rsidRPr="00E82B82">
        <w:rPr>
          <w:rFonts w:cs="B Lotus"/>
          <w:szCs w:val="26"/>
          <w:rtl/>
        </w:rPr>
        <w:t xml:space="preserve"> </w:t>
      </w:r>
      <w:r w:rsidRPr="00E82B82">
        <w:rPr>
          <w:rFonts w:cs="B Lotus" w:hint="cs"/>
          <w:szCs w:val="26"/>
          <w:rtl/>
        </w:rPr>
        <w:t>اخلاق</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تعالی</w:t>
      </w:r>
      <w:r w:rsidRPr="00E82B82">
        <w:rPr>
          <w:rFonts w:cs="B Lotus"/>
          <w:szCs w:val="26"/>
          <w:rtl/>
        </w:rPr>
        <w:t xml:space="preserve"> </w:t>
      </w:r>
      <w:r w:rsidRPr="00E82B82">
        <w:rPr>
          <w:rFonts w:cs="B Lotus" w:hint="cs"/>
          <w:szCs w:val="26"/>
          <w:rtl/>
        </w:rPr>
        <w:t>به</w:t>
      </w:r>
      <w:r w:rsidRPr="00E82B82">
        <w:rPr>
          <w:rFonts w:cs="B Lotus"/>
          <w:szCs w:val="26"/>
          <w:rtl/>
        </w:rPr>
        <w:t xml:space="preserve"> </w:t>
      </w:r>
      <w:r w:rsidRPr="00E82B82">
        <w:rPr>
          <w:rFonts w:cs="B Lotus" w:hint="cs"/>
          <w:szCs w:val="26"/>
          <w:rtl/>
        </w:rPr>
        <w:t>توسعه</w:t>
      </w:r>
      <w:r w:rsidRPr="00E82B82">
        <w:rPr>
          <w:rFonts w:cs="B Lotus"/>
          <w:szCs w:val="26"/>
          <w:rtl/>
        </w:rPr>
        <w:t xml:space="preserve"> </w:t>
      </w:r>
      <w:r w:rsidRPr="00E82B82">
        <w:rPr>
          <w:rFonts w:cs="B Lotus" w:hint="cs"/>
          <w:szCs w:val="26"/>
          <w:rtl/>
        </w:rPr>
        <w:t>فرهنگ</w:t>
      </w:r>
      <w:r w:rsidRPr="00E82B82">
        <w:rPr>
          <w:rFonts w:cs="B Lotus"/>
          <w:szCs w:val="26"/>
          <w:rtl/>
        </w:rPr>
        <w:t xml:space="preserve"> </w:t>
      </w:r>
      <w:r w:rsidRPr="00E82B82">
        <w:rPr>
          <w:rFonts w:cs="B Lotus" w:hint="cs"/>
          <w:szCs w:val="26"/>
          <w:rtl/>
        </w:rPr>
        <w:t>سازمانی،</w:t>
      </w:r>
      <w:r w:rsidRPr="00E82B82">
        <w:rPr>
          <w:rFonts w:cs="B Lotus"/>
          <w:szCs w:val="26"/>
          <w:rtl/>
        </w:rPr>
        <w:t xml:space="preserve"> </w:t>
      </w:r>
      <w:r w:rsidRPr="00E82B82">
        <w:rPr>
          <w:rFonts w:cs="B Lotus" w:hint="cs"/>
          <w:szCs w:val="26"/>
          <w:rtl/>
        </w:rPr>
        <w:t>سلامت</w:t>
      </w:r>
      <w:r w:rsidRPr="00E82B82">
        <w:rPr>
          <w:rFonts w:cs="B Lotus"/>
          <w:szCs w:val="26"/>
          <w:rtl/>
        </w:rPr>
        <w:t xml:space="preserve"> </w:t>
      </w:r>
      <w:r w:rsidRPr="00E82B82">
        <w:rPr>
          <w:rFonts w:cs="B Lotus" w:hint="cs"/>
          <w:szCs w:val="26"/>
          <w:rtl/>
        </w:rPr>
        <w:t>روانی</w:t>
      </w:r>
      <w:r w:rsidRPr="00E82B82">
        <w:rPr>
          <w:rFonts w:cs="B Lotus"/>
          <w:szCs w:val="26"/>
          <w:rtl/>
        </w:rPr>
        <w:t xml:space="preserve"> </w:t>
      </w:r>
      <w:r w:rsidRPr="00E82B82">
        <w:rPr>
          <w:rFonts w:cs="B Lotus" w:hint="cs"/>
          <w:szCs w:val="26"/>
          <w:rtl/>
        </w:rPr>
        <w:t>کاربران</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کارکنان،</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برگزاری</w:t>
      </w:r>
      <w:r w:rsidRPr="00E82B82">
        <w:rPr>
          <w:rFonts w:cs="B Lotus"/>
          <w:szCs w:val="26"/>
          <w:rtl/>
        </w:rPr>
        <w:t xml:space="preserve"> </w:t>
      </w:r>
      <w:r w:rsidRPr="00E82B82">
        <w:rPr>
          <w:rFonts w:cs="B Lotus" w:hint="cs"/>
          <w:szCs w:val="26"/>
          <w:rtl/>
        </w:rPr>
        <w:t>برنامه‌های</w:t>
      </w:r>
      <w:r w:rsidRPr="00E82B82">
        <w:rPr>
          <w:rFonts w:cs="B Lotus"/>
          <w:szCs w:val="26"/>
          <w:rtl/>
        </w:rPr>
        <w:t xml:space="preserve"> </w:t>
      </w:r>
      <w:r w:rsidRPr="00E82B82">
        <w:rPr>
          <w:rFonts w:cs="B Lotus" w:hint="cs"/>
          <w:szCs w:val="26"/>
          <w:rtl/>
        </w:rPr>
        <w:t>فرهنگی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اجتماعی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محیط</w:t>
      </w:r>
      <w:r w:rsidRPr="00E82B82">
        <w:rPr>
          <w:rFonts w:cs="B Lotus"/>
          <w:szCs w:val="26"/>
          <w:rtl/>
        </w:rPr>
        <w:t xml:space="preserve"> </w:t>
      </w:r>
      <w:r w:rsidRPr="00E82B82">
        <w:rPr>
          <w:rFonts w:cs="B Lotus" w:hint="cs"/>
          <w:szCs w:val="26"/>
          <w:rtl/>
        </w:rPr>
        <w:t>استخر</w:t>
      </w:r>
      <w:r w:rsidRPr="00E82B82">
        <w:rPr>
          <w:rFonts w:cs="B Lotus"/>
          <w:szCs w:val="26"/>
          <w:rtl/>
        </w:rPr>
        <w:t xml:space="preserve"> </w:t>
      </w:r>
      <w:r w:rsidRPr="00E82B82">
        <w:rPr>
          <w:rFonts w:cs="B Lotus" w:hint="cs"/>
          <w:szCs w:val="26"/>
          <w:rtl/>
        </w:rPr>
        <w:t>می‌پردازد</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به</w:t>
      </w:r>
      <w:r w:rsidRPr="00E82B82">
        <w:rPr>
          <w:rFonts w:cs="B Lotus"/>
          <w:szCs w:val="26"/>
          <w:rtl/>
        </w:rPr>
        <w:t xml:space="preserve"> </w:t>
      </w:r>
      <w:r w:rsidRPr="00E82B82">
        <w:rPr>
          <w:rFonts w:cs="B Lotus" w:hint="cs"/>
          <w:szCs w:val="26"/>
          <w:rtl/>
        </w:rPr>
        <w:t>شکل‌گیری</w:t>
      </w:r>
      <w:r w:rsidRPr="00E82B82">
        <w:rPr>
          <w:rFonts w:cs="B Lotus"/>
          <w:szCs w:val="26"/>
          <w:rtl/>
        </w:rPr>
        <w:t xml:space="preserve"> </w:t>
      </w:r>
      <w:r w:rsidRPr="00E82B82">
        <w:rPr>
          <w:rFonts w:cs="B Lotus" w:hint="cs"/>
          <w:szCs w:val="26"/>
          <w:rtl/>
        </w:rPr>
        <w:t>حس</w:t>
      </w:r>
      <w:r w:rsidRPr="00E82B82">
        <w:rPr>
          <w:rFonts w:cs="B Lotus"/>
          <w:szCs w:val="26"/>
          <w:rtl/>
        </w:rPr>
        <w:t xml:space="preserve"> </w:t>
      </w:r>
      <w:r w:rsidRPr="00E82B82">
        <w:rPr>
          <w:rFonts w:cs="B Lotus" w:hint="cs"/>
          <w:szCs w:val="26"/>
          <w:rtl/>
        </w:rPr>
        <w:t>تعلق</w:t>
      </w:r>
      <w:r w:rsidRPr="00E82B82">
        <w:rPr>
          <w:rFonts w:cs="B Lotus"/>
          <w:szCs w:val="26"/>
          <w:rtl/>
        </w:rPr>
        <w:t xml:space="preserve"> </w:t>
      </w:r>
      <w:r w:rsidRPr="00E82B82">
        <w:rPr>
          <w:rFonts w:cs="B Lotus" w:hint="cs"/>
          <w:szCs w:val="26"/>
          <w:rtl/>
        </w:rPr>
        <w:t>اجتماعی</w:t>
      </w:r>
      <w:r w:rsidRPr="00E82B82">
        <w:rPr>
          <w:rFonts w:cs="B Lotus"/>
          <w:szCs w:val="26"/>
          <w:rtl/>
        </w:rPr>
        <w:t xml:space="preserve"> </w:t>
      </w:r>
      <w:r w:rsidRPr="00E82B82">
        <w:rPr>
          <w:rFonts w:cs="B Lotus" w:hint="cs"/>
          <w:szCs w:val="26"/>
          <w:rtl/>
        </w:rPr>
        <w:t>کمک</w:t>
      </w:r>
      <w:r w:rsidRPr="00E82B82">
        <w:rPr>
          <w:rFonts w:cs="B Lotus"/>
          <w:szCs w:val="26"/>
          <w:rtl/>
        </w:rPr>
        <w:t xml:space="preserve"> </w:t>
      </w:r>
      <w:r w:rsidRPr="00E82B82">
        <w:rPr>
          <w:rFonts w:cs="B Lotus" w:hint="cs"/>
          <w:szCs w:val="26"/>
          <w:rtl/>
        </w:rPr>
        <w:t>می‌کند</w:t>
      </w:r>
      <w:r w:rsidRPr="00E82B82">
        <w:rPr>
          <w:rFonts w:cs="B Lotus"/>
          <w:szCs w:val="26"/>
        </w:rPr>
        <w:t>.</w:t>
      </w:r>
      <w:r>
        <w:rPr>
          <w:rFonts w:cs="B Lotus" w:hint="cs"/>
          <w:szCs w:val="26"/>
          <w:rtl/>
        </w:rPr>
        <w:t xml:space="preserve"> این یافته با مطالعات </w:t>
      </w:r>
      <w:r w:rsidRPr="00E82B82">
        <w:rPr>
          <w:rFonts w:cs="B Lotus" w:hint="cs"/>
          <w:szCs w:val="26"/>
          <w:rtl/>
        </w:rPr>
        <w:t>مطالعات</w:t>
      </w:r>
      <w:r w:rsidRPr="00E82B82">
        <w:rPr>
          <w:rFonts w:cs="B Lotus"/>
          <w:szCs w:val="26"/>
          <w:rtl/>
        </w:rPr>
        <w:t xml:space="preserve"> </w:t>
      </w:r>
      <w:r>
        <w:rPr>
          <w:rFonts w:cs="B Lotus" w:hint="cs"/>
          <w:szCs w:val="26"/>
          <w:rtl/>
          <w:lang w:bidi="fa-IR"/>
        </w:rPr>
        <w:t>(6) و(2</w:t>
      </w:r>
      <w:r w:rsidR="003D6A62">
        <w:rPr>
          <w:rFonts w:cs="B Lotus" w:hint="cs"/>
          <w:szCs w:val="26"/>
          <w:rtl/>
          <w:lang w:bidi="fa-IR"/>
        </w:rPr>
        <w:t>6</w:t>
      </w:r>
      <w:r>
        <w:rPr>
          <w:rFonts w:cs="B Lotus" w:hint="cs"/>
          <w:szCs w:val="26"/>
          <w:rtl/>
          <w:lang w:bidi="fa-IR"/>
        </w:rPr>
        <w:t>)</w:t>
      </w:r>
      <w:r w:rsidRPr="00E82B82">
        <w:rPr>
          <w:rFonts w:cs="B Lotus"/>
          <w:szCs w:val="26"/>
        </w:rPr>
        <w:t xml:space="preserve"> </w:t>
      </w:r>
      <w:r>
        <w:rPr>
          <w:rFonts w:cs="B Lotus" w:hint="cs"/>
          <w:szCs w:val="26"/>
          <w:rtl/>
        </w:rPr>
        <w:t xml:space="preserve">که </w:t>
      </w:r>
      <w:r w:rsidRPr="00E82B82">
        <w:rPr>
          <w:rFonts w:cs="B Lotus" w:hint="cs"/>
          <w:szCs w:val="26"/>
          <w:rtl/>
        </w:rPr>
        <w:t>تأکید</w:t>
      </w:r>
      <w:r w:rsidRPr="00E82B82">
        <w:rPr>
          <w:rFonts w:cs="B Lotus"/>
          <w:szCs w:val="26"/>
          <w:rtl/>
        </w:rPr>
        <w:t xml:space="preserve"> </w:t>
      </w:r>
      <w:r w:rsidRPr="00E82B82">
        <w:rPr>
          <w:rFonts w:cs="B Lotus" w:hint="cs"/>
          <w:szCs w:val="26"/>
          <w:rtl/>
        </w:rPr>
        <w:t>دارند</w:t>
      </w:r>
      <w:r w:rsidRPr="00E82B82">
        <w:rPr>
          <w:rFonts w:cs="B Lotus"/>
          <w:szCs w:val="26"/>
          <w:rtl/>
        </w:rPr>
        <w:t xml:space="preserve"> </w:t>
      </w:r>
      <w:r w:rsidRPr="00E82B82">
        <w:rPr>
          <w:rFonts w:cs="B Lotus" w:hint="cs"/>
          <w:szCs w:val="26"/>
          <w:rtl/>
        </w:rPr>
        <w:t>که</w:t>
      </w:r>
      <w:r w:rsidRPr="00E82B82">
        <w:rPr>
          <w:rFonts w:cs="B Lotus"/>
          <w:szCs w:val="26"/>
          <w:rtl/>
        </w:rPr>
        <w:t xml:space="preserve"> </w:t>
      </w:r>
      <w:r w:rsidRPr="00E82B82">
        <w:rPr>
          <w:rFonts w:cs="B Lotus" w:hint="cs"/>
          <w:szCs w:val="26"/>
          <w:rtl/>
        </w:rPr>
        <w:t>طراحی</w:t>
      </w:r>
      <w:r w:rsidRPr="00E82B82">
        <w:rPr>
          <w:rFonts w:cs="B Lotus"/>
          <w:szCs w:val="26"/>
          <w:rtl/>
        </w:rPr>
        <w:t xml:space="preserve"> </w:t>
      </w:r>
      <w:r w:rsidRPr="00E82B82">
        <w:rPr>
          <w:rFonts w:cs="B Lotus" w:hint="cs"/>
          <w:szCs w:val="26"/>
          <w:rtl/>
        </w:rPr>
        <w:t>خدمات</w:t>
      </w:r>
      <w:r w:rsidRPr="00E82B82">
        <w:rPr>
          <w:rFonts w:cs="B Lotus"/>
          <w:szCs w:val="26"/>
          <w:rtl/>
        </w:rPr>
        <w:t xml:space="preserve"> </w:t>
      </w:r>
      <w:r w:rsidRPr="00E82B82">
        <w:rPr>
          <w:rFonts w:cs="B Lotus" w:hint="cs"/>
          <w:szCs w:val="26"/>
          <w:rtl/>
        </w:rPr>
        <w:t>مشتری‌محور،</w:t>
      </w:r>
      <w:r w:rsidRPr="00E82B82">
        <w:rPr>
          <w:rFonts w:cs="B Lotus"/>
          <w:szCs w:val="26"/>
          <w:rtl/>
        </w:rPr>
        <w:t xml:space="preserve"> </w:t>
      </w:r>
      <w:r w:rsidRPr="00E82B82">
        <w:rPr>
          <w:rFonts w:cs="B Lotus" w:hint="cs"/>
          <w:szCs w:val="26"/>
          <w:rtl/>
        </w:rPr>
        <w:t>ترکیب</w:t>
      </w:r>
      <w:r w:rsidRPr="00E82B82">
        <w:rPr>
          <w:rFonts w:cs="B Lotus"/>
          <w:szCs w:val="26"/>
          <w:rtl/>
        </w:rPr>
        <w:t xml:space="preserve"> </w:t>
      </w:r>
      <w:r w:rsidRPr="00E82B82">
        <w:rPr>
          <w:rFonts w:cs="B Lotus" w:hint="cs"/>
          <w:szCs w:val="26"/>
          <w:rtl/>
        </w:rPr>
        <w:t>مؤلفه‌های</w:t>
      </w:r>
      <w:r w:rsidRPr="00E82B82">
        <w:rPr>
          <w:rFonts w:cs="B Lotus"/>
          <w:szCs w:val="26"/>
          <w:rtl/>
        </w:rPr>
        <w:t xml:space="preserve"> </w:t>
      </w:r>
      <w:r w:rsidRPr="00E82B82">
        <w:rPr>
          <w:rFonts w:cs="B Lotus" w:hint="cs"/>
          <w:szCs w:val="26"/>
          <w:rtl/>
        </w:rPr>
        <w:t>آموزشی،</w:t>
      </w:r>
      <w:r w:rsidRPr="00E82B82">
        <w:rPr>
          <w:rFonts w:cs="B Lotus"/>
          <w:szCs w:val="26"/>
          <w:rtl/>
        </w:rPr>
        <w:t xml:space="preserve"> </w:t>
      </w:r>
      <w:r w:rsidRPr="00E82B82">
        <w:rPr>
          <w:rFonts w:cs="B Lotus" w:hint="cs"/>
          <w:szCs w:val="26"/>
          <w:rtl/>
        </w:rPr>
        <w:t>اخلاقی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فنی،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استفاده</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فناوری‌های</w:t>
      </w:r>
      <w:r w:rsidRPr="00E82B82">
        <w:rPr>
          <w:rFonts w:cs="B Lotus"/>
          <w:szCs w:val="26"/>
          <w:rtl/>
        </w:rPr>
        <w:t xml:space="preserve"> </w:t>
      </w:r>
      <w:r w:rsidRPr="00E82B82">
        <w:rPr>
          <w:rFonts w:cs="B Lotus" w:hint="cs"/>
          <w:szCs w:val="26"/>
          <w:rtl/>
        </w:rPr>
        <w:t>نوین</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دسترسی،</w:t>
      </w:r>
      <w:r w:rsidRPr="00E82B82">
        <w:rPr>
          <w:rFonts w:cs="B Lotus"/>
          <w:szCs w:val="26"/>
          <w:rtl/>
        </w:rPr>
        <w:t xml:space="preserve"> </w:t>
      </w:r>
      <w:r w:rsidRPr="00E82B82">
        <w:rPr>
          <w:rFonts w:cs="B Lotus" w:hint="cs"/>
          <w:szCs w:val="26"/>
          <w:rtl/>
        </w:rPr>
        <w:t>می‌تواند</w:t>
      </w:r>
      <w:r w:rsidRPr="00E82B82">
        <w:rPr>
          <w:rFonts w:cs="B Lotus"/>
          <w:szCs w:val="26"/>
          <w:rtl/>
        </w:rPr>
        <w:t xml:space="preserve"> </w:t>
      </w:r>
      <w:r w:rsidRPr="00E82B82">
        <w:rPr>
          <w:rFonts w:cs="B Lotus" w:hint="cs"/>
          <w:szCs w:val="26"/>
          <w:rtl/>
        </w:rPr>
        <w:t>رضایت</w:t>
      </w:r>
      <w:r w:rsidRPr="00E82B82">
        <w:rPr>
          <w:rFonts w:cs="B Lotus"/>
          <w:szCs w:val="26"/>
          <w:rtl/>
        </w:rPr>
        <w:t xml:space="preserve"> </w:t>
      </w:r>
      <w:r w:rsidRPr="00E82B82">
        <w:rPr>
          <w:rFonts w:cs="B Lotus" w:hint="cs"/>
          <w:szCs w:val="26"/>
          <w:rtl/>
        </w:rPr>
        <w:t>مشتریان</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جایگاه</w:t>
      </w:r>
      <w:r w:rsidRPr="00E82B82">
        <w:rPr>
          <w:rFonts w:cs="B Lotus"/>
          <w:szCs w:val="26"/>
          <w:rtl/>
        </w:rPr>
        <w:t xml:space="preserve"> </w:t>
      </w:r>
      <w:r w:rsidRPr="00E82B82">
        <w:rPr>
          <w:rFonts w:cs="B Lotus" w:hint="cs"/>
          <w:szCs w:val="26"/>
          <w:rtl/>
        </w:rPr>
        <w:t>رقابتی</w:t>
      </w:r>
      <w:r w:rsidRPr="00E82B82">
        <w:rPr>
          <w:rFonts w:cs="B Lotus"/>
          <w:szCs w:val="26"/>
          <w:rtl/>
        </w:rPr>
        <w:t xml:space="preserve"> </w:t>
      </w:r>
      <w:r w:rsidRPr="00E82B82">
        <w:rPr>
          <w:rFonts w:cs="B Lotus" w:hint="cs"/>
          <w:szCs w:val="26"/>
          <w:rtl/>
        </w:rPr>
        <w:t>استخرها</w:t>
      </w:r>
      <w:r w:rsidRPr="00E82B82">
        <w:rPr>
          <w:rFonts w:cs="B Lotus"/>
          <w:szCs w:val="26"/>
          <w:rtl/>
        </w:rPr>
        <w:t xml:space="preserve"> </w:t>
      </w:r>
      <w:r w:rsidRPr="00E82B82">
        <w:rPr>
          <w:rFonts w:cs="B Lotus" w:hint="cs"/>
          <w:szCs w:val="26"/>
          <w:rtl/>
        </w:rPr>
        <w:t>را</w:t>
      </w:r>
      <w:r w:rsidRPr="00E82B82">
        <w:rPr>
          <w:rFonts w:cs="B Lotus"/>
          <w:szCs w:val="26"/>
          <w:rtl/>
        </w:rPr>
        <w:t xml:space="preserve"> </w:t>
      </w:r>
      <w:r w:rsidRPr="00E82B82">
        <w:rPr>
          <w:rFonts w:cs="B Lotus" w:hint="cs"/>
          <w:szCs w:val="26"/>
          <w:rtl/>
        </w:rPr>
        <w:t>به</w:t>
      </w:r>
      <w:r w:rsidRPr="00E82B82">
        <w:rPr>
          <w:rFonts w:cs="B Lotus"/>
          <w:szCs w:val="26"/>
          <w:rtl/>
        </w:rPr>
        <w:t xml:space="preserve"> </w:t>
      </w:r>
      <w:r w:rsidRPr="00E82B82">
        <w:rPr>
          <w:rFonts w:cs="B Lotus" w:hint="cs"/>
          <w:szCs w:val="26"/>
          <w:rtl/>
        </w:rPr>
        <w:t>شکل</w:t>
      </w:r>
      <w:r w:rsidRPr="00E82B82">
        <w:rPr>
          <w:rFonts w:cs="B Lotus"/>
          <w:szCs w:val="26"/>
          <w:rtl/>
        </w:rPr>
        <w:t xml:space="preserve"> </w:t>
      </w:r>
      <w:r w:rsidRPr="00E82B82">
        <w:rPr>
          <w:rFonts w:cs="B Lotus" w:hint="cs"/>
          <w:szCs w:val="26"/>
          <w:rtl/>
        </w:rPr>
        <w:t>چشمگیری</w:t>
      </w:r>
      <w:r w:rsidRPr="00E82B82">
        <w:rPr>
          <w:rFonts w:cs="B Lotus"/>
          <w:szCs w:val="26"/>
          <w:rtl/>
        </w:rPr>
        <w:t xml:space="preserve"> </w:t>
      </w:r>
      <w:r w:rsidRPr="00E82B82">
        <w:rPr>
          <w:rFonts w:cs="B Lotus" w:hint="cs"/>
          <w:szCs w:val="26"/>
          <w:rtl/>
        </w:rPr>
        <w:t>ارتقا</w:t>
      </w:r>
      <w:r w:rsidRPr="00E82B82">
        <w:rPr>
          <w:rFonts w:cs="B Lotus"/>
          <w:szCs w:val="26"/>
          <w:rtl/>
        </w:rPr>
        <w:t xml:space="preserve"> </w:t>
      </w:r>
      <w:r w:rsidRPr="00E82B82">
        <w:rPr>
          <w:rFonts w:cs="B Lotus" w:hint="cs"/>
          <w:szCs w:val="26"/>
          <w:rtl/>
        </w:rPr>
        <w:t>دهد</w:t>
      </w:r>
      <w:r>
        <w:rPr>
          <w:rFonts w:cs="B Lotus" w:hint="cs"/>
          <w:szCs w:val="26"/>
          <w:rtl/>
        </w:rPr>
        <w:t>، همراستا می باشد</w:t>
      </w:r>
      <w:r w:rsidRPr="00E82B82">
        <w:rPr>
          <w:rFonts w:cs="B Lotus"/>
          <w:szCs w:val="26"/>
          <w:rtl/>
        </w:rPr>
        <w:t>.</w:t>
      </w:r>
      <w:r>
        <w:rPr>
          <w:rFonts w:cs="B Lotus" w:hint="cs"/>
          <w:szCs w:val="26"/>
          <w:rtl/>
        </w:rPr>
        <w:t xml:space="preserve"> همچنین </w:t>
      </w:r>
      <w:r w:rsidRPr="00FF07DB">
        <w:rPr>
          <w:rFonts w:cs="B Lotus" w:hint="cs"/>
          <w:szCs w:val="26"/>
          <w:rtl/>
        </w:rPr>
        <w:t>با</w:t>
      </w:r>
      <w:r w:rsidRPr="00FF07DB">
        <w:rPr>
          <w:rFonts w:cs="B Lotus"/>
          <w:szCs w:val="26"/>
          <w:rtl/>
        </w:rPr>
        <w:t xml:space="preserve"> </w:t>
      </w:r>
      <w:r w:rsidRPr="00FF07DB">
        <w:rPr>
          <w:rFonts w:cs="B Lotus" w:hint="cs"/>
          <w:szCs w:val="26"/>
          <w:rtl/>
        </w:rPr>
        <w:t>توجه</w:t>
      </w:r>
      <w:r w:rsidRPr="00FF07DB">
        <w:rPr>
          <w:rFonts w:cs="B Lotus"/>
          <w:szCs w:val="26"/>
          <w:rtl/>
        </w:rPr>
        <w:t xml:space="preserve"> </w:t>
      </w:r>
      <w:r w:rsidRPr="00FF07DB">
        <w:rPr>
          <w:rFonts w:cs="B Lotus" w:hint="cs"/>
          <w:szCs w:val="26"/>
          <w:rtl/>
        </w:rPr>
        <w:t>به</w:t>
      </w:r>
      <w:r w:rsidRPr="00FF07DB">
        <w:rPr>
          <w:rFonts w:cs="B Lotus"/>
          <w:szCs w:val="26"/>
          <w:rtl/>
        </w:rPr>
        <w:t xml:space="preserve"> </w:t>
      </w:r>
      <w:r w:rsidRPr="00FF07DB">
        <w:rPr>
          <w:rFonts w:cs="B Lotus" w:hint="cs"/>
          <w:szCs w:val="26"/>
          <w:rtl/>
        </w:rPr>
        <w:t>اینکه</w:t>
      </w:r>
      <w:r w:rsidRPr="00FF07DB">
        <w:rPr>
          <w:rFonts w:cs="B Lotus"/>
          <w:szCs w:val="26"/>
          <w:rtl/>
        </w:rPr>
        <w:t xml:space="preserve"> </w:t>
      </w:r>
      <w:r w:rsidRPr="00FF07DB">
        <w:rPr>
          <w:rFonts w:cs="B Lotus" w:hint="cs"/>
          <w:szCs w:val="26"/>
          <w:rtl/>
        </w:rPr>
        <w:t>آموزش،</w:t>
      </w:r>
      <w:r w:rsidRPr="00FF07DB">
        <w:rPr>
          <w:rFonts w:cs="B Lotus"/>
          <w:szCs w:val="26"/>
          <w:rtl/>
        </w:rPr>
        <w:t xml:space="preserve"> </w:t>
      </w:r>
      <w:r w:rsidRPr="00FF07DB">
        <w:rPr>
          <w:rFonts w:cs="B Lotus" w:hint="cs"/>
          <w:szCs w:val="26"/>
          <w:rtl/>
        </w:rPr>
        <w:t>بیشترین</w:t>
      </w:r>
      <w:r w:rsidRPr="00FF07DB">
        <w:rPr>
          <w:rFonts w:cs="B Lotus"/>
          <w:szCs w:val="26"/>
          <w:rtl/>
        </w:rPr>
        <w:t xml:space="preserve"> </w:t>
      </w:r>
      <w:r w:rsidRPr="00FF07DB">
        <w:rPr>
          <w:rFonts w:cs="B Lotus" w:hint="cs"/>
          <w:szCs w:val="26"/>
          <w:rtl/>
        </w:rPr>
        <w:t>وزن</w:t>
      </w:r>
      <w:r w:rsidRPr="00FF07DB">
        <w:rPr>
          <w:rFonts w:cs="B Lotus"/>
          <w:szCs w:val="26"/>
          <w:rtl/>
        </w:rPr>
        <w:t xml:space="preserve"> </w:t>
      </w:r>
      <w:r w:rsidRPr="00FF07DB">
        <w:rPr>
          <w:rFonts w:cs="B Lotus" w:hint="cs"/>
          <w:szCs w:val="26"/>
          <w:rtl/>
        </w:rPr>
        <w:t>در</w:t>
      </w:r>
      <w:r w:rsidRPr="00FF07DB">
        <w:rPr>
          <w:rFonts w:cs="B Lotus"/>
          <w:szCs w:val="26"/>
          <w:rtl/>
        </w:rPr>
        <w:t xml:space="preserve"> </w:t>
      </w:r>
      <w:r w:rsidRPr="00FF07DB">
        <w:rPr>
          <w:rFonts w:cs="B Lotus" w:hint="cs"/>
          <w:szCs w:val="26"/>
          <w:rtl/>
        </w:rPr>
        <w:t>بخش</w:t>
      </w:r>
      <w:r w:rsidRPr="00FF07DB">
        <w:rPr>
          <w:rFonts w:cs="B Lotus"/>
          <w:szCs w:val="26"/>
          <w:rtl/>
        </w:rPr>
        <w:t xml:space="preserve"> </w:t>
      </w:r>
      <w:r w:rsidRPr="00FF07DB">
        <w:rPr>
          <w:rFonts w:cs="B Lotus" w:hint="cs"/>
          <w:szCs w:val="26"/>
          <w:rtl/>
        </w:rPr>
        <w:t>فرایندهای</w:t>
      </w:r>
      <w:r w:rsidRPr="00FF07DB">
        <w:rPr>
          <w:rFonts w:cs="B Lotus"/>
          <w:szCs w:val="26"/>
          <w:rtl/>
        </w:rPr>
        <w:t xml:space="preserve"> </w:t>
      </w:r>
      <w:r w:rsidRPr="00FF07DB">
        <w:rPr>
          <w:rFonts w:cs="B Lotus" w:hint="cs"/>
          <w:szCs w:val="26"/>
          <w:rtl/>
        </w:rPr>
        <w:t>خدماتی</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تجربه</w:t>
      </w:r>
      <w:r w:rsidRPr="00FF07DB">
        <w:rPr>
          <w:rFonts w:cs="B Lotus"/>
          <w:szCs w:val="26"/>
          <w:rtl/>
        </w:rPr>
        <w:t xml:space="preserve"> </w:t>
      </w:r>
      <w:r w:rsidRPr="00FF07DB">
        <w:rPr>
          <w:rFonts w:cs="B Lotus" w:hint="cs"/>
          <w:szCs w:val="26"/>
          <w:rtl/>
        </w:rPr>
        <w:t>مشتری</w:t>
      </w:r>
      <w:r w:rsidRPr="00FF07DB">
        <w:rPr>
          <w:rFonts w:cs="B Lotus"/>
          <w:szCs w:val="26"/>
          <w:rtl/>
        </w:rPr>
        <w:t xml:space="preserve"> </w:t>
      </w:r>
      <w:r w:rsidRPr="00FF07DB">
        <w:rPr>
          <w:rFonts w:cs="B Lotus" w:hint="cs"/>
          <w:szCs w:val="26"/>
          <w:rtl/>
        </w:rPr>
        <w:t>را</w:t>
      </w:r>
      <w:r w:rsidRPr="00FF07DB">
        <w:rPr>
          <w:rFonts w:cs="B Lotus"/>
          <w:szCs w:val="26"/>
          <w:rtl/>
        </w:rPr>
        <w:t xml:space="preserve"> </w:t>
      </w:r>
      <w:r w:rsidRPr="00FF07DB">
        <w:rPr>
          <w:rFonts w:cs="B Lotus" w:hint="cs"/>
          <w:szCs w:val="26"/>
          <w:rtl/>
        </w:rPr>
        <w:t>دارد</w:t>
      </w:r>
      <w:r w:rsidRPr="00FF07DB">
        <w:rPr>
          <w:rFonts w:cs="B Lotus"/>
          <w:szCs w:val="26"/>
          <w:rtl/>
        </w:rPr>
        <w:t xml:space="preserve"> </w:t>
      </w:r>
      <w:r w:rsidRPr="00FF07DB">
        <w:rPr>
          <w:rFonts w:cs="B Lotus" w:hint="cs"/>
          <w:szCs w:val="26"/>
          <w:rtl/>
        </w:rPr>
        <w:t>استفاده</w:t>
      </w:r>
      <w:r w:rsidRPr="00FF07DB">
        <w:rPr>
          <w:rFonts w:cs="B Lotus"/>
          <w:szCs w:val="26"/>
          <w:rtl/>
        </w:rPr>
        <w:t xml:space="preserve"> </w:t>
      </w:r>
      <w:r w:rsidRPr="00FF07DB">
        <w:rPr>
          <w:rFonts w:cs="B Lotus" w:hint="cs"/>
          <w:szCs w:val="26"/>
          <w:rtl/>
        </w:rPr>
        <w:t>از</w:t>
      </w:r>
      <w:r w:rsidRPr="00FF07DB">
        <w:rPr>
          <w:rFonts w:cs="B Lotus"/>
          <w:szCs w:val="26"/>
          <w:rtl/>
        </w:rPr>
        <w:t xml:space="preserve"> </w:t>
      </w:r>
      <w:r w:rsidRPr="00FF07DB">
        <w:rPr>
          <w:rFonts w:cs="B Lotus" w:hint="cs"/>
          <w:szCs w:val="26"/>
          <w:rtl/>
        </w:rPr>
        <w:t>تجربیات</w:t>
      </w:r>
      <w:r w:rsidRPr="00FF07DB">
        <w:rPr>
          <w:rFonts w:cs="B Lotus"/>
          <w:szCs w:val="26"/>
          <w:rtl/>
        </w:rPr>
        <w:t xml:space="preserve"> </w:t>
      </w:r>
      <w:r w:rsidRPr="00FF07DB">
        <w:rPr>
          <w:rFonts w:cs="B Lotus" w:hint="cs"/>
          <w:szCs w:val="26"/>
          <w:rtl/>
        </w:rPr>
        <w:t>کشورهای</w:t>
      </w:r>
      <w:r w:rsidRPr="00FF07DB">
        <w:rPr>
          <w:rFonts w:cs="B Lotus"/>
          <w:szCs w:val="26"/>
          <w:rtl/>
        </w:rPr>
        <w:t xml:space="preserve"> </w:t>
      </w:r>
      <w:r w:rsidRPr="00FF07DB">
        <w:rPr>
          <w:rFonts w:cs="B Lotus" w:hint="cs"/>
          <w:szCs w:val="26"/>
          <w:rtl/>
        </w:rPr>
        <w:t>پیشرو</w:t>
      </w:r>
      <w:r w:rsidRPr="00FF07DB">
        <w:rPr>
          <w:rFonts w:cs="B Lotus"/>
          <w:szCs w:val="26"/>
          <w:rtl/>
        </w:rPr>
        <w:t xml:space="preserve"> </w:t>
      </w:r>
      <w:r w:rsidRPr="00FF07DB">
        <w:rPr>
          <w:rFonts w:cs="B Lotus" w:hint="cs"/>
          <w:szCs w:val="26"/>
          <w:rtl/>
        </w:rPr>
        <w:t>در</w:t>
      </w:r>
      <w:r w:rsidRPr="00FF07DB">
        <w:rPr>
          <w:rFonts w:cs="B Lotus"/>
          <w:szCs w:val="26"/>
          <w:rtl/>
        </w:rPr>
        <w:t xml:space="preserve"> </w:t>
      </w:r>
      <w:r w:rsidRPr="00FF07DB">
        <w:rPr>
          <w:rFonts w:cs="B Lotus" w:hint="cs"/>
          <w:szCs w:val="26"/>
          <w:rtl/>
        </w:rPr>
        <w:t>زمینه</w:t>
      </w:r>
      <w:r w:rsidRPr="00FF07DB">
        <w:rPr>
          <w:rFonts w:cs="B Lotus"/>
          <w:szCs w:val="26"/>
          <w:rtl/>
        </w:rPr>
        <w:t xml:space="preserve"> </w:t>
      </w:r>
      <w:r w:rsidRPr="00FF07DB">
        <w:rPr>
          <w:rFonts w:cs="B Lotus" w:hint="cs"/>
          <w:szCs w:val="26"/>
          <w:rtl/>
        </w:rPr>
        <w:t>آموزش</w:t>
      </w:r>
      <w:r w:rsidRPr="00FF07DB">
        <w:rPr>
          <w:rFonts w:cs="B Lotus"/>
          <w:szCs w:val="26"/>
          <w:rtl/>
        </w:rPr>
        <w:t xml:space="preserve"> </w:t>
      </w:r>
      <w:r w:rsidRPr="00FF07DB">
        <w:rPr>
          <w:rFonts w:cs="B Lotus" w:hint="cs"/>
          <w:szCs w:val="26"/>
          <w:rtl/>
        </w:rPr>
        <w:t>شنا</w:t>
      </w:r>
      <w:r w:rsidRPr="00FF07DB">
        <w:rPr>
          <w:rFonts w:cs="B Lotus"/>
          <w:szCs w:val="26"/>
          <w:rtl/>
        </w:rPr>
        <w:t xml:space="preserve"> </w:t>
      </w:r>
      <w:r w:rsidRPr="00FF07DB">
        <w:rPr>
          <w:rFonts w:cs="B Lotus" w:hint="cs"/>
          <w:szCs w:val="26"/>
          <w:rtl/>
        </w:rPr>
        <w:t>برای</w:t>
      </w:r>
      <w:r w:rsidRPr="00FF07DB">
        <w:rPr>
          <w:rFonts w:cs="B Lotus"/>
          <w:szCs w:val="26"/>
          <w:rtl/>
        </w:rPr>
        <w:t xml:space="preserve"> </w:t>
      </w:r>
      <w:r w:rsidRPr="00FF07DB">
        <w:rPr>
          <w:rFonts w:cs="B Lotus" w:hint="cs"/>
          <w:szCs w:val="26"/>
          <w:rtl/>
        </w:rPr>
        <w:t>گروه‌های</w:t>
      </w:r>
      <w:r w:rsidRPr="00FF07DB">
        <w:rPr>
          <w:rFonts w:cs="B Lotus"/>
          <w:szCs w:val="26"/>
          <w:rtl/>
        </w:rPr>
        <w:t xml:space="preserve"> </w:t>
      </w:r>
      <w:r w:rsidRPr="00FF07DB">
        <w:rPr>
          <w:rFonts w:cs="B Lotus" w:hint="cs"/>
          <w:szCs w:val="26"/>
          <w:rtl/>
        </w:rPr>
        <w:t>خاص</w:t>
      </w:r>
      <w:r w:rsidRPr="00FF07DB">
        <w:rPr>
          <w:rFonts w:cs="B Lotus"/>
          <w:szCs w:val="26"/>
          <w:rtl/>
        </w:rPr>
        <w:t xml:space="preserve"> </w:t>
      </w:r>
      <w:r w:rsidRPr="00FF07DB">
        <w:rPr>
          <w:rFonts w:cs="B Lotus" w:hint="cs"/>
          <w:szCs w:val="26"/>
          <w:rtl/>
        </w:rPr>
        <w:t>مانند</w:t>
      </w:r>
      <w:r w:rsidRPr="00FF07DB">
        <w:rPr>
          <w:rFonts w:cs="B Lotus"/>
          <w:szCs w:val="26"/>
          <w:rtl/>
        </w:rPr>
        <w:t xml:space="preserve"> </w:t>
      </w:r>
      <w:r w:rsidRPr="00FF07DB">
        <w:rPr>
          <w:rFonts w:cs="B Lotus" w:hint="cs"/>
          <w:szCs w:val="26"/>
          <w:rtl/>
        </w:rPr>
        <w:t>سالمندان،</w:t>
      </w:r>
      <w:r w:rsidRPr="00FF07DB">
        <w:rPr>
          <w:rFonts w:cs="B Lotus"/>
          <w:szCs w:val="26"/>
          <w:rtl/>
        </w:rPr>
        <w:t xml:space="preserve"> </w:t>
      </w:r>
      <w:r w:rsidRPr="00FF07DB">
        <w:rPr>
          <w:rFonts w:cs="B Lotus" w:hint="cs"/>
          <w:szCs w:val="26"/>
          <w:rtl/>
        </w:rPr>
        <w:t>افراد</w:t>
      </w:r>
      <w:r w:rsidRPr="00FF07DB">
        <w:rPr>
          <w:rFonts w:cs="B Lotus"/>
          <w:szCs w:val="26"/>
          <w:rtl/>
        </w:rPr>
        <w:t xml:space="preserve"> </w:t>
      </w:r>
      <w:r w:rsidRPr="00FF07DB">
        <w:rPr>
          <w:rFonts w:cs="B Lotus" w:hint="cs"/>
          <w:szCs w:val="26"/>
          <w:rtl/>
        </w:rPr>
        <w:t>دارای</w:t>
      </w:r>
      <w:r w:rsidRPr="00FF07DB">
        <w:rPr>
          <w:rFonts w:cs="B Lotus"/>
          <w:szCs w:val="26"/>
          <w:rtl/>
        </w:rPr>
        <w:t xml:space="preserve"> </w:t>
      </w:r>
      <w:r w:rsidRPr="00FF07DB">
        <w:rPr>
          <w:rFonts w:cs="B Lotus" w:hint="cs"/>
          <w:szCs w:val="26"/>
          <w:rtl/>
        </w:rPr>
        <w:t>معلولیت،</w:t>
      </w:r>
      <w:r w:rsidRPr="00FF07DB">
        <w:rPr>
          <w:rFonts w:cs="B Lotus"/>
          <w:szCs w:val="26"/>
          <w:rtl/>
        </w:rPr>
        <w:t xml:space="preserve"> </w:t>
      </w:r>
      <w:r w:rsidRPr="00FF07DB">
        <w:rPr>
          <w:rFonts w:cs="B Lotus" w:hint="cs"/>
          <w:szCs w:val="26"/>
          <w:rtl/>
        </w:rPr>
        <w:t>و</w:t>
      </w:r>
      <w:r w:rsidRPr="00FF07DB">
        <w:rPr>
          <w:rFonts w:cs="B Lotus"/>
          <w:szCs w:val="26"/>
          <w:rtl/>
        </w:rPr>
        <w:t xml:space="preserve"> </w:t>
      </w:r>
      <w:r w:rsidRPr="00FF07DB">
        <w:rPr>
          <w:rFonts w:cs="B Lotus" w:hint="cs"/>
          <w:szCs w:val="26"/>
          <w:rtl/>
        </w:rPr>
        <w:t>کودکان</w:t>
      </w:r>
      <w:r w:rsidRPr="00FF07DB">
        <w:rPr>
          <w:rFonts w:cs="B Lotus"/>
          <w:szCs w:val="26"/>
          <w:rtl/>
        </w:rPr>
        <w:t xml:space="preserve"> </w:t>
      </w:r>
      <w:r w:rsidRPr="00FF07DB">
        <w:rPr>
          <w:rFonts w:cs="B Lotus" w:hint="cs"/>
          <w:szCs w:val="26"/>
          <w:rtl/>
        </w:rPr>
        <w:t>پیشنهاد</w:t>
      </w:r>
      <w:r w:rsidRPr="00FF07DB">
        <w:rPr>
          <w:rFonts w:cs="B Lotus"/>
          <w:szCs w:val="26"/>
          <w:rtl/>
        </w:rPr>
        <w:t xml:space="preserve"> </w:t>
      </w:r>
      <w:r w:rsidRPr="00FF07DB">
        <w:rPr>
          <w:rFonts w:cs="B Lotus" w:hint="cs"/>
          <w:szCs w:val="26"/>
          <w:rtl/>
        </w:rPr>
        <w:t>می‌شود</w:t>
      </w:r>
      <w:r w:rsidRPr="00FF07DB">
        <w:rPr>
          <w:rFonts w:cs="B Lotus"/>
          <w:szCs w:val="26"/>
          <w:rtl/>
        </w:rPr>
        <w:t>.</w:t>
      </w:r>
    </w:p>
    <w:p w14:paraId="2D1DD196" w14:textId="77777777" w:rsidR="00E52C87" w:rsidRDefault="00E52C87" w:rsidP="00E52C87">
      <w:pPr>
        <w:bidi/>
        <w:jc w:val="both"/>
        <w:rPr>
          <w:rFonts w:cs="B Lotus"/>
          <w:szCs w:val="26"/>
          <w:rtl/>
        </w:rPr>
      </w:pPr>
      <w:r w:rsidRPr="00E82B82">
        <w:rPr>
          <w:rFonts w:cs="B Lotus" w:hint="cs"/>
          <w:szCs w:val="26"/>
          <w:rtl/>
        </w:rPr>
        <w:t>بازاریابی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رقابت‌پذیری</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عناصر</w:t>
      </w:r>
      <w:r w:rsidRPr="00E82B82">
        <w:rPr>
          <w:rFonts w:cs="B Lotus"/>
          <w:szCs w:val="26"/>
          <w:rtl/>
        </w:rPr>
        <w:t xml:space="preserve"> </w:t>
      </w:r>
      <w:r w:rsidRPr="00E82B82">
        <w:rPr>
          <w:rFonts w:cs="B Lotus" w:hint="cs"/>
          <w:szCs w:val="26"/>
          <w:rtl/>
        </w:rPr>
        <w:t>حیاتی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حفظ</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توسعه</w:t>
      </w:r>
      <w:r w:rsidRPr="00E82B82">
        <w:rPr>
          <w:rFonts w:cs="B Lotus"/>
          <w:szCs w:val="26"/>
          <w:rtl/>
        </w:rPr>
        <w:t xml:space="preserve"> </w:t>
      </w:r>
      <w:r w:rsidRPr="00E82B82">
        <w:rPr>
          <w:rFonts w:cs="B Lotus" w:hint="cs"/>
          <w:szCs w:val="26"/>
          <w:rtl/>
        </w:rPr>
        <w:t>جایگاه</w:t>
      </w:r>
      <w:r w:rsidRPr="00E82B82">
        <w:rPr>
          <w:rFonts w:cs="B Lotus"/>
          <w:szCs w:val="26"/>
          <w:rtl/>
        </w:rPr>
        <w:t xml:space="preserve"> </w:t>
      </w:r>
      <w:r w:rsidRPr="00E82B82">
        <w:rPr>
          <w:rFonts w:cs="B Lotus" w:hint="cs"/>
          <w:szCs w:val="26"/>
          <w:rtl/>
        </w:rPr>
        <w:t>استخرهای</w:t>
      </w:r>
      <w:r w:rsidRPr="00E82B82">
        <w:rPr>
          <w:rFonts w:cs="B Lotus"/>
          <w:szCs w:val="26"/>
          <w:rtl/>
        </w:rPr>
        <w:t xml:space="preserve"> </w:t>
      </w:r>
      <w:r w:rsidRPr="00E82B82">
        <w:rPr>
          <w:rFonts w:cs="B Lotus" w:hint="cs"/>
          <w:szCs w:val="26"/>
          <w:rtl/>
        </w:rPr>
        <w:t>ورزشی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فضای</w:t>
      </w:r>
      <w:r w:rsidRPr="00E82B82">
        <w:rPr>
          <w:rFonts w:cs="B Lotus"/>
          <w:szCs w:val="26"/>
          <w:rtl/>
        </w:rPr>
        <w:t xml:space="preserve"> </w:t>
      </w:r>
      <w:r w:rsidRPr="00E82B82">
        <w:rPr>
          <w:rFonts w:cs="B Lotus" w:hint="cs"/>
          <w:szCs w:val="26"/>
          <w:rtl/>
        </w:rPr>
        <w:t>رقابتی</w:t>
      </w:r>
      <w:r w:rsidRPr="00E82B82">
        <w:rPr>
          <w:rFonts w:cs="B Lotus"/>
          <w:szCs w:val="26"/>
          <w:rtl/>
        </w:rPr>
        <w:t xml:space="preserve"> </w:t>
      </w:r>
      <w:r w:rsidRPr="00E82B82">
        <w:rPr>
          <w:rFonts w:cs="B Lotus" w:hint="cs"/>
          <w:szCs w:val="26"/>
          <w:rtl/>
        </w:rPr>
        <w:t>محسوب</w:t>
      </w:r>
      <w:r w:rsidRPr="00E82B82">
        <w:rPr>
          <w:rFonts w:cs="B Lotus"/>
          <w:szCs w:val="26"/>
          <w:rtl/>
        </w:rPr>
        <w:t xml:space="preserve"> </w:t>
      </w:r>
      <w:r w:rsidRPr="00E82B82">
        <w:rPr>
          <w:rFonts w:cs="B Lotus" w:hint="cs"/>
          <w:szCs w:val="26"/>
          <w:rtl/>
        </w:rPr>
        <w:t>می‌شود</w:t>
      </w:r>
      <w:r w:rsidRPr="00E82B82">
        <w:rPr>
          <w:rFonts w:cs="B Lotus"/>
          <w:szCs w:val="26"/>
          <w:rtl/>
        </w:rPr>
        <w:t xml:space="preserve">. </w:t>
      </w:r>
      <w:r w:rsidRPr="00E82B82">
        <w:rPr>
          <w:rFonts w:cs="B Lotus" w:hint="cs"/>
          <w:szCs w:val="26"/>
          <w:rtl/>
        </w:rPr>
        <w:t>این</w:t>
      </w:r>
      <w:r w:rsidRPr="00E82B82">
        <w:rPr>
          <w:rFonts w:cs="B Lotus"/>
          <w:szCs w:val="26"/>
          <w:rtl/>
        </w:rPr>
        <w:t xml:space="preserve"> </w:t>
      </w:r>
      <w:r w:rsidRPr="00E82B82">
        <w:rPr>
          <w:rFonts w:cs="B Lotus" w:hint="cs"/>
          <w:szCs w:val="26"/>
          <w:rtl/>
        </w:rPr>
        <w:t>مؤلفه،</w:t>
      </w:r>
      <w:r w:rsidRPr="00E82B82">
        <w:rPr>
          <w:rFonts w:cs="B Lotus"/>
          <w:szCs w:val="26"/>
          <w:rtl/>
        </w:rPr>
        <w:t xml:space="preserve"> </w:t>
      </w:r>
      <w:r w:rsidRPr="00E82B82">
        <w:rPr>
          <w:rFonts w:cs="B Lotus" w:hint="cs"/>
          <w:szCs w:val="26"/>
          <w:rtl/>
        </w:rPr>
        <w:t>تمرکز</w:t>
      </w:r>
      <w:r w:rsidRPr="00E82B82">
        <w:rPr>
          <w:rFonts w:cs="B Lotus"/>
          <w:szCs w:val="26"/>
          <w:rtl/>
        </w:rPr>
        <w:t xml:space="preserve"> </w:t>
      </w:r>
      <w:r w:rsidRPr="00E82B82">
        <w:rPr>
          <w:rFonts w:cs="B Lotus" w:hint="cs"/>
          <w:szCs w:val="26"/>
          <w:rtl/>
        </w:rPr>
        <w:t>بر</w:t>
      </w:r>
      <w:r w:rsidRPr="00E82B82">
        <w:rPr>
          <w:rFonts w:cs="B Lotus"/>
          <w:szCs w:val="26"/>
          <w:rtl/>
        </w:rPr>
        <w:t xml:space="preserve"> </w:t>
      </w:r>
      <w:r w:rsidRPr="00E82B82">
        <w:rPr>
          <w:rFonts w:cs="B Lotus" w:hint="cs"/>
          <w:szCs w:val="26"/>
          <w:rtl/>
        </w:rPr>
        <w:t>جلب</w:t>
      </w:r>
      <w:r w:rsidRPr="00E82B82">
        <w:rPr>
          <w:rFonts w:cs="B Lotus"/>
          <w:szCs w:val="26"/>
          <w:rtl/>
        </w:rPr>
        <w:t xml:space="preserve"> </w:t>
      </w:r>
      <w:r w:rsidRPr="00E82B82">
        <w:rPr>
          <w:rFonts w:cs="B Lotus" w:hint="cs"/>
          <w:szCs w:val="26"/>
          <w:rtl/>
        </w:rPr>
        <w:t>مشتریان</w:t>
      </w:r>
      <w:r w:rsidRPr="00E82B82">
        <w:rPr>
          <w:rFonts w:cs="B Lotus"/>
          <w:szCs w:val="26"/>
          <w:rtl/>
        </w:rPr>
        <w:t xml:space="preserve"> </w:t>
      </w:r>
      <w:r w:rsidRPr="00E82B82">
        <w:rPr>
          <w:rFonts w:cs="B Lotus" w:hint="cs"/>
          <w:szCs w:val="26"/>
          <w:rtl/>
        </w:rPr>
        <w:t>جدید،</w:t>
      </w:r>
      <w:r w:rsidRPr="00E82B82">
        <w:rPr>
          <w:rFonts w:cs="B Lotus"/>
          <w:szCs w:val="26"/>
          <w:rtl/>
        </w:rPr>
        <w:t xml:space="preserve"> </w:t>
      </w:r>
      <w:r w:rsidRPr="00E82B82">
        <w:rPr>
          <w:rFonts w:cs="B Lotus" w:hint="cs"/>
          <w:szCs w:val="26"/>
          <w:rtl/>
        </w:rPr>
        <w:t>حفظ</w:t>
      </w:r>
      <w:r w:rsidRPr="00E82B82">
        <w:rPr>
          <w:rFonts w:cs="B Lotus"/>
          <w:szCs w:val="26"/>
          <w:rtl/>
        </w:rPr>
        <w:t xml:space="preserve"> </w:t>
      </w:r>
      <w:r w:rsidRPr="00E82B82">
        <w:rPr>
          <w:rFonts w:cs="B Lotus" w:hint="cs"/>
          <w:szCs w:val="26"/>
          <w:rtl/>
        </w:rPr>
        <w:t>کاربران</w:t>
      </w:r>
      <w:r w:rsidRPr="00E82B82">
        <w:rPr>
          <w:rFonts w:cs="B Lotus"/>
          <w:szCs w:val="26"/>
          <w:rtl/>
        </w:rPr>
        <w:t xml:space="preserve"> </w:t>
      </w:r>
      <w:r w:rsidRPr="00E82B82">
        <w:rPr>
          <w:rFonts w:cs="B Lotus" w:hint="cs"/>
          <w:szCs w:val="26"/>
          <w:rtl/>
        </w:rPr>
        <w:t>فعلی،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ارتقاء</w:t>
      </w:r>
      <w:r w:rsidRPr="00E82B82">
        <w:rPr>
          <w:rFonts w:cs="B Lotus"/>
          <w:szCs w:val="26"/>
          <w:rtl/>
        </w:rPr>
        <w:t xml:space="preserve"> </w:t>
      </w:r>
      <w:r w:rsidRPr="00E82B82">
        <w:rPr>
          <w:rFonts w:cs="B Lotus" w:hint="cs"/>
          <w:szCs w:val="26"/>
          <w:rtl/>
        </w:rPr>
        <w:t>تصویر</w:t>
      </w:r>
      <w:r w:rsidRPr="00E82B82">
        <w:rPr>
          <w:rFonts w:cs="B Lotus"/>
          <w:szCs w:val="26"/>
          <w:rtl/>
        </w:rPr>
        <w:t xml:space="preserve"> </w:t>
      </w:r>
      <w:r w:rsidRPr="00E82B82">
        <w:rPr>
          <w:rFonts w:cs="B Lotus" w:hint="cs"/>
          <w:szCs w:val="26"/>
          <w:rtl/>
        </w:rPr>
        <w:t>ذهنی</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مرکز</w:t>
      </w:r>
      <w:r w:rsidRPr="00E82B82">
        <w:rPr>
          <w:rFonts w:cs="B Lotus"/>
          <w:szCs w:val="26"/>
          <w:rtl/>
        </w:rPr>
        <w:t xml:space="preserve"> </w:t>
      </w:r>
      <w:r w:rsidRPr="00E82B82">
        <w:rPr>
          <w:rFonts w:cs="B Lotus" w:hint="cs"/>
          <w:szCs w:val="26"/>
          <w:rtl/>
        </w:rPr>
        <w:t>را</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طریق</w:t>
      </w:r>
      <w:r w:rsidRPr="00E82B82">
        <w:rPr>
          <w:rFonts w:cs="B Lotus"/>
          <w:szCs w:val="26"/>
          <w:rtl/>
        </w:rPr>
        <w:t xml:space="preserve"> </w:t>
      </w:r>
      <w:r w:rsidRPr="00E82B82">
        <w:rPr>
          <w:rFonts w:cs="B Lotus" w:hint="cs"/>
          <w:szCs w:val="26"/>
          <w:rtl/>
        </w:rPr>
        <w:t>ابزارهای</w:t>
      </w:r>
      <w:r w:rsidRPr="00E82B82">
        <w:rPr>
          <w:rFonts w:cs="B Lotus"/>
          <w:szCs w:val="26"/>
          <w:rtl/>
        </w:rPr>
        <w:t xml:space="preserve"> </w:t>
      </w:r>
      <w:r w:rsidRPr="00E82B82">
        <w:rPr>
          <w:rFonts w:cs="B Lotus" w:hint="cs"/>
          <w:szCs w:val="26"/>
          <w:rtl/>
        </w:rPr>
        <w:t>نوین</w:t>
      </w:r>
      <w:r w:rsidRPr="00E82B82">
        <w:rPr>
          <w:rFonts w:cs="B Lotus"/>
          <w:szCs w:val="26"/>
          <w:rtl/>
        </w:rPr>
        <w:t xml:space="preserve"> </w:t>
      </w:r>
      <w:r w:rsidRPr="00E82B82">
        <w:rPr>
          <w:rFonts w:cs="B Lotus" w:hint="cs"/>
          <w:szCs w:val="26"/>
          <w:rtl/>
        </w:rPr>
        <w:t>بازاریابی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تحلیل</w:t>
      </w:r>
      <w:r w:rsidRPr="00E82B82">
        <w:rPr>
          <w:rFonts w:cs="B Lotus"/>
          <w:szCs w:val="26"/>
          <w:rtl/>
        </w:rPr>
        <w:t xml:space="preserve"> </w:t>
      </w:r>
      <w:r w:rsidRPr="00E82B82">
        <w:rPr>
          <w:rFonts w:cs="B Lotus" w:hint="cs"/>
          <w:szCs w:val="26"/>
          <w:rtl/>
        </w:rPr>
        <w:t>بازار</w:t>
      </w:r>
      <w:r w:rsidRPr="00E82B82">
        <w:rPr>
          <w:rFonts w:cs="B Lotus"/>
          <w:szCs w:val="26"/>
          <w:rtl/>
        </w:rPr>
        <w:t xml:space="preserve"> </w:t>
      </w:r>
      <w:r w:rsidRPr="00E82B82">
        <w:rPr>
          <w:rFonts w:cs="B Lotus" w:hint="cs"/>
          <w:szCs w:val="26"/>
          <w:rtl/>
        </w:rPr>
        <w:t>دربر</w:t>
      </w:r>
      <w:r w:rsidRPr="00E82B82">
        <w:rPr>
          <w:rFonts w:cs="B Lotus"/>
          <w:szCs w:val="26"/>
          <w:rtl/>
        </w:rPr>
        <w:t xml:space="preserve"> </w:t>
      </w:r>
      <w:r w:rsidRPr="00E82B82">
        <w:rPr>
          <w:rFonts w:cs="B Lotus" w:hint="cs"/>
          <w:szCs w:val="26"/>
          <w:rtl/>
        </w:rPr>
        <w:t>می‌گیرد</w:t>
      </w:r>
      <w:r w:rsidRPr="00E82B82">
        <w:rPr>
          <w:rFonts w:cs="B Lotus"/>
          <w:szCs w:val="26"/>
        </w:rPr>
        <w:t>.</w:t>
      </w:r>
      <w:r>
        <w:rPr>
          <w:rFonts w:cs="B Lotus" w:hint="c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بخش</w:t>
      </w:r>
      <w:r w:rsidRPr="00E82B82">
        <w:rPr>
          <w:rFonts w:cs="B Lotus"/>
          <w:szCs w:val="26"/>
          <w:rtl/>
        </w:rPr>
        <w:t xml:space="preserve"> </w:t>
      </w:r>
      <w:r w:rsidRPr="00E82B82">
        <w:rPr>
          <w:rFonts w:cs="B Lotus" w:hint="cs"/>
          <w:szCs w:val="26"/>
          <w:rtl/>
        </w:rPr>
        <w:t>بازاریابی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برندینگ،</w:t>
      </w:r>
      <w:r w:rsidRPr="00E82B82">
        <w:rPr>
          <w:rFonts w:cs="B Lotus"/>
          <w:szCs w:val="26"/>
          <w:rtl/>
        </w:rPr>
        <w:t xml:space="preserve"> </w:t>
      </w:r>
      <w:r w:rsidRPr="00E82B82">
        <w:rPr>
          <w:rFonts w:cs="B Lotus" w:hint="cs"/>
          <w:szCs w:val="26"/>
          <w:rtl/>
        </w:rPr>
        <w:t>استخرهایی</w:t>
      </w:r>
      <w:r w:rsidRPr="00E82B82">
        <w:rPr>
          <w:rFonts w:cs="B Lotus"/>
          <w:szCs w:val="26"/>
          <w:rtl/>
        </w:rPr>
        <w:t xml:space="preserve"> </w:t>
      </w:r>
      <w:r w:rsidRPr="00E82B82">
        <w:rPr>
          <w:rFonts w:cs="B Lotus" w:hint="cs"/>
          <w:szCs w:val="26"/>
          <w:rtl/>
        </w:rPr>
        <w:t>که</w:t>
      </w:r>
      <w:r w:rsidRPr="00E82B82">
        <w:rPr>
          <w:rFonts w:cs="B Lotus"/>
          <w:szCs w:val="26"/>
          <w:rtl/>
        </w:rPr>
        <w:t xml:space="preserve"> </w:t>
      </w:r>
      <w:r w:rsidRPr="00E82B82">
        <w:rPr>
          <w:rFonts w:cs="B Lotus" w:hint="cs"/>
          <w:szCs w:val="26"/>
          <w:rtl/>
        </w:rPr>
        <w:t>دارای</w:t>
      </w:r>
      <w:r w:rsidRPr="00E82B82">
        <w:rPr>
          <w:rFonts w:cs="B Lotus"/>
          <w:szCs w:val="26"/>
          <w:rtl/>
        </w:rPr>
        <w:t xml:space="preserve"> </w:t>
      </w:r>
      <w:r w:rsidRPr="00E82B82">
        <w:rPr>
          <w:rFonts w:cs="B Lotus" w:hint="cs"/>
          <w:szCs w:val="26"/>
          <w:rtl/>
        </w:rPr>
        <w:t>هویت</w:t>
      </w:r>
      <w:r w:rsidRPr="00E82B82">
        <w:rPr>
          <w:rFonts w:cs="B Lotus"/>
          <w:szCs w:val="26"/>
          <w:rtl/>
        </w:rPr>
        <w:t xml:space="preserve"> </w:t>
      </w:r>
      <w:r w:rsidRPr="00E82B82">
        <w:rPr>
          <w:rFonts w:cs="B Lotus" w:hint="cs"/>
          <w:szCs w:val="26"/>
          <w:rtl/>
        </w:rPr>
        <w:lastRenderedPageBreak/>
        <w:t>بصری</w:t>
      </w:r>
      <w:r w:rsidRPr="00E82B82">
        <w:rPr>
          <w:rFonts w:cs="B Lotus"/>
          <w:szCs w:val="26"/>
          <w:rtl/>
        </w:rPr>
        <w:t xml:space="preserve"> </w:t>
      </w:r>
      <w:r w:rsidRPr="00E82B82">
        <w:rPr>
          <w:rFonts w:cs="B Lotus" w:hint="cs"/>
          <w:szCs w:val="26"/>
          <w:rtl/>
        </w:rPr>
        <w:t>منسجم،</w:t>
      </w:r>
      <w:r w:rsidRPr="00E82B82">
        <w:rPr>
          <w:rFonts w:cs="B Lotus"/>
          <w:szCs w:val="26"/>
          <w:rtl/>
        </w:rPr>
        <w:t xml:space="preserve"> </w:t>
      </w:r>
      <w:r w:rsidRPr="00E82B82">
        <w:rPr>
          <w:rFonts w:cs="B Lotus" w:hint="cs"/>
          <w:szCs w:val="26"/>
          <w:rtl/>
        </w:rPr>
        <w:t>پیام‌های</w:t>
      </w:r>
      <w:r w:rsidRPr="00E82B82">
        <w:rPr>
          <w:rFonts w:cs="B Lotus"/>
          <w:szCs w:val="26"/>
          <w:rtl/>
        </w:rPr>
        <w:t xml:space="preserve"> </w:t>
      </w:r>
      <w:r w:rsidRPr="00E82B82">
        <w:rPr>
          <w:rFonts w:cs="B Lotus" w:hint="cs"/>
          <w:szCs w:val="26"/>
          <w:rtl/>
        </w:rPr>
        <w:t>تبلیغاتی</w:t>
      </w:r>
      <w:r w:rsidRPr="00E82B82">
        <w:rPr>
          <w:rFonts w:cs="B Lotus"/>
          <w:szCs w:val="26"/>
          <w:rtl/>
        </w:rPr>
        <w:t xml:space="preserve"> </w:t>
      </w:r>
      <w:r w:rsidRPr="00E82B82">
        <w:rPr>
          <w:rFonts w:cs="B Lotus" w:hint="cs"/>
          <w:szCs w:val="26"/>
          <w:rtl/>
        </w:rPr>
        <w:t>یکپارچه،</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حضور</w:t>
      </w:r>
      <w:r w:rsidRPr="00E82B82">
        <w:rPr>
          <w:rFonts w:cs="B Lotus"/>
          <w:szCs w:val="26"/>
          <w:rtl/>
        </w:rPr>
        <w:t xml:space="preserve"> </w:t>
      </w:r>
      <w:r w:rsidRPr="00E82B82">
        <w:rPr>
          <w:rFonts w:cs="B Lotus" w:hint="cs"/>
          <w:szCs w:val="26"/>
          <w:rtl/>
        </w:rPr>
        <w:t>فعال</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رسانه‌های</w:t>
      </w:r>
      <w:r w:rsidRPr="00E82B82">
        <w:rPr>
          <w:rFonts w:cs="B Lotus"/>
          <w:szCs w:val="26"/>
          <w:rtl/>
        </w:rPr>
        <w:t xml:space="preserve"> </w:t>
      </w:r>
      <w:r w:rsidRPr="00E82B82">
        <w:rPr>
          <w:rFonts w:cs="B Lotus" w:hint="cs"/>
          <w:szCs w:val="26"/>
          <w:rtl/>
        </w:rPr>
        <w:t>دیجیتال</w:t>
      </w:r>
      <w:r w:rsidRPr="00E82B82">
        <w:rPr>
          <w:rFonts w:cs="B Lotus"/>
          <w:szCs w:val="26"/>
          <w:rtl/>
        </w:rPr>
        <w:t xml:space="preserve"> </w:t>
      </w:r>
      <w:r w:rsidRPr="00E82B82">
        <w:rPr>
          <w:rFonts w:cs="B Lotus" w:hint="cs"/>
          <w:szCs w:val="26"/>
          <w:rtl/>
        </w:rPr>
        <w:t>هستند،</w:t>
      </w:r>
      <w:r w:rsidRPr="00E82B82">
        <w:rPr>
          <w:rFonts w:cs="B Lotus"/>
          <w:szCs w:val="26"/>
          <w:rtl/>
        </w:rPr>
        <w:t xml:space="preserve"> </w:t>
      </w:r>
      <w:r w:rsidRPr="00E82B82">
        <w:rPr>
          <w:rFonts w:cs="B Lotus" w:hint="cs"/>
          <w:szCs w:val="26"/>
          <w:rtl/>
        </w:rPr>
        <w:t>موفق‌تر</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جلب</w:t>
      </w:r>
      <w:r w:rsidRPr="00E82B82">
        <w:rPr>
          <w:rFonts w:cs="B Lotus"/>
          <w:szCs w:val="26"/>
          <w:rtl/>
        </w:rPr>
        <w:t xml:space="preserve"> </w:t>
      </w:r>
      <w:r w:rsidRPr="00E82B82">
        <w:rPr>
          <w:rFonts w:cs="B Lotus" w:hint="cs"/>
          <w:szCs w:val="26"/>
          <w:rtl/>
        </w:rPr>
        <w:t>اعتماد</w:t>
      </w:r>
      <w:r w:rsidRPr="00E82B82">
        <w:rPr>
          <w:rFonts w:cs="B Lotus"/>
          <w:szCs w:val="26"/>
          <w:rtl/>
        </w:rPr>
        <w:t xml:space="preserve"> </w:t>
      </w:r>
      <w:r w:rsidRPr="00E82B82">
        <w:rPr>
          <w:rFonts w:cs="B Lotus" w:hint="cs"/>
          <w:szCs w:val="26"/>
          <w:rtl/>
        </w:rPr>
        <w:t>عمومی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افزایش</w:t>
      </w:r>
      <w:r w:rsidRPr="00E82B82">
        <w:rPr>
          <w:rFonts w:cs="B Lotus"/>
          <w:szCs w:val="26"/>
          <w:rtl/>
        </w:rPr>
        <w:t xml:space="preserve"> </w:t>
      </w:r>
      <w:r w:rsidRPr="00E82B82">
        <w:rPr>
          <w:rFonts w:cs="B Lotus" w:hint="cs"/>
          <w:szCs w:val="26"/>
          <w:rtl/>
        </w:rPr>
        <w:t>آگاهی</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برند</w:t>
      </w:r>
      <w:r w:rsidRPr="00E82B82">
        <w:rPr>
          <w:rFonts w:cs="B Lotus"/>
          <w:szCs w:val="26"/>
          <w:rtl/>
        </w:rPr>
        <w:t xml:space="preserve"> </w:t>
      </w:r>
      <w:r w:rsidRPr="00E82B82">
        <w:rPr>
          <w:rFonts w:cs="B Lotus" w:hint="cs"/>
          <w:szCs w:val="26"/>
          <w:rtl/>
        </w:rPr>
        <w:t>عمل</w:t>
      </w:r>
      <w:r w:rsidRPr="00E82B82">
        <w:rPr>
          <w:rFonts w:cs="B Lotus"/>
          <w:szCs w:val="26"/>
          <w:rtl/>
        </w:rPr>
        <w:t xml:space="preserve"> </w:t>
      </w:r>
      <w:r w:rsidRPr="00E82B82">
        <w:rPr>
          <w:rFonts w:cs="B Lotus" w:hint="cs"/>
          <w:szCs w:val="26"/>
          <w:rtl/>
        </w:rPr>
        <w:t>می‌کنند</w:t>
      </w:r>
      <w:r w:rsidRPr="00E82B82">
        <w:rPr>
          <w:rFonts w:cs="B Lotus"/>
          <w:szCs w:val="26"/>
          <w:rtl/>
        </w:rPr>
        <w:t xml:space="preserve">. </w:t>
      </w:r>
      <w:r w:rsidRPr="00E82B82">
        <w:rPr>
          <w:rFonts w:cs="B Lotus" w:hint="cs"/>
          <w:szCs w:val="26"/>
          <w:rtl/>
        </w:rPr>
        <w:t>استفاده</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شبکه‌های</w:t>
      </w:r>
      <w:r w:rsidRPr="00E82B82">
        <w:rPr>
          <w:rFonts w:cs="B Lotus"/>
          <w:szCs w:val="26"/>
          <w:rtl/>
        </w:rPr>
        <w:t xml:space="preserve"> </w:t>
      </w:r>
      <w:r w:rsidRPr="00E82B82">
        <w:rPr>
          <w:rFonts w:cs="B Lotus" w:hint="cs"/>
          <w:szCs w:val="26"/>
          <w:rtl/>
        </w:rPr>
        <w:t>اجتماعی،</w:t>
      </w:r>
      <w:r w:rsidRPr="00E82B82">
        <w:rPr>
          <w:rFonts w:cs="B Lotus"/>
          <w:szCs w:val="26"/>
          <w:rtl/>
        </w:rPr>
        <w:t xml:space="preserve"> </w:t>
      </w:r>
      <w:r w:rsidRPr="00E82B82">
        <w:rPr>
          <w:rFonts w:cs="B Lotus" w:hint="cs"/>
          <w:szCs w:val="26"/>
          <w:rtl/>
        </w:rPr>
        <w:t>تبلیغات</w:t>
      </w:r>
      <w:r w:rsidRPr="00E82B82">
        <w:rPr>
          <w:rFonts w:cs="B Lotus"/>
          <w:szCs w:val="26"/>
          <w:rtl/>
        </w:rPr>
        <w:t xml:space="preserve"> </w:t>
      </w:r>
      <w:r w:rsidRPr="00E82B82">
        <w:rPr>
          <w:rFonts w:cs="B Lotus" w:hint="cs"/>
          <w:szCs w:val="26"/>
          <w:rtl/>
        </w:rPr>
        <w:t>هدفمند،</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برنامه‌های</w:t>
      </w:r>
      <w:r w:rsidRPr="00E82B82">
        <w:rPr>
          <w:rFonts w:cs="B Lotus"/>
          <w:szCs w:val="26"/>
          <w:rtl/>
        </w:rPr>
        <w:t xml:space="preserve"> </w:t>
      </w:r>
      <w:r w:rsidRPr="00E82B82">
        <w:rPr>
          <w:rFonts w:cs="B Lotus" w:hint="cs"/>
          <w:szCs w:val="26"/>
          <w:rtl/>
        </w:rPr>
        <w:t>وفاداری،</w:t>
      </w:r>
      <w:r w:rsidRPr="00E82B82">
        <w:rPr>
          <w:rFonts w:cs="B Lotus"/>
          <w:szCs w:val="26"/>
          <w:rtl/>
        </w:rPr>
        <w:t xml:space="preserve"> </w:t>
      </w:r>
      <w:r w:rsidRPr="00E82B82">
        <w:rPr>
          <w:rFonts w:cs="B Lotus" w:hint="cs"/>
          <w:szCs w:val="26"/>
          <w:rtl/>
        </w:rPr>
        <w:t>باعث</w:t>
      </w:r>
      <w:r w:rsidRPr="00E82B82">
        <w:rPr>
          <w:rFonts w:cs="B Lotus"/>
          <w:szCs w:val="26"/>
          <w:rtl/>
        </w:rPr>
        <w:t xml:space="preserve"> </w:t>
      </w:r>
      <w:r w:rsidRPr="00E82B82">
        <w:rPr>
          <w:rFonts w:cs="B Lotus" w:hint="cs"/>
          <w:szCs w:val="26"/>
          <w:rtl/>
        </w:rPr>
        <w:t>تقویت</w:t>
      </w:r>
      <w:r w:rsidRPr="00E82B82">
        <w:rPr>
          <w:rFonts w:cs="B Lotus"/>
          <w:szCs w:val="26"/>
          <w:rtl/>
        </w:rPr>
        <w:t xml:space="preserve"> </w:t>
      </w:r>
      <w:r w:rsidRPr="00E82B82">
        <w:rPr>
          <w:rFonts w:cs="B Lotus" w:hint="cs"/>
          <w:szCs w:val="26"/>
          <w:rtl/>
        </w:rPr>
        <w:t>ارتباط</w:t>
      </w:r>
      <w:r w:rsidRPr="00E82B82">
        <w:rPr>
          <w:rFonts w:cs="B Lotus"/>
          <w:szCs w:val="26"/>
          <w:rtl/>
        </w:rPr>
        <w:t xml:space="preserve"> </w:t>
      </w:r>
      <w:r w:rsidRPr="00E82B82">
        <w:rPr>
          <w:rFonts w:cs="B Lotus" w:hint="cs"/>
          <w:szCs w:val="26"/>
          <w:rtl/>
        </w:rPr>
        <w:t>عاطفی</w:t>
      </w:r>
      <w:r w:rsidRPr="00E82B82">
        <w:rPr>
          <w:rFonts w:cs="B Lotus"/>
          <w:szCs w:val="26"/>
          <w:rtl/>
        </w:rPr>
        <w:t xml:space="preserve"> </w:t>
      </w:r>
      <w:r w:rsidRPr="00E82B82">
        <w:rPr>
          <w:rFonts w:cs="B Lotus" w:hint="cs"/>
          <w:szCs w:val="26"/>
          <w:rtl/>
        </w:rPr>
        <w:t>با</w:t>
      </w:r>
      <w:r w:rsidRPr="00E82B82">
        <w:rPr>
          <w:rFonts w:cs="B Lotus"/>
          <w:szCs w:val="26"/>
          <w:rtl/>
        </w:rPr>
        <w:t xml:space="preserve"> </w:t>
      </w:r>
      <w:r w:rsidRPr="00E82B82">
        <w:rPr>
          <w:rFonts w:cs="B Lotus" w:hint="cs"/>
          <w:szCs w:val="26"/>
          <w:rtl/>
        </w:rPr>
        <w:t>مشتری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افزایش</w:t>
      </w:r>
      <w:r w:rsidRPr="00E82B82">
        <w:rPr>
          <w:rFonts w:cs="B Lotus"/>
          <w:szCs w:val="26"/>
          <w:rtl/>
        </w:rPr>
        <w:t xml:space="preserve"> </w:t>
      </w:r>
      <w:r w:rsidRPr="00E82B82">
        <w:rPr>
          <w:rFonts w:cs="B Lotus" w:hint="cs"/>
          <w:szCs w:val="26"/>
          <w:rtl/>
        </w:rPr>
        <w:t>بازگشت</w:t>
      </w:r>
      <w:r w:rsidRPr="00E82B82">
        <w:rPr>
          <w:rFonts w:cs="B Lotus"/>
          <w:szCs w:val="26"/>
          <w:rtl/>
        </w:rPr>
        <w:t xml:space="preserve"> </w:t>
      </w:r>
      <w:r w:rsidRPr="00E82B82">
        <w:rPr>
          <w:rFonts w:cs="B Lotus" w:hint="cs"/>
          <w:szCs w:val="26"/>
          <w:rtl/>
        </w:rPr>
        <w:t>مجدد</w:t>
      </w:r>
      <w:r w:rsidRPr="00E82B82">
        <w:rPr>
          <w:rFonts w:cs="B Lotus"/>
          <w:szCs w:val="26"/>
          <w:rtl/>
        </w:rPr>
        <w:t xml:space="preserve"> </w:t>
      </w:r>
      <w:r w:rsidRPr="00E82B82">
        <w:rPr>
          <w:rFonts w:cs="B Lotus" w:hint="cs"/>
          <w:szCs w:val="26"/>
          <w:rtl/>
        </w:rPr>
        <w:t>آنان</w:t>
      </w:r>
      <w:r w:rsidRPr="00E82B82">
        <w:rPr>
          <w:rFonts w:cs="B Lotus"/>
          <w:szCs w:val="26"/>
          <w:rtl/>
        </w:rPr>
        <w:t xml:space="preserve"> </w:t>
      </w:r>
      <w:r w:rsidRPr="00E82B82">
        <w:rPr>
          <w:rFonts w:cs="B Lotus" w:hint="cs"/>
          <w:szCs w:val="26"/>
          <w:rtl/>
        </w:rPr>
        <w:t>می‌شود</w:t>
      </w:r>
      <w:r w:rsidRPr="00E82B82">
        <w:rPr>
          <w:rFonts w:cs="B Lotus"/>
          <w:szCs w:val="26"/>
        </w:rPr>
        <w:t>.</w:t>
      </w:r>
      <w:r>
        <w:rPr>
          <w:rFonts w:cs="B Lotus" w:hint="c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کنار</w:t>
      </w:r>
      <w:r w:rsidRPr="00E82B82">
        <w:rPr>
          <w:rFonts w:cs="B Lotus"/>
          <w:szCs w:val="26"/>
          <w:rtl/>
        </w:rPr>
        <w:t xml:space="preserve"> </w:t>
      </w:r>
      <w:r w:rsidRPr="00E82B82">
        <w:rPr>
          <w:rFonts w:cs="B Lotus" w:hint="cs"/>
          <w:szCs w:val="26"/>
          <w:rtl/>
        </w:rPr>
        <w:t>آن،</w:t>
      </w:r>
      <w:r w:rsidRPr="00E82B82">
        <w:rPr>
          <w:rFonts w:cs="B Lotus"/>
          <w:szCs w:val="26"/>
          <w:rtl/>
        </w:rPr>
        <w:t xml:space="preserve"> </w:t>
      </w:r>
      <w:r w:rsidRPr="00E82B82">
        <w:rPr>
          <w:rFonts w:cs="B Lotus" w:hint="cs"/>
          <w:szCs w:val="26"/>
          <w:rtl/>
        </w:rPr>
        <w:t>رقابت‌پذیری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موقعیت</w:t>
      </w:r>
      <w:r w:rsidRPr="00E82B82">
        <w:rPr>
          <w:rFonts w:cs="B Lotus"/>
          <w:szCs w:val="26"/>
          <w:rtl/>
        </w:rPr>
        <w:t xml:space="preserve"> </w:t>
      </w:r>
      <w:r w:rsidRPr="00E82B82">
        <w:rPr>
          <w:rFonts w:cs="B Lotus" w:hint="cs"/>
          <w:szCs w:val="26"/>
          <w:rtl/>
        </w:rPr>
        <w:t>بازار</w:t>
      </w:r>
      <w:r w:rsidRPr="00E82B82">
        <w:rPr>
          <w:rFonts w:cs="B Lotus"/>
          <w:szCs w:val="26"/>
          <w:rtl/>
        </w:rPr>
        <w:t xml:space="preserve"> </w:t>
      </w:r>
      <w:r w:rsidRPr="00E82B82">
        <w:rPr>
          <w:rFonts w:cs="B Lotus" w:hint="cs"/>
          <w:szCs w:val="26"/>
          <w:rtl/>
        </w:rPr>
        <w:t>با</w:t>
      </w:r>
      <w:r w:rsidRPr="00E82B82">
        <w:rPr>
          <w:rFonts w:cs="B Lotus"/>
          <w:szCs w:val="26"/>
          <w:rtl/>
        </w:rPr>
        <w:t xml:space="preserve"> </w:t>
      </w:r>
      <w:r w:rsidRPr="00E82B82">
        <w:rPr>
          <w:rFonts w:cs="B Lotus" w:hint="cs"/>
          <w:szCs w:val="26"/>
          <w:rtl/>
        </w:rPr>
        <w:t>تحلیل</w:t>
      </w:r>
      <w:r w:rsidRPr="00E82B82">
        <w:rPr>
          <w:rFonts w:cs="B Lotus"/>
          <w:szCs w:val="26"/>
          <w:rtl/>
        </w:rPr>
        <w:t xml:space="preserve"> </w:t>
      </w:r>
      <w:r w:rsidRPr="00E82B82">
        <w:rPr>
          <w:rFonts w:cs="B Lotus" w:hint="cs"/>
          <w:szCs w:val="26"/>
          <w:rtl/>
        </w:rPr>
        <w:t>رقبا،</w:t>
      </w:r>
      <w:r w:rsidRPr="00E82B82">
        <w:rPr>
          <w:rFonts w:cs="B Lotus"/>
          <w:szCs w:val="26"/>
          <w:rtl/>
        </w:rPr>
        <w:t xml:space="preserve"> </w:t>
      </w:r>
      <w:r w:rsidRPr="00E82B82">
        <w:rPr>
          <w:rFonts w:cs="B Lotus" w:hint="cs"/>
          <w:szCs w:val="26"/>
          <w:rtl/>
        </w:rPr>
        <w:t>شناسایی</w:t>
      </w:r>
      <w:r w:rsidRPr="00E82B82">
        <w:rPr>
          <w:rFonts w:cs="B Lotus"/>
          <w:szCs w:val="26"/>
          <w:rtl/>
        </w:rPr>
        <w:t xml:space="preserve"> </w:t>
      </w:r>
      <w:r w:rsidRPr="00E82B82">
        <w:rPr>
          <w:rFonts w:cs="B Lotus" w:hint="cs"/>
          <w:szCs w:val="26"/>
          <w:rtl/>
        </w:rPr>
        <w:t>فرصت‌های</w:t>
      </w:r>
      <w:r w:rsidRPr="00E82B82">
        <w:rPr>
          <w:rFonts w:cs="B Lotus"/>
          <w:szCs w:val="26"/>
          <w:rtl/>
        </w:rPr>
        <w:t xml:space="preserve"> </w:t>
      </w:r>
      <w:r w:rsidRPr="00E82B82">
        <w:rPr>
          <w:rFonts w:cs="B Lotus" w:hint="cs"/>
          <w:szCs w:val="26"/>
          <w:rtl/>
        </w:rPr>
        <w:t>جدید،</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طراحی</w:t>
      </w:r>
      <w:r w:rsidRPr="00E82B82">
        <w:rPr>
          <w:rFonts w:cs="B Lotus"/>
          <w:szCs w:val="26"/>
          <w:rtl/>
        </w:rPr>
        <w:t xml:space="preserve"> </w:t>
      </w:r>
      <w:r w:rsidRPr="00E82B82">
        <w:rPr>
          <w:rFonts w:cs="B Lotus" w:hint="cs"/>
          <w:szCs w:val="26"/>
          <w:rtl/>
        </w:rPr>
        <w:t>خدمات</w:t>
      </w:r>
      <w:r w:rsidRPr="00E82B82">
        <w:rPr>
          <w:rFonts w:cs="B Lotus"/>
          <w:szCs w:val="26"/>
          <w:rtl/>
        </w:rPr>
        <w:t xml:space="preserve"> </w:t>
      </w:r>
      <w:r w:rsidRPr="00E82B82">
        <w:rPr>
          <w:rFonts w:cs="B Lotus" w:hint="cs"/>
          <w:szCs w:val="26"/>
          <w:rtl/>
        </w:rPr>
        <w:t>نوآورانه‌ای</w:t>
      </w:r>
      <w:r w:rsidRPr="00E82B82">
        <w:rPr>
          <w:rFonts w:cs="B Lotus"/>
          <w:szCs w:val="26"/>
          <w:rtl/>
        </w:rPr>
        <w:t xml:space="preserve"> </w:t>
      </w:r>
      <w:r w:rsidRPr="00E82B82">
        <w:rPr>
          <w:rFonts w:cs="B Lotus" w:hint="cs"/>
          <w:szCs w:val="26"/>
          <w:rtl/>
        </w:rPr>
        <w:t>چون</w:t>
      </w:r>
      <w:r w:rsidRPr="00E82B82">
        <w:rPr>
          <w:rFonts w:cs="B Lotus"/>
          <w:szCs w:val="26"/>
          <w:rtl/>
        </w:rPr>
        <w:t xml:space="preserve"> </w:t>
      </w:r>
      <w:r w:rsidRPr="00E82B82">
        <w:rPr>
          <w:rFonts w:cs="B Lotus" w:hint="cs"/>
          <w:szCs w:val="26"/>
          <w:rtl/>
        </w:rPr>
        <w:t>کلاس‌های</w:t>
      </w:r>
      <w:r w:rsidRPr="00E82B82">
        <w:rPr>
          <w:rFonts w:cs="B Lotus"/>
          <w:szCs w:val="26"/>
          <w:rtl/>
        </w:rPr>
        <w:t xml:space="preserve"> </w:t>
      </w:r>
      <w:r w:rsidRPr="00E82B82">
        <w:rPr>
          <w:rFonts w:cs="B Lotus" w:hint="cs"/>
          <w:szCs w:val="26"/>
          <w:rtl/>
        </w:rPr>
        <w:t>تخصصی</w:t>
      </w:r>
      <w:r w:rsidRPr="00E82B82">
        <w:rPr>
          <w:rFonts w:cs="B Lotus"/>
          <w:szCs w:val="26"/>
          <w:rtl/>
        </w:rPr>
        <w:t xml:space="preserve"> </w:t>
      </w:r>
      <w:r w:rsidRPr="00E82B82">
        <w:rPr>
          <w:rFonts w:cs="B Lotus" w:hint="cs"/>
          <w:szCs w:val="26"/>
          <w:rtl/>
        </w:rPr>
        <w:t>یا</w:t>
      </w:r>
      <w:r w:rsidRPr="00E82B82">
        <w:rPr>
          <w:rFonts w:cs="B Lotus"/>
          <w:szCs w:val="26"/>
          <w:rtl/>
        </w:rPr>
        <w:t xml:space="preserve"> </w:t>
      </w:r>
      <w:r w:rsidRPr="00E82B82">
        <w:rPr>
          <w:rFonts w:cs="B Lotus" w:hint="cs"/>
          <w:szCs w:val="26"/>
          <w:rtl/>
        </w:rPr>
        <w:t>امکانات</w:t>
      </w:r>
      <w:r w:rsidRPr="00E82B82">
        <w:rPr>
          <w:rFonts w:cs="B Lotus"/>
          <w:szCs w:val="26"/>
          <w:rtl/>
        </w:rPr>
        <w:t xml:space="preserve"> </w:t>
      </w:r>
      <w:r w:rsidRPr="00E82B82">
        <w:rPr>
          <w:rFonts w:cs="B Lotus" w:hint="cs"/>
          <w:szCs w:val="26"/>
          <w:rtl/>
        </w:rPr>
        <w:t>تفریحی،</w:t>
      </w:r>
      <w:r w:rsidRPr="00E82B82">
        <w:rPr>
          <w:rFonts w:cs="B Lotus"/>
          <w:szCs w:val="26"/>
          <w:rtl/>
        </w:rPr>
        <w:t xml:space="preserve"> </w:t>
      </w:r>
      <w:r w:rsidRPr="00E82B82">
        <w:rPr>
          <w:rFonts w:cs="B Lotus" w:hint="cs"/>
          <w:szCs w:val="26"/>
          <w:rtl/>
        </w:rPr>
        <w:t>به</w:t>
      </w:r>
      <w:r w:rsidRPr="00E82B82">
        <w:rPr>
          <w:rFonts w:cs="B Lotus"/>
          <w:szCs w:val="26"/>
          <w:rtl/>
        </w:rPr>
        <w:t xml:space="preserve"> </w:t>
      </w:r>
      <w:r w:rsidRPr="00E82B82">
        <w:rPr>
          <w:rFonts w:cs="B Lotus" w:hint="cs"/>
          <w:szCs w:val="26"/>
          <w:rtl/>
        </w:rPr>
        <w:t>تمایز</w:t>
      </w:r>
      <w:r w:rsidRPr="00E82B82">
        <w:rPr>
          <w:rFonts w:cs="B Lotus"/>
          <w:szCs w:val="26"/>
          <w:rtl/>
        </w:rPr>
        <w:t xml:space="preserve"> </w:t>
      </w:r>
      <w:r w:rsidRPr="00E82B82">
        <w:rPr>
          <w:rFonts w:cs="B Lotus" w:hint="cs"/>
          <w:szCs w:val="26"/>
          <w:rtl/>
        </w:rPr>
        <w:t>استخر</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سایر</w:t>
      </w:r>
      <w:r w:rsidRPr="00E82B82">
        <w:rPr>
          <w:rFonts w:cs="B Lotus"/>
          <w:szCs w:val="26"/>
          <w:rtl/>
        </w:rPr>
        <w:t xml:space="preserve"> </w:t>
      </w:r>
      <w:r w:rsidRPr="00E82B82">
        <w:rPr>
          <w:rFonts w:cs="B Lotus" w:hint="cs"/>
          <w:szCs w:val="26"/>
          <w:rtl/>
        </w:rPr>
        <w:t>مراکز</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تثبیت</w:t>
      </w:r>
      <w:r w:rsidRPr="00E82B82">
        <w:rPr>
          <w:rFonts w:cs="B Lotus"/>
          <w:szCs w:val="26"/>
          <w:rtl/>
        </w:rPr>
        <w:t xml:space="preserve"> </w:t>
      </w:r>
      <w:r w:rsidRPr="00E82B82">
        <w:rPr>
          <w:rFonts w:cs="B Lotus" w:hint="cs"/>
          <w:szCs w:val="26"/>
          <w:rtl/>
        </w:rPr>
        <w:t>موقعیت</w:t>
      </w:r>
      <w:r w:rsidRPr="00E82B82">
        <w:rPr>
          <w:rFonts w:cs="B Lotus"/>
          <w:szCs w:val="26"/>
          <w:rtl/>
        </w:rPr>
        <w:t xml:space="preserve"> </w:t>
      </w:r>
      <w:r w:rsidRPr="00E82B82">
        <w:rPr>
          <w:rFonts w:cs="B Lotus" w:hint="cs"/>
          <w:szCs w:val="26"/>
          <w:rtl/>
        </w:rPr>
        <w:t>آن</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بازار</w:t>
      </w:r>
      <w:r w:rsidRPr="00E82B82">
        <w:rPr>
          <w:rFonts w:cs="B Lotus"/>
          <w:szCs w:val="26"/>
          <w:rtl/>
        </w:rPr>
        <w:t xml:space="preserve"> </w:t>
      </w:r>
      <w:r w:rsidRPr="00E82B82">
        <w:rPr>
          <w:rFonts w:cs="B Lotus" w:hint="cs"/>
          <w:szCs w:val="26"/>
          <w:rtl/>
        </w:rPr>
        <w:t>کمک</w:t>
      </w:r>
      <w:r w:rsidRPr="00E82B82">
        <w:rPr>
          <w:rFonts w:cs="B Lotus"/>
          <w:szCs w:val="26"/>
          <w:rtl/>
        </w:rPr>
        <w:t xml:space="preserve"> </w:t>
      </w:r>
      <w:r w:rsidRPr="00E82B82">
        <w:rPr>
          <w:rFonts w:cs="B Lotus" w:hint="cs"/>
          <w:szCs w:val="26"/>
          <w:rtl/>
        </w:rPr>
        <w:t>می‌کند</w:t>
      </w:r>
      <w:r w:rsidRPr="00E82B82">
        <w:rPr>
          <w:rFonts w:cs="B Lotus"/>
          <w:szCs w:val="26"/>
          <w:rtl/>
        </w:rPr>
        <w:t xml:space="preserve">. </w:t>
      </w:r>
      <w:r w:rsidRPr="00E82B82">
        <w:rPr>
          <w:rFonts w:cs="B Lotus" w:hint="cs"/>
          <w:szCs w:val="26"/>
          <w:rtl/>
        </w:rPr>
        <w:t>تعامل</w:t>
      </w:r>
      <w:r w:rsidRPr="00E82B82">
        <w:rPr>
          <w:rFonts w:cs="B Lotus"/>
          <w:szCs w:val="26"/>
          <w:rtl/>
        </w:rPr>
        <w:t xml:space="preserve"> </w:t>
      </w:r>
      <w:r w:rsidRPr="00E82B82">
        <w:rPr>
          <w:rFonts w:cs="B Lotus" w:hint="cs"/>
          <w:szCs w:val="26"/>
          <w:rtl/>
        </w:rPr>
        <w:t>با</w:t>
      </w:r>
      <w:r w:rsidRPr="00E82B82">
        <w:rPr>
          <w:rFonts w:cs="B Lotus"/>
          <w:szCs w:val="26"/>
          <w:rtl/>
        </w:rPr>
        <w:t xml:space="preserve"> </w:t>
      </w:r>
      <w:r w:rsidRPr="00E82B82">
        <w:rPr>
          <w:rFonts w:cs="B Lotus" w:hint="cs"/>
          <w:szCs w:val="26"/>
          <w:rtl/>
        </w:rPr>
        <w:t>سازمان‌های</w:t>
      </w:r>
      <w:r w:rsidRPr="00E82B82">
        <w:rPr>
          <w:rFonts w:cs="B Lotus"/>
          <w:szCs w:val="26"/>
          <w:rtl/>
        </w:rPr>
        <w:t xml:space="preserve"> </w:t>
      </w:r>
      <w:r w:rsidRPr="00E82B82">
        <w:rPr>
          <w:rFonts w:cs="B Lotus" w:hint="cs"/>
          <w:szCs w:val="26"/>
          <w:rtl/>
        </w:rPr>
        <w:t>ورزشی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مشارکت</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رویدادهای</w:t>
      </w:r>
      <w:r w:rsidRPr="00E82B82">
        <w:rPr>
          <w:rFonts w:cs="B Lotus"/>
          <w:szCs w:val="26"/>
          <w:rtl/>
        </w:rPr>
        <w:t xml:space="preserve"> </w:t>
      </w:r>
      <w:r w:rsidRPr="00E82B82">
        <w:rPr>
          <w:rFonts w:cs="B Lotus" w:hint="cs"/>
          <w:szCs w:val="26"/>
          <w:rtl/>
        </w:rPr>
        <w:t>محلی</w:t>
      </w:r>
      <w:r w:rsidRPr="00E82B82">
        <w:rPr>
          <w:rFonts w:cs="B Lotus"/>
          <w:szCs w:val="26"/>
          <w:rtl/>
        </w:rPr>
        <w:t xml:space="preserve"> </w:t>
      </w:r>
      <w:r w:rsidRPr="00E82B82">
        <w:rPr>
          <w:rFonts w:cs="B Lotus" w:hint="cs"/>
          <w:szCs w:val="26"/>
          <w:rtl/>
        </w:rPr>
        <w:t>نیز</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افزایش</w:t>
      </w:r>
      <w:r w:rsidRPr="00E82B82">
        <w:rPr>
          <w:rFonts w:cs="B Lotus"/>
          <w:szCs w:val="26"/>
          <w:rtl/>
        </w:rPr>
        <w:t xml:space="preserve"> </w:t>
      </w:r>
      <w:r w:rsidRPr="00E82B82">
        <w:rPr>
          <w:rFonts w:cs="B Lotus" w:hint="cs"/>
          <w:szCs w:val="26"/>
          <w:rtl/>
        </w:rPr>
        <w:t>دامنه</w:t>
      </w:r>
      <w:r w:rsidRPr="00E82B82">
        <w:rPr>
          <w:rFonts w:cs="B Lotus"/>
          <w:szCs w:val="26"/>
          <w:rtl/>
        </w:rPr>
        <w:t xml:space="preserve"> </w:t>
      </w:r>
      <w:r w:rsidRPr="00E82B82">
        <w:rPr>
          <w:rFonts w:cs="B Lotus" w:hint="cs"/>
          <w:szCs w:val="26"/>
          <w:rtl/>
        </w:rPr>
        <w:t>مخاطبان</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ارتقاء</w:t>
      </w:r>
      <w:r w:rsidRPr="00E82B82">
        <w:rPr>
          <w:rFonts w:cs="B Lotus"/>
          <w:szCs w:val="26"/>
          <w:rtl/>
        </w:rPr>
        <w:t xml:space="preserve"> </w:t>
      </w:r>
      <w:r w:rsidRPr="00E82B82">
        <w:rPr>
          <w:rFonts w:cs="B Lotus" w:hint="cs"/>
          <w:szCs w:val="26"/>
          <w:rtl/>
        </w:rPr>
        <w:t>اعتبار</w:t>
      </w:r>
      <w:r w:rsidRPr="00E82B82">
        <w:rPr>
          <w:rFonts w:cs="B Lotus"/>
          <w:szCs w:val="26"/>
          <w:rtl/>
        </w:rPr>
        <w:t xml:space="preserve"> </w:t>
      </w:r>
      <w:r w:rsidRPr="00E82B82">
        <w:rPr>
          <w:rFonts w:cs="B Lotus" w:hint="cs"/>
          <w:szCs w:val="26"/>
          <w:rtl/>
        </w:rPr>
        <w:t>نقش</w:t>
      </w:r>
      <w:r w:rsidRPr="00E82B82">
        <w:rPr>
          <w:rFonts w:cs="B Lotus"/>
          <w:szCs w:val="26"/>
          <w:rtl/>
        </w:rPr>
        <w:t xml:space="preserve"> </w:t>
      </w:r>
      <w:r w:rsidRPr="00E82B82">
        <w:rPr>
          <w:rFonts w:cs="B Lotus" w:hint="cs"/>
          <w:szCs w:val="26"/>
          <w:rtl/>
        </w:rPr>
        <w:t>مؤثری</w:t>
      </w:r>
      <w:r w:rsidRPr="00E82B82">
        <w:rPr>
          <w:rFonts w:cs="B Lotus"/>
          <w:szCs w:val="26"/>
          <w:rtl/>
        </w:rPr>
        <w:t xml:space="preserve"> </w:t>
      </w:r>
      <w:r w:rsidRPr="00E82B82">
        <w:rPr>
          <w:rFonts w:cs="B Lotus" w:hint="cs"/>
          <w:szCs w:val="26"/>
          <w:rtl/>
        </w:rPr>
        <w:t>دارد</w:t>
      </w:r>
      <w:r w:rsidRPr="00E82B82">
        <w:rPr>
          <w:rFonts w:cs="B Lotus"/>
          <w:szCs w:val="26"/>
        </w:rPr>
        <w:t>.</w:t>
      </w:r>
      <w:r>
        <w:rPr>
          <w:rFonts w:cs="B Lotus" w:hint="cs"/>
          <w:szCs w:val="26"/>
          <w:rtl/>
        </w:rPr>
        <w:t xml:space="preserve"> </w:t>
      </w:r>
      <w:r w:rsidRPr="00E82B82">
        <w:rPr>
          <w:rFonts w:cs="B Lotus" w:hint="cs"/>
          <w:szCs w:val="26"/>
          <w:rtl/>
        </w:rPr>
        <w:t>یافته‌های</w:t>
      </w:r>
      <w:r w:rsidRPr="00E82B82">
        <w:rPr>
          <w:rFonts w:cs="B Lotus"/>
          <w:szCs w:val="26"/>
          <w:rtl/>
        </w:rPr>
        <w:t xml:space="preserve"> </w:t>
      </w:r>
      <w:r w:rsidRPr="00E82B82">
        <w:rPr>
          <w:rFonts w:cs="B Lotus" w:hint="cs"/>
          <w:szCs w:val="26"/>
          <w:rtl/>
        </w:rPr>
        <w:t>این</w:t>
      </w:r>
      <w:r w:rsidRPr="00E82B82">
        <w:rPr>
          <w:rFonts w:cs="B Lotus"/>
          <w:szCs w:val="26"/>
          <w:rtl/>
        </w:rPr>
        <w:t xml:space="preserve"> </w:t>
      </w:r>
      <w:r w:rsidRPr="00E82B82">
        <w:rPr>
          <w:rFonts w:cs="B Lotus" w:hint="cs"/>
          <w:szCs w:val="26"/>
          <w:rtl/>
        </w:rPr>
        <w:t>پژوهش</w:t>
      </w:r>
      <w:r w:rsidRPr="00E82B82">
        <w:rPr>
          <w:rFonts w:cs="B Lotus"/>
          <w:szCs w:val="26"/>
          <w:rtl/>
        </w:rPr>
        <w:t xml:space="preserve"> </w:t>
      </w:r>
      <w:r w:rsidRPr="00E82B82">
        <w:rPr>
          <w:rFonts w:cs="B Lotus" w:hint="cs"/>
          <w:szCs w:val="26"/>
          <w:rtl/>
        </w:rPr>
        <w:t>با</w:t>
      </w:r>
      <w:r w:rsidRPr="00E82B82">
        <w:rPr>
          <w:rFonts w:cs="B Lotus"/>
          <w:szCs w:val="26"/>
          <w:rtl/>
        </w:rPr>
        <w:t xml:space="preserve"> </w:t>
      </w:r>
      <w:r w:rsidRPr="00E82B82">
        <w:rPr>
          <w:rFonts w:cs="B Lotus" w:hint="cs"/>
          <w:szCs w:val="26"/>
          <w:rtl/>
        </w:rPr>
        <w:t>نتایج</w:t>
      </w:r>
      <w:r w:rsidRPr="00E82B82">
        <w:rPr>
          <w:rFonts w:cs="B Lotus"/>
          <w:szCs w:val="26"/>
          <w:rtl/>
        </w:rPr>
        <w:t xml:space="preserve"> </w:t>
      </w:r>
      <w:r>
        <w:rPr>
          <w:rFonts w:cs="B Lotus" w:hint="cs"/>
          <w:szCs w:val="26"/>
          <w:rtl/>
        </w:rPr>
        <w:t xml:space="preserve">(6) و (9) </w:t>
      </w:r>
      <w:r w:rsidRPr="00E82B82">
        <w:rPr>
          <w:rFonts w:cs="B Lotus" w:hint="cs"/>
          <w:szCs w:val="26"/>
          <w:rtl/>
        </w:rPr>
        <w:t>هم‌راستا</w:t>
      </w:r>
      <w:r w:rsidRPr="00E82B82">
        <w:rPr>
          <w:rFonts w:cs="B Lotus"/>
          <w:szCs w:val="26"/>
          <w:rtl/>
        </w:rPr>
        <w:t xml:space="preserve"> </w:t>
      </w:r>
      <w:r w:rsidRPr="00E82B82">
        <w:rPr>
          <w:rFonts w:cs="B Lotus" w:hint="cs"/>
          <w:szCs w:val="26"/>
          <w:rtl/>
        </w:rPr>
        <w:t>است؛</w:t>
      </w:r>
      <w:r w:rsidRPr="00E82B82">
        <w:rPr>
          <w:rFonts w:cs="B Lotus"/>
          <w:szCs w:val="26"/>
          <w:rtl/>
        </w:rPr>
        <w:t xml:space="preserve"> </w:t>
      </w:r>
      <w:r w:rsidRPr="00E82B82">
        <w:rPr>
          <w:rFonts w:cs="B Lotus" w:hint="cs"/>
          <w:szCs w:val="26"/>
          <w:rtl/>
        </w:rPr>
        <w:t>این</w:t>
      </w:r>
      <w:r w:rsidRPr="00E82B82">
        <w:rPr>
          <w:rFonts w:cs="B Lotus"/>
          <w:szCs w:val="26"/>
          <w:rtl/>
        </w:rPr>
        <w:t xml:space="preserve"> </w:t>
      </w:r>
      <w:r w:rsidRPr="00E82B82">
        <w:rPr>
          <w:rFonts w:cs="B Lotus" w:hint="cs"/>
          <w:szCs w:val="26"/>
          <w:rtl/>
        </w:rPr>
        <w:t>مطالعات</w:t>
      </w:r>
      <w:r w:rsidRPr="00E82B82">
        <w:rPr>
          <w:rFonts w:cs="B Lotus"/>
          <w:szCs w:val="26"/>
          <w:rtl/>
        </w:rPr>
        <w:t xml:space="preserve"> </w:t>
      </w:r>
      <w:r w:rsidRPr="00E82B82">
        <w:rPr>
          <w:rFonts w:cs="B Lotus" w:hint="cs"/>
          <w:szCs w:val="26"/>
          <w:rtl/>
        </w:rPr>
        <w:t>نشان</w:t>
      </w:r>
      <w:r w:rsidRPr="00E82B82">
        <w:rPr>
          <w:rFonts w:cs="B Lotus"/>
          <w:szCs w:val="26"/>
          <w:rtl/>
        </w:rPr>
        <w:t xml:space="preserve"> </w:t>
      </w:r>
      <w:r w:rsidRPr="00E82B82">
        <w:rPr>
          <w:rFonts w:cs="B Lotus" w:hint="cs"/>
          <w:szCs w:val="26"/>
          <w:rtl/>
        </w:rPr>
        <w:t>داده‌اند</w:t>
      </w:r>
      <w:r w:rsidRPr="00E82B82">
        <w:rPr>
          <w:rFonts w:cs="B Lotus"/>
          <w:szCs w:val="26"/>
          <w:rtl/>
        </w:rPr>
        <w:t xml:space="preserve"> </w:t>
      </w:r>
      <w:r w:rsidRPr="00E82B82">
        <w:rPr>
          <w:rFonts w:cs="B Lotus" w:hint="cs"/>
          <w:szCs w:val="26"/>
          <w:rtl/>
        </w:rPr>
        <w:t>که</w:t>
      </w:r>
      <w:r w:rsidRPr="00E82B82">
        <w:rPr>
          <w:rFonts w:cs="B Lotus"/>
          <w:szCs w:val="26"/>
          <w:rtl/>
        </w:rPr>
        <w:t xml:space="preserve"> </w:t>
      </w:r>
      <w:r w:rsidRPr="00E82B82">
        <w:rPr>
          <w:rFonts w:cs="B Lotus" w:hint="cs"/>
          <w:szCs w:val="26"/>
          <w:rtl/>
        </w:rPr>
        <w:t>بهره‌گیری</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داده‌های</w:t>
      </w:r>
      <w:r w:rsidRPr="00E82B82">
        <w:rPr>
          <w:rFonts w:cs="B Lotus"/>
          <w:szCs w:val="26"/>
          <w:rtl/>
        </w:rPr>
        <w:t xml:space="preserve"> </w:t>
      </w:r>
      <w:r w:rsidRPr="00E82B82">
        <w:rPr>
          <w:rFonts w:cs="B Lotus" w:hint="cs"/>
          <w:szCs w:val="26"/>
          <w:rtl/>
        </w:rPr>
        <w:t>مشتریان،</w:t>
      </w:r>
      <w:r w:rsidRPr="00E82B82">
        <w:rPr>
          <w:rFonts w:cs="B Lotus"/>
          <w:szCs w:val="26"/>
          <w:rtl/>
        </w:rPr>
        <w:t xml:space="preserve"> </w:t>
      </w:r>
      <w:r w:rsidRPr="00E82B82">
        <w:rPr>
          <w:rFonts w:cs="B Lotus" w:hint="cs"/>
          <w:szCs w:val="26"/>
          <w:rtl/>
        </w:rPr>
        <w:t>حضور</w:t>
      </w:r>
      <w:r w:rsidRPr="00E82B82">
        <w:rPr>
          <w:rFonts w:cs="B Lotus"/>
          <w:szCs w:val="26"/>
          <w:rtl/>
        </w:rPr>
        <w:t xml:space="preserve"> </w:t>
      </w:r>
      <w:r w:rsidRPr="00E82B82">
        <w:rPr>
          <w:rFonts w:cs="B Lotus" w:hint="cs"/>
          <w:szCs w:val="26"/>
          <w:rtl/>
        </w:rPr>
        <w:t>هدفمند</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بازار،</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نوآوری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خدمات،</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عوامل</w:t>
      </w:r>
      <w:r w:rsidRPr="00E82B82">
        <w:rPr>
          <w:rFonts w:cs="B Lotus"/>
          <w:szCs w:val="26"/>
          <w:rtl/>
        </w:rPr>
        <w:t xml:space="preserve"> </w:t>
      </w:r>
      <w:r w:rsidRPr="00E82B82">
        <w:rPr>
          <w:rFonts w:cs="B Lotus" w:hint="cs"/>
          <w:szCs w:val="26"/>
          <w:rtl/>
        </w:rPr>
        <w:t>کلیدی</w:t>
      </w:r>
      <w:r w:rsidRPr="00E82B82">
        <w:rPr>
          <w:rFonts w:cs="B Lotus"/>
          <w:szCs w:val="26"/>
          <w:rtl/>
        </w:rPr>
        <w:t xml:space="preserve"> </w:t>
      </w:r>
      <w:r w:rsidRPr="00E82B82">
        <w:rPr>
          <w:rFonts w:cs="B Lotus" w:hint="cs"/>
          <w:szCs w:val="26"/>
          <w:rtl/>
        </w:rPr>
        <w:t>موفقیت</w:t>
      </w:r>
      <w:r w:rsidRPr="00E82B82">
        <w:rPr>
          <w:rFonts w:cs="B Lotus"/>
          <w:szCs w:val="26"/>
          <w:rtl/>
        </w:rPr>
        <w:t xml:space="preserve"> </w:t>
      </w:r>
      <w:r w:rsidRPr="00E82B82">
        <w:rPr>
          <w:rFonts w:cs="B Lotus" w:hint="cs"/>
          <w:szCs w:val="26"/>
          <w:rtl/>
        </w:rPr>
        <w:t>مراکز</w:t>
      </w:r>
      <w:r w:rsidRPr="00E82B82">
        <w:rPr>
          <w:rFonts w:cs="B Lotus"/>
          <w:szCs w:val="26"/>
          <w:rtl/>
        </w:rPr>
        <w:t xml:space="preserve"> </w:t>
      </w:r>
      <w:r w:rsidRPr="00E82B82">
        <w:rPr>
          <w:rFonts w:cs="B Lotus" w:hint="cs"/>
          <w:szCs w:val="26"/>
          <w:rtl/>
        </w:rPr>
        <w:t>ورزشی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فضای</w:t>
      </w:r>
      <w:r w:rsidRPr="00E82B82">
        <w:rPr>
          <w:rFonts w:cs="B Lotus"/>
          <w:szCs w:val="26"/>
          <w:rtl/>
        </w:rPr>
        <w:t xml:space="preserve"> </w:t>
      </w:r>
      <w:r w:rsidRPr="00E82B82">
        <w:rPr>
          <w:rFonts w:cs="B Lotus" w:hint="cs"/>
          <w:szCs w:val="26"/>
          <w:rtl/>
        </w:rPr>
        <w:t>رقابتی</w:t>
      </w:r>
      <w:r w:rsidRPr="00E82B82">
        <w:rPr>
          <w:rFonts w:cs="B Lotus"/>
          <w:szCs w:val="26"/>
          <w:rtl/>
        </w:rPr>
        <w:t xml:space="preserve"> </w:t>
      </w:r>
      <w:r w:rsidRPr="00E82B82">
        <w:rPr>
          <w:rFonts w:cs="B Lotus" w:hint="cs"/>
          <w:szCs w:val="26"/>
          <w:rtl/>
        </w:rPr>
        <w:t>محسوب</w:t>
      </w:r>
      <w:r w:rsidRPr="00E82B82">
        <w:rPr>
          <w:rFonts w:cs="B Lotus"/>
          <w:szCs w:val="26"/>
          <w:rtl/>
        </w:rPr>
        <w:t xml:space="preserve"> </w:t>
      </w:r>
      <w:r w:rsidRPr="00E82B82">
        <w:rPr>
          <w:rFonts w:cs="B Lotus" w:hint="cs"/>
          <w:szCs w:val="26"/>
          <w:rtl/>
        </w:rPr>
        <w:t>می‌شوند</w:t>
      </w:r>
      <w:r w:rsidRPr="00E82B82">
        <w:rPr>
          <w:rFonts w:cs="B Lotus"/>
          <w:szCs w:val="26"/>
          <w:rtl/>
        </w:rPr>
        <w:t>.</w:t>
      </w:r>
    </w:p>
    <w:p w14:paraId="5976EC3E" w14:textId="0D2AB9AC" w:rsidR="00E93F33" w:rsidRDefault="00E52C87" w:rsidP="0051022B">
      <w:pPr>
        <w:bidi/>
        <w:jc w:val="both"/>
        <w:rPr>
          <w:rFonts w:cs="B Lotus"/>
          <w:szCs w:val="26"/>
        </w:rPr>
      </w:pPr>
      <w:r w:rsidRPr="00E82B82">
        <w:rPr>
          <w:rFonts w:cs="B Lotus" w:hint="cs"/>
          <w:szCs w:val="26"/>
          <w:rtl/>
        </w:rPr>
        <w:t>از</w:t>
      </w:r>
      <w:r w:rsidRPr="00E82B82">
        <w:rPr>
          <w:rFonts w:cs="B Lotus"/>
          <w:szCs w:val="26"/>
          <w:rtl/>
        </w:rPr>
        <w:t xml:space="preserve"> </w:t>
      </w:r>
      <w:r w:rsidRPr="00E82B82">
        <w:rPr>
          <w:rFonts w:cs="B Lotus" w:hint="cs"/>
          <w:szCs w:val="26"/>
          <w:rtl/>
        </w:rPr>
        <w:t>نظر</w:t>
      </w:r>
      <w:r w:rsidRPr="00E82B82">
        <w:rPr>
          <w:rFonts w:cs="B Lotus"/>
          <w:szCs w:val="26"/>
          <w:rtl/>
        </w:rPr>
        <w:t xml:space="preserve"> </w:t>
      </w:r>
      <w:r w:rsidRPr="00E82B82">
        <w:rPr>
          <w:rFonts w:cs="B Lotus" w:hint="cs"/>
          <w:szCs w:val="26"/>
          <w:rtl/>
        </w:rPr>
        <w:t>نظری،</w:t>
      </w:r>
      <w:r w:rsidRPr="00E82B82">
        <w:rPr>
          <w:rFonts w:cs="B Lotus"/>
          <w:szCs w:val="26"/>
          <w:rtl/>
        </w:rPr>
        <w:t xml:space="preserve"> </w:t>
      </w:r>
      <w:r w:rsidRPr="00E82B82">
        <w:rPr>
          <w:rFonts w:cs="B Lotus" w:hint="cs"/>
          <w:szCs w:val="26"/>
          <w:rtl/>
        </w:rPr>
        <w:t>این</w:t>
      </w:r>
      <w:r w:rsidRPr="00E82B82">
        <w:rPr>
          <w:rFonts w:cs="B Lotus"/>
          <w:szCs w:val="26"/>
          <w:rtl/>
        </w:rPr>
        <w:t xml:space="preserve"> </w:t>
      </w:r>
      <w:r w:rsidRPr="00E82B82">
        <w:rPr>
          <w:rFonts w:cs="B Lotus" w:hint="cs"/>
          <w:szCs w:val="26"/>
          <w:rtl/>
        </w:rPr>
        <w:t>پژوهش</w:t>
      </w:r>
      <w:r w:rsidRPr="00E82B82">
        <w:rPr>
          <w:rFonts w:cs="B Lotus"/>
          <w:szCs w:val="26"/>
          <w:rtl/>
        </w:rPr>
        <w:t xml:space="preserve"> </w:t>
      </w:r>
      <w:r w:rsidRPr="00E82B82">
        <w:rPr>
          <w:rFonts w:cs="B Lotus" w:hint="cs"/>
          <w:szCs w:val="26"/>
          <w:rtl/>
        </w:rPr>
        <w:t>گامی</w:t>
      </w:r>
      <w:r w:rsidRPr="00E82B82">
        <w:rPr>
          <w:rFonts w:cs="B Lotus"/>
          <w:szCs w:val="26"/>
          <w:rtl/>
        </w:rPr>
        <w:t xml:space="preserve"> </w:t>
      </w:r>
      <w:r w:rsidRPr="00E82B82">
        <w:rPr>
          <w:rFonts w:cs="B Lotus" w:hint="cs"/>
          <w:szCs w:val="26"/>
          <w:rtl/>
        </w:rPr>
        <w:t>مهم</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غنای</w:t>
      </w:r>
      <w:r w:rsidRPr="00E82B82">
        <w:rPr>
          <w:rFonts w:cs="B Lotus"/>
          <w:szCs w:val="26"/>
          <w:rtl/>
        </w:rPr>
        <w:t xml:space="preserve"> </w:t>
      </w:r>
      <w:r w:rsidRPr="00E82B82">
        <w:rPr>
          <w:rFonts w:cs="B Lotus" w:hint="cs"/>
          <w:szCs w:val="26"/>
          <w:rtl/>
        </w:rPr>
        <w:t>ادبیات</w:t>
      </w:r>
      <w:r w:rsidRPr="00E82B82">
        <w:rPr>
          <w:rFonts w:cs="B Lotus"/>
          <w:szCs w:val="26"/>
          <w:rtl/>
        </w:rPr>
        <w:t xml:space="preserve"> </w:t>
      </w:r>
      <w:r w:rsidRPr="00E82B82">
        <w:rPr>
          <w:rFonts w:cs="B Lotus" w:hint="cs"/>
          <w:szCs w:val="26"/>
          <w:rtl/>
        </w:rPr>
        <w:t>مدیریت</w:t>
      </w:r>
      <w:r w:rsidRPr="00E82B82">
        <w:rPr>
          <w:rFonts w:cs="B Lotus"/>
          <w:szCs w:val="26"/>
          <w:rtl/>
        </w:rPr>
        <w:t xml:space="preserve"> </w:t>
      </w:r>
      <w:r w:rsidRPr="00E82B82">
        <w:rPr>
          <w:rFonts w:cs="B Lotus" w:hint="cs"/>
          <w:szCs w:val="26"/>
          <w:rtl/>
        </w:rPr>
        <w:t>عملکرد</w:t>
      </w:r>
      <w:r w:rsidRPr="00E82B82">
        <w:rPr>
          <w:rFonts w:cs="B Lotus"/>
          <w:szCs w:val="26"/>
          <w:rtl/>
        </w:rPr>
        <w:t xml:space="preserve"> </w:t>
      </w:r>
      <w:r w:rsidRPr="00E82B82">
        <w:rPr>
          <w:rFonts w:cs="B Lotus" w:hint="cs"/>
          <w:szCs w:val="26"/>
          <w:rtl/>
        </w:rPr>
        <w:t>اماکن</w:t>
      </w:r>
      <w:r w:rsidRPr="00E82B82">
        <w:rPr>
          <w:rFonts w:cs="B Lotus"/>
          <w:szCs w:val="26"/>
          <w:rtl/>
        </w:rPr>
        <w:t xml:space="preserve"> </w:t>
      </w:r>
      <w:r w:rsidRPr="00E82B82">
        <w:rPr>
          <w:rFonts w:cs="B Lotus" w:hint="cs"/>
          <w:szCs w:val="26"/>
          <w:rtl/>
        </w:rPr>
        <w:t>ورزشی</w:t>
      </w:r>
      <w:r w:rsidRPr="00E82B82">
        <w:rPr>
          <w:rFonts w:cs="B Lotus"/>
          <w:szCs w:val="26"/>
          <w:rtl/>
        </w:rPr>
        <w:t xml:space="preserve"> </w:t>
      </w:r>
      <w:r w:rsidRPr="00E82B82">
        <w:rPr>
          <w:rFonts w:cs="B Lotus" w:hint="cs"/>
          <w:szCs w:val="26"/>
          <w:rtl/>
        </w:rPr>
        <w:t>ایران</w:t>
      </w:r>
      <w:r w:rsidRPr="00E82B82">
        <w:rPr>
          <w:rFonts w:cs="B Lotus"/>
          <w:szCs w:val="26"/>
          <w:rtl/>
        </w:rPr>
        <w:t xml:space="preserve"> </w:t>
      </w:r>
      <w:r w:rsidRPr="00E82B82">
        <w:rPr>
          <w:rFonts w:cs="B Lotus" w:hint="cs"/>
          <w:szCs w:val="26"/>
          <w:rtl/>
        </w:rPr>
        <w:t>محسوب</w:t>
      </w:r>
      <w:r w:rsidRPr="00E82B82">
        <w:rPr>
          <w:rFonts w:cs="B Lotus"/>
          <w:szCs w:val="26"/>
          <w:rtl/>
        </w:rPr>
        <w:t xml:space="preserve"> </w:t>
      </w:r>
      <w:r w:rsidRPr="00E82B82">
        <w:rPr>
          <w:rFonts w:cs="B Lotus" w:hint="cs"/>
          <w:szCs w:val="26"/>
          <w:rtl/>
        </w:rPr>
        <w:t>می‌شود</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می‌تواند</w:t>
      </w:r>
      <w:r w:rsidRPr="00E82B82">
        <w:rPr>
          <w:rFonts w:cs="B Lotus"/>
          <w:szCs w:val="26"/>
          <w:rtl/>
        </w:rPr>
        <w:t xml:space="preserve"> </w:t>
      </w:r>
      <w:r w:rsidRPr="00E82B82">
        <w:rPr>
          <w:rFonts w:cs="B Lotus" w:hint="cs"/>
          <w:szCs w:val="26"/>
          <w:rtl/>
        </w:rPr>
        <w:t>پایه‌ای</w:t>
      </w:r>
      <w:r w:rsidRPr="00E82B82">
        <w:rPr>
          <w:rFonts w:cs="B Lotus"/>
          <w:szCs w:val="26"/>
          <w:rtl/>
        </w:rPr>
        <w:t xml:space="preserve"> </w:t>
      </w:r>
      <w:r w:rsidRPr="00E82B82">
        <w:rPr>
          <w:rFonts w:cs="B Lotus" w:hint="cs"/>
          <w:szCs w:val="26"/>
          <w:rtl/>
        </w:rPr>
        <w:t>برای</w:t>
      </w:r>
      <w:r w:rsidRPr="00E82B82">
        <w:rPr>
          <w:rFonts w:cs="B Lotus"/>
          <w:szCs w:val="26"/>
          <w:rtl/>
        </w:rPr>
        <w:t xml:space="preserve"> </w:t>
      </w:r>
      <w:r w:rsidRPr="00E82B82">
        <w:rPr>
          <w:rFonts w:cs="B Lotus" w:hint="cs"/>
          <w:szCs w:val="26"/>
          <w:rtl/>
        </w:rPr>
        <w:t>مطالعات</w:t>
      </w:r>
      <w:r w:rsidRPr="00E82B82">
        <w:rPr>
          <w:rFonts w:cs="B Lotus"/>
          <w:szCs w:val="26"/>
          <w:rtl/>
        </w:rPr>
        <w:t xml:space="preserve"> </w:t>
      </w:r>
      <w:r w:rsidRPr="00E82B82">
        <w:rPr>
          <w:rFonts w:cs="B Lotus" w:hint="cs"/>
          <w:szCs w:val="26"/>
          <w:rtl/>
        </w:rPr>
        <w:t>بعدی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این</w:t>
      </w:r>
      <w:r w:rsidRPr="00E82B82">
        <w:rPr>
          <w:rFonts w:cs="B Lotus"/>
          <w:szCs w:val="26"/>
          <w:rtl/>
        </w:rPr>
        <w:t xml:space="preserve"> </w:t>
      </w:r>
      <w:r w:rsidRPr="00E82B82">
        <w:rPr>
          <w:rFonts w:cs="B Lotus" w:hint="cs"/>
          <w:szCs w:val="26"/>
          <w:rtl/>
        </w:rPr>
        <w:t>حوزه</w:t>
      </w:r>
      <w:r w:rsidRPr="00E82B82">
        <w:rPr>
          <w:rFonts w:cs="B Lotus"/>
          <w:szCs w:val="26"/>
          <w:rtl/>
        </w:rPr>
        <w:t xml:space="preserve"> </w:t>
      </w:r>
      <w:r w:rsidRPr="00E82B82">
        <w:rPr>
          <w:rFonts w:cs="B Lotus" w:hint="cs"/>
          <w:szCs w:val="26"/>
          <w:rtl/>
        </w:rPr>
        <w:t>باشد</w:t>
      </w:r>
      <w:r w:rsidRPr="00E82B82">
        <w:rPr>
          <w:rFonts w:cs="B Lotus"/>
          <w:szCs w:val="26"/>
          <w:rtl/>
        </w:rPr>
        <w:t xml:space="preserve">. </w:t>
      </w:r>
      <w:r w:rsidRPr="00E82B82">
        <w:rPr>
          <w:rFonts w:cs="B Lotus" w:hint="cs"/>
          <w:szCs w:val="26"/>
          <w:rtl/>
        </w:rPr>
        <w:t>یافته‌ها</w:t>
      </w:r>
      <w:r w:rsidRPr="00E82B82">
        <w:rPr>
          <w:rFonts w:cs="B Lotus"/>
          <w:szCs w:val="26"/>
          <w:rtl/>
        </w:rPr>
        <w:t xml:space="preserve"> </w:t>
      </w:r>
      <w:r w:rsidRPr="00E82B82">
        <w:rPr>
          <w:rFonts w:cs="B Lotus" w:hint="cs"/>
          <w:szCs w:val="26"/>
          <w:rtl/>
        </w:rPr>
        <w:t>همچنین</w:t>
      </w:r>
      <w:r w:rsidRPr="00E82B82">
        <w:rPr>
          <w:rFonts w:cs="B Lotus"/>
          <w:szCs w:val="26"/>
          <w:rtl/>
        </w:rPr>
        <w:t xml:space="preserve"> </w:t>
      </w:r>
      <w:r w:rsidRPr="00E82B82">
        <w:rPr>
          <w:rFonts w:cs="B Lotus" w:hint="cs"/>
          <w:szCs w:val="26"/>
          <w:rtl/>
        </w:rPr>
        <w:t>نشان</w:t>
      </w:r>
      <w:r w:rsidRPr="00E82B82">
        <w:rPr>
          <w:rFonts w:cs="B Lotus"/>
          <w:szCs w:val="26"/>
          <w:rtl/>
        </w:rPr>
        <w:t xml:space="preserve"> </w:t>
      </w:r>
      <w:r w:rsidRPr="00E82B82">
        <w:rPr>
          <w:rFonts w:cs="B Lotus" w:hint="cs"/>
          <w:szCs w:val="26"/>
          <w:rtl/>
        </w:rPr>
        <w:t>می‌دهد</w:t>
      </w:r>
      <w:r w:rsidRPr="00E82B82">
        <w:rPr>
          <w:rFonts w:cs="B Lotus"/>
          <w:szCs w:val="26"/>
          <w:rtl/>
        </w:rPr>
        <w:t xml:space="preserve"> </w:t>
      </w:r>
      <w:r w:rsidRPr="00E82B82">
        <w:rPr>
          <w:rFonts w:cs="B Lotus" w:hint="cs"/>
          <w:szCs w:val="26"/>
          <w:rtl/>
        </w:rPr>
        <w:t>استخرهایی</w:t>
      </w:r>
      <w:r w:rsidRPr="00E82B82">
        <w:rPr>
          <w:rFonts w:cs="B Lotus"/>
          <w:szCs w:val="26"/>
          <w:rtl/>
        </w:rPr>
        <w:t xml:space="preserve"> </w:t>
      </w:r>
      <w:r w:rsidRPr="00E82B82">
        <w:rPr>
          <w:rFonts w:cs="B Lotus" w:hint="cs"/>
          <w:szCs w:val="26"/>
          <w:rtl/>
        </w:rPr>
        <w:t>که</w:t>
      </w:r>
      <w:r w:rsidRPr="00E82B82">
        <w:rPr>
          <w:rFonts w:cs="B Lotus"/>
          <w:szCs w:val="26"/>
          <w:rtl/>
        </w:rPr>
        <w:t xml:space="preserve"> </w:t>
      </w:r>
      <w:r w:rsidRPr="00E82B82">
        <w:rPr>
          <w:rFonts w:cs="B Lotus" w:hint="cs"/>
          <w:szCs w:val="26"/>
          <w:rtl/>
        </w:rPr>
        <w:t>تعادل</w:t>
      </w:r>
      <w:r w:rsidRPr="00E82B82">
        <w:rPr>
          <w:rFonts w:cs="B Lotus"/>
          <w:szCs w:val="26"/>
          <w:rtl/>
        </w:rPr>
        <w:t xml:space="preserve"> </w:t>
      </w:r>
      <w:r w:rsidRPr="00E82B82">
        <w:rPr>
          <w:rFonts w:cs="B Lotus" w:hint="cs"/>
          <w:szCs w:val="26"/>
          <w:rtl/>
        </w:rPr>
        <w:t>مطلوبی</w:t>
      </w:r>
      <w:r w:rsidRPr="00E82B82">
        <w:rPr>
          <w:rFonts w:cs="B Lotus"/>
          <w:szCs w:val="26"/>
          <w:rtl/>
        </w:rPr>
        <w:t xml:space="preserve"> </w:t>
      </w:r>
      <w:r w:rsidRPr="00E82B82">
        <w:rPr>
          <w:rFonts w:cs="B Lotus" w:hint="cs"/>
          <w:szCs w:val="26"/>
          <w:rtl/>
        </w:rPr>
        <w:t>میان</w:t>
      </w:r>
      <w:r w:rsidRPr="00E82B82">
        <w:rPr>
          <w:rFonts w:cs="B Lotus"/>
          <w:szCs w:val="26"/>
          <w:rtl/>
        </w:rPr>
        <w:t xml:space="preserve"> </w:t>
      </w:r>
      <w:r w:rsidRPr="00E82B82">
        <w:rPr>
          <w:rFonts w:cs="B Lotus" w:hint="cs"/>
          <w:szCs w:val="26"/>
          <w:rtl/>
        </w:rPr>
        <w:t>زیرساخت،</w:t>
      </w:r>
      <w:r w:rsidRPr="00E82B82">
        <w:rPr>
          <w:rFonts w:cs="B Lotus"/>
          <w:szCs w:val="26"/>
          <w:rtl/>
        </w:rPr>
        <w:t xml:space="preserve"> </w:t>
      </w:r>
      <w:r w:rsidRPr="00E82B82">
        <w:rPr>
          <w:rFonts w:cs="B Lotus" w:hint="cs"/>
          <w:szCs w:val="26"/>
          <w:rtl/>
        </w:rPr>
        <w:t>خدمات</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بازاریابی</w:t>
      </w:r>
      <w:r w:rsidRPr="00E82B82">
        <w:rPr>
          <w:rFonts w:cs="B Lotus"/>
          <w:szCs w:val="26"/>
          <w:rtl/>
        </w:rPr>
        <w:t xml:space="preserve"> </w:t>
      </w:r>
      <w:r w:rsidRPr="00E82B82">
        <w:rPr>
          <w:rFonts w:cs="B Lotus" w:hint="cs"/>
          <w:szCs w:val="26"/>
          <w:rtl/>
        </w:rPr>
        <w:t>برقرار</w:t>
      </w:r>
      <w:r w:rsidRPr="00E82B82">
        <w:rPr>
          <w:rFonts w:cs="B Lotus"/>
          <w:szCs w:val="26"/>
          <w:rtl/>
        </w:rPr>
        <w:t xml:space="preserve"> </w:t>
      </w:r>
      <w:r w:rsidRPr="00E82B82">
        <w:rPr>
          <w:rFonts w:cs="B Lotus" w:hint="cs"/>
          <w:szCs w:val="26"/>
          <w:rtl/>
        </w:rPr>
        <w:t>کرده‌اند،</w:t>
      </w:r>
      <w:r w:rsidRPr="00E82B82">
        <w:rPr>
          <w:rFonts w:cs="B Lotus"/>
          <w:szCs w:val="26"/>
          <w:rtl/>
        </w:rPr>
        <w:t xml:space="preserve"> </w:t>
      </w:r>
      <w:r w:rsidRPr="00E82B82">
        <w:rPr>
          <w:rFonts w:cs="B Lotus" w:hint="cs"/>
          <w:szCs w:val="26"/>
          <w:rtl/>
        </w:rPr>
        <w:t>عملکرد</w:t>
      </w:r>
      <w:r w:rsidRPr="00E82B82">
        <w:rPr>
          <w:rFonts w:cs="B Lotus"/>
          <w:szCs w:val="26"/>
          <w:rtl/>
        </w:rPr>
        <w:t xml:space="preserve"> </w:t>
      </w:r>
      <w:r w:rsidRPr="00E82B82">
        <w:rPr>
          <w:rFonts w:cs="B Lotus" w:hint="cs"/>
          <w:szCs w:val="26"/>
          <w:rtl/>
        </w:rPr>
        <w:t>بهتری</w:t>
      </w:r>
      <w:r w:rsidRPr="00E82B82">
        <w:rPr>
          <w:rFonts w:cs="B Lotus"/>
          <w:szCs w:val="26"/>
          <w:rtl/>
        </w:rPr>
        <w:t xml:space="preserve"> </w:t>
      </w:r>
      <w:r w:rsidRPr="00E82B82">
        <w:rPr>
          <w:rFonts w:cs="B Lotus" w:hint="cs"/>
          <w:szCs w:val="26"/>
          <w:rtl/>
        </w:rPr>
        <w:t>داشته</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از</w:t>
      </w:r>
      <w:r w:rsidRPr="00E82B82">
        <w:rPr>
          <w:rFonts w:cs="B Lotus"/>
          <w:szCs w:val="26"/>
          <w:rtl/>
        </w:rPr>
        <w:t xml:space="preserve"> </w:t>
      </w:r>
      <w:r w:rsidRPr="00E82B82">
        <w:rPr>
          <w:rFonts w:cs="B Lotus" w:hint="cs"/>
          <w:szCs w:val="26"/>
          <w:rtl/>
        </w:rPr>
        <w:t>وفاداری</w:t>
      </w:r>
      <w:r w:rsidRPr="00E82B82">
        <w:rPr>
          <w:rFonts w:cs="B Lotus"/>
          <w:szCs w:val="26"/>
          <w:rtl/>
        </w:rPr>
        <w:t xml:space="preserve"> </w:t>
      </w:r>
      <w:r w:rsidRPr="00E82B82">
        <w:rPr>
          <w:rFonts w:cs="B Lotus" w:hint="cs"/>
          <w:szCs w:val="26"/>
          <w:rtl/>
        </w:rPr>
        <w:t>مشتریان</w:t>
      </w:r>
      <w:r w:rsidRPr="00E82B82">
        <w:rPr>
          <w:rFonts w:cs="B Lotus"/>
          <w:szCs w:val="26"/>
          <w:rtl/>
        </w:rPr>
        <w:t xml:space="preserve"> </w:t>
      </w:r>
      <w:r w:rsidRPr="00E82B82">
        <w:rPr>
          <w:rFonts w:cs="B Lotus" w:hint="cs"/>
          <w:szCs w:val="26"/>
          <w:rtl/>
        </w:rPr>
        <w:t>بالاتری</w:t>
      </w:r>
      <w:r w:rsidRPr="00E82B82">
        <w:rPr>
          <w:rFonts w:cs="B Lotus"/>
          <w:szCs w:val="26"/>
          <w:rtl/>
        </w:rPr>
        <w:t xml:space="preserve"> </w:t>
      </w:r>
      <w:r w:rsidRPr="00E82B82">
        <w:rPr>
          <w:rFonts w:cs="B Lotus" w:hint="cs"/>
          <w:szCs w:val="26"/>
          <w:rtl/>
        </w:rPr>
        <w:t>برخوردار</w:t>
      </w:r>
      <w:r w:rsidRPr="00E82B82">
        <w:rPr>
          <w:rFonts w:cs="B Lotus"/>
          <w:szCs w:val="26"/>
          <w:rtl/>
        </w:rPr>
        <w:t xml:space="preserve"> </w:t>
      </w:r>
      <w:r w:rsidRPr="00E82B82">
        <w:rPr>
          <w:rFonts w:cs="B Lotus" w:hint="cs"/>
          <w:szCs w:val="26"/>
          <w:rtl/>
        </w:rPr>
        <w:t>هستند</w:t>
      </w:r>
      <w:r w:rsidRPr="00E82B82">
        <w:rPr>
          <w:rFonts w:cs="B Lotus"/>
          <w:szCs w:val="26"/>
          <w:rtl/>
        </w:rPr>
        <w:t xml:space="preserve">. </w:t>
      </w:r>
      <w:r w:rsidRPr="00E82B82">
        <w:rPr>
          <w:rFonts w:cs="B Lotus" w:hint="cs"/>
          <w:szCs w:val="26"/>
          <w:rtl/>
        </w:rPr>
        <w:t>همچنین،</w:t>
      </w:r>
      <w:r w:rsidRPr="00E82B82">
        <w:rPr>
          <w:rFonts w:cs="B Lotus"/>
          <w:szCs w:val="26"/>
          <w:rtl/>
        </w:rPr>
        <w:t xml:space="preserve"> </w:t>
      </w:r>
      <w:r w:rsidRPr="00E82B82">
        <w:rPr>
          <w:rFonts w:cs="B Lotus" w:hint="cs"/>
          <w:szCs w:val="26"/>
          <w:rtl/>
        </w:rPr>
        <w:t>به‌کارگیری</w:t>
      </w:r>
      <w:r w:rsidRPr="00E82B82">
        <w:rPr>
          <w:rFonts w:cs="B Lotus"/>
          <w:szCs w:val="26"/>
          <w:rtl/>
        </w:rPr>
        <w:t xml:space="preserve"> </w:t>
      </w:r>
      <w:r w:rsidRPr="00E82B82">
        <w:rPr>
          <w:rFonts w:cs="B Lotus" w:hint="cs"/>
          <w:szCs w:val="26"/>
          <w:rtl/>
        </w:rPr>
        <w:t>مفاهیم</w:t>
      </w:r>
      <w:r w:rsidRPr="00E82B82">
        <w:rPr>
          <w:rFonts w:cs="B Lotus"/>
          <w:szCs w:val="26"/>
          <w:rtl/>
        </w:rPr>
        <w:t xml:space="preserve"> </w:t>
      </w:r>
      <w:r w:rsidRPr="00E82B82">
        <w:rPr>
          <w:rFonts w:cs="B Lotus" w:hint="cs"/>
          <w:szCs w:val="26"/>
          <w:rtl/>
        </w:rPr>
        <w:t>تعالی</w:t>
      </w:r>
      <w:r w:rsidRPr="00E82B82">
        <w:rPr>
          <w:rFonts w:cs="B Lotus"/>
          <w:szCs w:val="26"/>
          <w:rtl/>
        </w:rPr>
        <w:t xml:space="preserve"> </w:t>
      </w:r>
      <w:r w:rsidRPr="00E82B82">
        <w:rPr>
          <w:rFonts w:cs="B Lotus" w:hint="cs"/>
          <w:szCs w:val="26"/>
          <w:rtl/>
        </w:rPr>
        <w:t>سازمانی</w:t>
      </w:r>
      <w:r w:rsidRPr="00E82B82">
        <w:rPr>
          <w:rFonts w:cs="B Lotus"/>
          <w:szCs w:val="26"/>
          <w:rtl/>
        </w:rPr>
        <w:t xml:space="preserve"> </w:t>
      </w:r>
      <w:r w:rsidRPr="00E82B82">
        <w:rPr>
          <w:rFonts w:cs="B Lotus" w:hint="cs"/>
          <w:szCs w:val="26"/>
          <w:rtl/>
        </w:rPr>
        <w:t>در</w:t>
      </w:r>
      <w:r w:rsidRPr="00E82B82">
        <w:rPr>
          <w:rFonts w:cs="B Lotus"/>
          <w:szCs w:val="26"/>
          <w:rtl/>
        </w:rPr>
        <w:t xml:space="preserve"> </w:t>
      </w:r>
      <w:r w:rsidRPr="00E82B82">
        <w:rPr>
          <w:rFonts w:cs="B Lotus" w:hint="cs"/>
          <w:szCs w:val="26"/>
          <w:rtl/>
        </w:rPr>
        <w:t>این</w:t>
      </w:r>
      <w:r w:rsidRPr="00E82B82">
        <w:rPr>
          <w:rFonts w:cs="B Lotus"/>
          <w:szCs w:val="26"/>
          <w:rtl/>
        </w:rPr>
        <w:t xml:space="preserve"> </w:t>
      </w:r>
      <w:r w:rsidRPr="00E82B82">
        <w:rPr>
          <w:rFonts w:cs="B Lotus" w:hint="cs"/>
          <w:szCs w:val="26"/>
          <w:rtl/>
        </w:rPr>
        <w:t>مدل</w:t>
      </w:r>
      <w:r w:rsidRPr="00E82B82">
        <w:rPr>
          <w:rFonts w:cs="B Lotus"/>
          <w:szCs w:val="26"/>
          <w:rtl/>
        </w:rPr>
        <w:t xml:space="preserve"> </w:t>
      </w:r>
      <w:r w:rsidRPr="00E82B82">
        <w:rPr>
          <w:rFonts w:cs="B Lotus" w:hint="cs"/>
          <w:szCs w:val="26"/>
          <w:rtl/>
        </w:rPr>
        <w:t>موجب</w:t>
      </w:r>
      <w:r w:rsidRPr="00E82B82">
        <w:rPr>
          <w:rFonts w:cs="B Lotus"/>
          <w:szCs w:val="26"/>
          <w:rtl/>
        </w:rPr>
        <w:t xml:space="preserve"> </w:t>
      </w:r>
      <w:r w:rsidRPr="00E82B82">
        <w:rPr>
          <w:rFonts w:cs="B Lotus" w:hint="cs"/>
          <w:szCs w:val="26"/>
          <w:rtl/>
        </w:rPr>
        <w:t>ارتقای</w:t>
      </w:r>
      <w:r w:rsidRPr="00E82B82">
        <w:rPr>
          <w:rFonts w:cs="B Lotus"/>
          <w:szCs w:val="26"/>
          <w:rtl/>
        </w:rPr>
        <w:t xml:space="preserve"> </w:t>
      </w:r>
      <w:r w:rsidRPr="00E82B82">
        <w:rPr>
          <w:rFonts w:cs="B Lotus" w:hint="cs"/>
          <w:szCs w:val="26"/>
          <w:rtl/>
        </w:rPr>
        <w:t>بینش</w:t>
      </w:r>
      <w:r w:rsidRPr="00E82B82">
        <w:rPr>
          <w:rFonts w:cs="B Lotus"/>
          <w:szCs w:val="26"/>
          <w:rtl/>
        </w:rPr>
        <w:t xml:space="preserve"> </w:t>
      </w:r>
      <w:r w:rsidRPr="00E82B82">
        <w:rPr>
          <w:rFonts w:cs="B Lotus" w:hint="cs"/>
          <w:szCs w:val="26"/>
          <w:rtl/>
        </w:rPr>
        <w:t>مدیران</w:t>
      </w:r>
      <w:r w:rsidRPr="00E82B82">
        <w:rPr>
          <w:rFonts w:cs="B Lotus"/>
          <w:szCs w:val="26"/>
          <w:rtl/>
        </w:rPr>
        <w:t xml:space="preserve"> </w:t>
      </w:r>
      <w:r w:rsidRPr="00E82B82">
        <w:rPr>
          <w:rFonts w:cs="B Lotus" w:hint="cs"/>
          <w:szCs w:val="26"/>
          <w:rtl/>
        </w:rPr>
        <w:t>نسبت</w:t>
      </w:r>
      <w:r w:rsidRPr="00E82B82">
        <w:rPr>
          <w:rFonts w:cs="B Lotus"/>
          <w:szCs w:val="26"/>
          <w:rtl/>
        </w:rPr>
        <w:t xml:space="preserve"> </w:t>
      </w:r>
      <w:r w:rsidRPr="00E82B82">
        <w:rPr>
          <w:rFonts w:cs="B Lotus" w:hint="cs"/>
          <w:szCs w:val="26"/>
          <w:rtl/>
        </w:rPr>
        <w:t>به</w:t>
      </w:r>
      <w:r w:rsidRPr="00E82B82">
        <w:rPr>
          <w:rFonts w:cs="B Lotus"/>
          <w:szCs w:val="26"/>
          <w:rtl/>
        </w:rPr>
        <w:t xml:space="preserve"> </w:t>
      </w:r>
      <w:r w:rsidRPr="00E82B82">
        <w:rPr>
          <w:rFonts w:cs="B Lotus" w:hint="cs"/>
          <w:szCs w:val="26"/>
          <w:rtl/>
        </w:rPr>
        <w:t>فرهنگ</w:t>
      </w:r>
      <w:r w:rsidRPr="00E82B82">
        <w:rPr>
          <w:rFonts w:cs="B Lotus"/>
          <w:szCs w:val="26"/>
          <w:rtl/>
        </w:rPr>
        <w:t xml:space="preserve"> </w:t>
      </w:r>
      <w:r w:rsidRPr="00E82B82">
        <w:rPr>
          <w:rFonts w:cs="B Lotus" w:hint="cs"/>
          <w:szCs w:val="26"/>
          <w:rtl/>
        </w:rPr>
        <w:t>سازمانی</w:t>
      </w:r>
      <w:r w:rsidRPr="00E82B82">
        <w:rPr>
          <w:rFonts w:cs="B Lotus"/>
          <w:szCs w:val="26"/>
          <w:rtl/>
        </w:rPr>
        <w:t xml:space="preserve"> </w:t>
      </w:r>
      <w:r w:rsidRPr="00E82B82">
        <w:rPr>
          <w:rFonts w:cs="B Lotus" w:hint="cs"/>
          <w:szCs w:val="26"/>
          <w:rtl/>
        </w:rPr>
        <w:t>و</w:t>
      </w:r>
      <w:r w:rsidRPr="00E82B82">
        <w:rPr>
          <w:rFonts w:cs="B Lotus"/>
          <w:szCs w:val="26"/>
          <w:rtl/>
        </w:rPr>
        <w:t xml:space="preserve"> </w:t>
      </w:r>
      <w:r w:rsidRPr="00E82B82">
        <w:rPr>
          <w:rFonts w:cs="B Lotus" w:hint="cs"/>
          <w:szCs w:val="26"/>
          <w:rtl/>
        </w:rPr>
        <w:t>کیفیت</w:t>
      </w:r>
      <w:r w:rsidRPr="00E82B82">
        <w:rPr>
          <w:rFonts w:cs="B Lotus"/>
          <w:szCs w:val="26"/>
          <w:rtl/>
        </w:rPr>
        <w:t xml:space="preserve"> </w:t>
      </w:r>
      <w:r w:rsidRPr="00E82B82">
        <w:rPr>
          <w:rFonts w:cs="B Lotus" w:hint="cs"/>
          <w:szCs w:val="26"/>
          <w:rtl/>
        </w:rPr>
        <w:t>خدمات</w:t>
      </w:r>
      <w:r w:rsidRPr="00E82B82">
        <w:rPr>
          <w:rFonts w:cs="B Lotus"/>
          <w:szCs w:val="26"/>
          <w:rtl/>
        </w:rPr>
        <w:t xml:space="preserve"> </w:t>
      </w:r>
      <w:r w:rsidRPr="00E82B82">
        <w:rPr>
          <w:rFonts w:cs="B Lotus" w:hint="cs"/>
          <w:szCs w:val="26"/>
          <w:rtl/>
        </w:rPr>
        <w:t>می‌شود</w:t>
      </w:r>
      <w:r w:rsidRPr="00E82B82">
        <w:rPr>
          <w:rFonts w:cs="B Lotus"/>
          <w:szCs w:val="26"/>
          <w:rtl/>
        </w:rPr>
        <w:t xml:space="preserve"> (</w:t>
      </w:r>
      <w:r w:rsidR="003D6A62">
        <w:rPr>
          <w:rFonts w:cs="B Lotus" w:hint="cs"/>
          <w:szCs w:val="26"/>
          <w:rtl/>
        </w:rPr>
        <w:t>30</w:t>
      </w:r>
      <w:r w:rsidRPr="00E82B82">
        <w:rPr>
          <w:rFonts w:cs="B Lotus"/>
          <w:szCs w:val="26"/>
          <w:rtl/>
        </w:rPr>
        <w:t>).</w:t>
      </w:r>
      <w:r w:rsidR="0051022B">
        <w:rPr>
          <w:rFonts w:cs="B Lotus"/>
          <w:szCs w:val="26"/>
        </w:rPr>
        <w:t xml:space="preserve"> </w:t>
      </w:r>
    </w:p>
    <w:p w14:paraId="14FC6E32" w14:textId="50859F2D" w:rsidR="0051022B" w:rsidRPr="00332BF4" w:rsidRDefault="00E93F33" w:rsidP="00E93F33">
      <w:pPr>
        <w:bidi/>
        <w:jc w:val="both"/>
        <w:rPr>
          <w:rFonts w:cs="B Lotus"/>
          <w:szCs w:val="26"/>
        </w:rPr>
      </w:pPr>
      <w:r w:rsidRPr="00E93F33">
        <w:rPr>
          <w:rFonts w:ascii="Calibri" w:hAnsi="Calibri" w:cs="B Lotus" w:hint="cs"/>
          <w:szCs w:val="26"/>
          <w:rtl/>
          <w:lang w:bidi="fa-IR"/>
        </w:rPr>
        <w:t>لازم به ذکر است که</w:t>
      </w:r>
      <w:r>
        <w:rPr>
          <w:rFonts w:ascii="Calibri" w:hAnsi="Calibri" w:cs="Calibri" w:hint="cs"/>
          <w:szCs w:val="26"/>
          <w:rtl/>
          <w:lang w:bidi="fa-IR"/>
        </w:rPr>
        <w:t xml:space="preserve"> </w:t>
      </w:r>
      <w:r w:rsidR="0051022B" w:rsidRPr="00332BF4">
        <w:rPr>
          <w:rFonts w:cs="B Lotus"/>
          <w:szCs w:val="26"/>
          <w:rtl/>
        </w:rPr>
        <w:t xml:space="preserve">در مقایسه با مدل‌های رایج داخلی نظیر چارچوب ارزیابی عملکرد ادارات کل ورزش، مدل حاضر </w:t>
      </w:r>
      <w:r w:rsidR="0051022B">
        <w:rPr>
          <w:rFonts w:cs="B Lotus" w:hint="cs"/>
          <w:szCs w:val="26"/>
          <w:rtl/>
        </w:rPr>
        <w:t xml:space="preserve">(شکل 2) </w:t>
      </w:r>
      <w:r w:rsidR="0051022B" w:rsidRPr="00332BF4">
        <w:rPr>
          <w:rFonts w:cs="B Lotus"/>
          <w:szCs w:val="26"/>
          <w:rtl/>
        </w:rPr>
        <w:t>دارای انسجام مفهومی، شفافیت ساختاری و جامعیت شاخص‌هاست. در حالی‌که مدل‌های موجود اغلب فاقد سازوکار مشخص وزن‌دهی هستند، مدل ارائه‌شده در این پژوهش با استفاده از تحلیل مضمون چندسطحی و ارزیابی گروه کانونی، از وضوح بیشتری برخوردار است و قابلیت تبدیل به ابزارهای اجرایی مانند کارت امتیازی عملکرد و سامانه‌های رتبه‌بندی را دارد</w:t>
      </w:r>
      <w:r w:rsidR="0051022B" w:rsidRPr="00332BF4">
        <w:rPr>
          <w:rFonts w:cs="B Lotus"/>
          <w:szCs w:val="26"/>
        </w:rPr>
        <w:t>.</w:t>
      </w:r>
    </w:p>
    <w:p w14:paraId="331C404B" w14:textId="77777777" w:rsidR="0051022B" w:rsidRPr="00332BF4" w:rsidRDefault="0051022B" w:rsidP="0051022B">
      <w:pPr>
        <w:bidi/>
        <w:jc w:val="both"/>
        <w:rPr>
          <w:rFonts w:cs="B Lotus"/>
          <w:szCs w:val="26"/>
        </w:rPr>
      </w:pPr>
      <w:r w:rsidRPr="00332BF4">
        <w:rPr>
          <w:rFonts w:cs="B Lotus"/>
          <w:szCs w:val="26"/>
          <w:rtl/>
        </w:rPr>
        <w:t>از منظر کاربردی، این مدل می‌تواند در قالب چهار سناریو اجرا شود: 1</w:t>
      </w:r>
      <w:r>
        <w:rPr>
          <w:rFonts w:cs="B Lotus" w:hint="cs"/>
          <w:szCs w:val="26"/>
          <w:rtl/>
        </w:rPr>
        <w:t>.</w:t>
      </w:r>
      <w:r w:rsidRPr="00332BF4">
        <w:rPr>
          <w:rFonts w:cs="B Lotus"/>
          <w:szCs w:val="26"/>
          <w:rtl/>
        </w:rPr>
        <w:t xml:space="preserve">ارزیابی دوره‌ای عملکرد استخرها بر اساس شاخص‌های چهارگانه؛ </w:t>
      </w:r>
      <w:r>
        <w:rPr>
          <w:rFonts w:cs="B Lotus" w:hint="cs"/>
          <w:szCs w:val="26"/>
          <w:rtl/>
        </w:rPr>
        <w:t>2.</w:t>
      </w:r>
      <w:r w:rsidRPr="00332BF4">
        <w:rPr>
          <w:rFonts w:cs="B Lotus"/>
          <w:szCs w:val="26"/>
        </w:rPr>
        <w:t xml:space="preserve"> </w:t>
      </w:r>
      <w:r w:rsidRPr="00332BF4">
        <w:rPr>
          <w:rFonts w:cs="B Lotus"/>
          <w:szCs w:val="26"/>
          <w:rtl/>
        </w:rPr>
        <w:t xml:space="preserve">استفاده در طراحی فرم‌های خودارزیابی برای مدیران استخر؛ </w:t>
      </w:r>
      <w:r>
        <w:rPr>
          <w:rFonts w:cs="B Lotus" w:hint="cs"/>
          <w:szCs w:val="26"/>
          <w:rtl/>
        </w:rPr>
        <w:t>3.</w:t>
      </w:r>
      <w:r w:rsidRPr="00332BF4">
        <w:rPr>
          <w:rFonts w:cs="B Lotus"/>
          <w:szCs w:val="26"/>
        </w:rPr>
        <w:t xml:space="preserve"> </w:t>
      </w:r>
      <w:r w:rsidRPr="00332BF4">
        <w:rPr>
          <w:rFonts w:cs="B Lotus"/>
          <w:szCs w:val="26"/>
          <w:rtl/>
        </w:rPr>
        <w:t>تعریف شاخص‌های سالانه عملکرد برای قراردادهای بهره‌برداری</w:t>
      </w:r>
      <w:r w:rsidRPr="000E5297">
        <w:rPr>
          <w:rFonts w:cs="B Lotus" w:hint="cs"/>
          <w:szCs w:val="26"/>
          <w:rtl/>
        </w:rPr>
        <w:t xml:space="preserve"> مانند: </w:t>
      </w:r>
      <w:r w:rsidRPr="000E5297">
        <w:rPr>
          <w:rFonts w:cs="B Lotus"/>
          <w:szCs w:val="26"/>
          <w:rtl/>
        </w:rPr>
        <w:t>درصد رضایت مشتریان، میزان بروز حوادث، و نرخ بازگشت مراجعه‌کننده</w:t>
      </w:r>
      <w:r w:rsidRPr="00332BF4">
        <w:rPr>
          <w:rFonts w:cs="B Lotus"/>
          <w:szCs w:val="26"/>
          <w:rtl/>
        </w:rPr>
        <w:t xml:space="preserve">؛ و </w:t>
      </w:r>
      <w:r>
        <w:rPr>
          <w:rFonts w:cs="B Lotus" w:hint="cs"/>
          <w:szCs w:val="26"/>
          <w:rtl/>
        </w:rPr>
        <w:t xml:space="preserve">4. </w:t>
      </w:r>
      <w:r w:rsidRPr="00332BF4">
        <w:rPr>
          <w:rFonts w:cs="B Lotus"/>
          <w:szCs w:val="26"/>
        </w:rPr>
        <w:t xml:space="preserve"> </w:t>
      </w:r>
      <w:r w:rsidRPr="00332BF4">
        <w:rPr>
          <w:rFonts w:cs="B Lotus"/>
          <w:szCs w:val="26"/>
          <w:rtl/>
        </w:rPr>
        <w:t>پایه‌گذاری نظام رتبه‌بندی استخرهای ورزشی ایران بر اساس مؤلفه‌های مدل</w:t>
      </w:r>
      <w:r w:rsidRPr="00332BF4">
        <w:rPr>
          <w:rFonts w:cs="B Lotus"/>
          <w:szCs w:val="26"/>
        </w:rPr>
        <w:t xml:space="preserve">. </w:t>
      </w:r>
      <w:r w:rsidRPr="00332BF4">
        <w:rPr>
          <w:rFonts w:cs="B Lotus"/>
          <w:szCs w:val="26"/>
          <w:rtl/>
        </w:rPr>
        <w:t>بنابراین، این مدل تنها یک ابزار مفهومی نیست، بلکه قابلیت عملیاتی‌سازی گسترده نیز دارد</w:t>
      </w:r>
      <w:r w:rsidRPr="00332BF4">
        <w:rPr>
          <w:rFonts w:cs="B Lotus"/>
          <w:szCs w:val="26"/>
        </w:rPr>
        <w:t>.</w:t>
      </w:r>
    </w:p>
    <w:p w14:paraId="5DDB45B3" w14:textId="1514299D" w:rsidR="0051022B" w:rsidRDefault="0051022B" w:rsidP="0051022B">
      <w:pPr>
        <w:bidi/>
        <w:jc w:val="both"/>
        <w:rPr>
          <w:rFonts w:cs="B Lotus"/>
          <w:szCs w:val="26"/>
        </w:rPr>
      </w:pPr>
      <w:r w:rsidRPr="00332BF4">
        <w:rPr>
          <w:rFonts w:cs="B Lotus"/>
          <w:szCs w:val="26"/>
          <w:rtl/>
        </w:rPr>
        <w:lastRenderedPageBreak/>
        <w:t xml:space="preserve">همچنین، نکته‌ای که مدل را از دیگر پژوهش‌های داخلی متمایز می‌سازد، ورود صریح به مقوله‌های «بازاریابی دیجیتال»، «تعامل در شبکه‌های اجتماعی» و «برندسازی خدماتی» است؛ موضوعاتی که کمتر در ساختارهای سنتی مدیریت اماکن ورزشی کشور مورد توجه قرار </w:t>
      </w:r>
      <w:r w:rsidRPr="000924E2">
        <w:rPr>
          <w:rFonts w:cs="B Lotus"/>
          <w:szCs w:val="26"/>
          <w:rtl/>
        </w:rPr>
        <w:t>گرفته‌اند (</w:t>
      </w:r>
      <w:r w:rsidRPr="000924E2">
        <w:rPr>
          <w:rFonts w:cs="B Lotus" w:hint="cs"/>
          <w:szCs w:val="26"/>
          <w:rtl/>
          <w:lang w:bidi="fa-IR"/>
        </w:rPr>
        <w:t>2</w:t>
      </w:r>
      <w:r w:rsidR="003D6A62">
        <w:rPr>
          <w:rFonts w:cs="B Lotus" w:hint="cs"/>
          <w:szCs w:val="26"/>
          <w:rtl/>
          <w:lang w:bidi="fa-IR"/>
        </w:rPr>
        <w:t>6</w:t>
      </w:r>
      <w:r w:rsidRPr="000924E2">
        <w:rPr>
          <w:rFonts w:cs="B Lotus"/>
          <w:szCs w:val="26"/>
          <w:rtl/>
        </w:rPr>
        <w:t>)</w:t>
      </w:r>
      <w:r w:rsidRPr="000924E2">
        <w:rPr>
          <w:rFonts w:cs="B Lotus"/>
          <w:szCs w:val="26"/>
        </w:rPr>
        <w:t>.</w:t>
      </w:r>
    </w:p>
    <w:p w14:paraId="190307F6" w14:textId="77777777" w:rsidR="00911645" w:rsidRDefault="00911645" w:rsidP="00911645">
      <w:pPr>
        <w:bidi/>
        <w:jc w:val="both"/>
        <w:rPr>
          <w:rFonts w:cs="B Lotus"/>
          <w:szCs w:val="26"/>
          <w:highlight w:val="yellow"/>
          <w:rtl/>
        </w:rPr>
      </w:pPr>
      <w:r w:rsidRPr="00C57B1E">
        <w:rPr>
          <w:rFonts w:cs="B Lotus"/>
          <w:szCs w:val="26"/>
          <w:highlight w:val="yellow"/>
          <w:rtl/>
        </w:rPr>
        <w:t>گروه پژوهش در فرایند انجام این مطالعه با محدودیت‌های</w:t>
      </w:r>
      <w:r>
        <w:rPr>
          <w:rFonts w:cs="B Lotus" w:hint="cs"/>
          <w:szCs w:val="26"/>
          <w:highlight w:val="yellow"/>
          <w:rtl/>
        </w:rPr>
        <w:t>ی</w:t>
      </w:r>
      <w:r w:rsidRPr="00C57B1E">
        <w:rPr>
          <w:rFonts w:cs="B Lotus"/>
          <w:szCs w:val="26"/>
          <w:highlight w:val="yellow"/>
          <w:rtl/>
        </w:rPr>
        <w:t xml:space="preserve"> مواجه بود. از مهم‌ترین آن‌ها می‌توان به</w:t>
      </w:r>
      <w:r>
        <w:rPr>
          <w:rFonts w:cs="B Lotus" w:hint="cs"/>
          <w:szCs w:val="26"/>
          <w:highlight w:val="yellow"/>
          <w:rtl/>
        </w:rPr>
        <w:t xml:space="preserve"> محدودیت</w:t>
      </w:r>
      <w:r w:rsidRPr="00C57B1E">
        <w:rPr>
          <w:rFonts w:cs="B Lotus"/>
          <w:szCs w:val="26"/>
          <w:highlight w:val="yellow"/>
          <w:rtl/>
        </w:rPr>
        <w:t xml:space="preserve"> دسترسی به داده‌ها و منابع معتبر اشاره کرد. علاوه بر این، چالش‌های فرهنگی و مدیریتی موجود در سازمان‌های ورزشی، به‌ویژه نگرش‌های سنتی و مقاومت برخی مدیران در برابر تغییرات مدیریتی و بهره‌گیری از مدل‌های علمی، روند انجام مصاحبه‌ها و گردآوری داده‌ها را با دشواری‌هایی همراه ساخت. همچنین، فاصله قابل‌توجه میان فرهنگ مدیریتی در بسیاری از اماکن ورزشی با استانداردهای نوین بین‌المللی، بر کیفیت داده‌های کیفی تأثیرگذار بود. در کنار این موارد، کمبود پژوهش‌های پیشین در حوزه مورد بررسی، از دیگر محدودیت‌های مهم این تحقیق به شمار می‌رود</w:t>
      </w:r>
      <w:r w:rsidRPr="00C57B1E">
        <w:rPr>
          <w:rFonts w:cs="B Lotus"/>
          <w:szCs w:val="26"/>
          <w:highlight w:val="yellow"/>
        </w:rPr>
        <w:t>.</w:t>
      </w:r>
    </w:p>
    <w:p w14:paraId="24552E47" w14:textId="77777777" w:rsidR="00911645" w:rsidRPr="009F6ECA" w:rsidRDefault="00911645" w:rsidP="00911645">
      <w:pPr>
        <w:bidi/>
        <w:jc w:val="both"/>
        <w:rPr>
          <w:rFonts w:cs="B Nazanin"/>
          <w:szCs w:val="26"/>
          <w:highlight w:val="yellow"/>
          <w:rtl/>
        </w:rPr>
      </w:pPr>
      <w:r w:rsidRPr="009F6ECA">
        <w:rPr>
          <w:rFonts w:cs="B Nazanin"/>
          <w:szCs w:val="26"/>
          <w:highlight w:val="yellow"/>
          <w:rtl/>
        </w:rPr>
        <w:t>پیشنهاد می‌شود پژوهشگران</w:t>
      </w:r>
      <w:r>
        <w:rPr>
          <w:rFonts w:cs="B Nazanin" w:hint="cs"/>
          <w:szCs w:val="26"/>
          <w:highlight w:val="yellow"/>
          <w:rtl/>
        </w:rPr>
        <w:t xml:space="preserve"> جهت تحقیقات بیشتر</w:t>
      </w:r>
      <w:r w:rsidRPr="009F6ECA">
        <w:rPr>
          <w:rFonts w:cs="B Nazanin"/>
          <w:szCs w:val="26"/>
          <w:highlight w:val="yellow"/>
          <w:rtl/>
        </w:rPr>
        <w:t xml:space="preserve"> با در نظر گرفتن محدودیت‌های این تحقیق، مطالعاتی در زمینه‌های زیر انجام دهند</w:t>
      </w:r>
    </w:p>
    <w:p w14:paraId="72DD1F53" w14:textId="77777777" w:rsidR="00911645" w:rsidRPr="009F6ECA" w:rsidRDefault="00911645" w:rsidP="00911645">
      <w:pPr>
        <w:bidi/>
        <w:jc w:val="both"/>
        <w:rPr>
          <w:rFonts w:cs="B Nazanin"/>
          <w:szCs w:val="26"/>
          <w:highlight w:val="yellow"/>
          <w:rtl/>
        </w:rPr>
      </w:pPr>
      <w:r w:rsidRPr="009F6ECA">
        <w:rPr>
          <w:rFonts w:cs="B Nazanin" w:hint="cs"/>
          <w:szCs w:val="26"/>
          <w:highlight w:val="yellow"/>
          <w:rtl/>
        </w:rPr>
        <w:t xml:space="preserve">1. </w:t>
      </w:r>
      <w:r w:rsidRPr="009F6ECA">
        <w:rPr>
          <w:rFonts w:cs="B Nazanin"/>
          <w:szCs w:val="26"/>
          <w:highlight w:val="yellow"/>
          <w:rtl/>
        </w:rPr>
        <w:t>مطالعات تطبیقی با سایر کشورها: پیشنهاد می‌شود تحقیقاتی تطبیقی با کشورهای پیشرو در مدیریت استخرهای ورزشی انجام شود تا از تجربیات و مدل‌های موفق جهانی استفاده شود و مدل‌های بومی بهبود یابند.</w:t>
      </w:r>
    </w:p>
    <w:p w14:paraId="2807A293" w14:textId="77777777" w:rsidR="00911645" w:rsidRPr="009F6ECA" w:rsidRDefault="00911645" w:rsidP="00911645">
      <w:pPr>
        <w:bidi/>
        <w:jc w:val="both"/>
        <w:rPr>
          <w:rFonts w:cs="B Nazanin"/>
          <w:szCs w:val="26"/>
          <w:highlight w:val="yellow"/>
          <w:rtl/>
        </w:rPr>
      </w:pPr>
      <w:r w:rsidRPr="009F6ECA">
        <w:rPr>
          <w:rFonts w:cs="B Nazanin" w:hint="cs"/>
          <w:szCs w:val="26"/>
          <w:highlight w:val="yellow"/>
          <w:rtl/>
        </w:rPr>
        <w:t>2</w:t>
      </w:r>
      <w:r w:rsidRPr="009F6ECA">
        <w:rPr>
          <w:rFonts w:cs="B Nazanin"/>
          <w:szCs w:val="26"/>
          <w:highlight w:val="yellow"/>
          <w:rtl/>
        </w:rPr>
        <w:t>. استفاده از روش‌های ترکیبی: پیشنهاد می‌شود در تحقیقات آینده، از روش‌های ترکیبی (کیفی و کمی) استفاده شود تا نتایج پژوهش از اعتبار بیشتری برخوردار شوند. استفاده از ابزارهای آماری برای تحلیل داده‌های کمی می‌تواند مدل‌های مدیریتی دقیق‌تری ارائه دهد.</w:t>
      </w:r>
    </w:p>
    <w:p w14:paraId="47F498C6" w14:textId="77777777" w:rsidR="00911645" w:rsidRDefault="00911645" w:rsidP="00911645">
      <w:pPr>
        <w:bidi/>
        <w:jc w:val="both"/>
        <w:rPr>
          <w:rFonts w:cs="B Nazanin"/>
          <w:szCs w:val="26"/>
          <w:rtl/>
        </w:rPr>
      </w:pPr>
      <w:r w:rsidRPr="009F6ECA">
        <w:rPr>
          <w:rFonts w:cs="B Nazanin" w:hint="cs"/>
          <w:szCs w:val="26"/>
          <w:highlight w:val="yellow"/>
          <w:rtl/>
        </w:rPr>
        <w:t xml:space="preserve">3. </w:t>
      </w:r>
      <w:r w:rsidRPr="009F6ECA">
        <w:rPr>
          <w:rFonts w:cs="B Nazanin"/>
          <w:szCs w:val="26"/>
          <w:highlight w:val="yellow"/>
          <w:rtl/>
        </w:rPr>
        <w:t xml:space="preserve">بررسی تأثیر عوامل فرهنگی و اجتماعی: عواملی مانند تفاوت‌های فرهنگی، آداب و رسوم محلی و سطح آگاهی عمومی می‌توانند بر موفقیت یا شکست مدل مدیریتی تأثیرگذار باشند. </w:t>
      </w:r>
      <w:r w:rsidRPr="009F6ECA">
        <w:rPr>
          <w:rFonts w:cs="B Nazanin" w:hint="cs"/>
          <w:szCs w:val="26"/>
          <w:highlight w:val="yellow"/>
          <w:rtl/>
        </w:rPr>
        <w:t xml:space="preserve">می‌توان </w:t>
      </w:r>
      <w:r w:rsidRPr="009F6ECA">
        <w:rPr>
          <w:rFonts w:cs="B Nazanin"/>
          <w:szCs w:val="26"/>
          <w:highlight w:val="yellow"/>
          <w:rtl/>
        </w:rPr>
        <w:t xml:space="preserve">به بررسی تأثیر عوامل فرهنگی و اجتماعی بر مدیریت عملکرد استخرهای ورزشی </w:t>
      </w:r>
      <w:r w:rsidRPr="009F6ECA">
        <w:rPr>
          <w:rFonts w:cs="B Nazanin" w:hint="cs"/>
          <w:szCs w:val="26"/>
          <w:highlight w:val="yellow"/>
          <w:rtl/>
        </w:rPr>
        <w:t xml:space="preserve">بیش از گذشته </w:t>
      </w:r>
      <w:r w:rsidRPr="009F6ECA">
        <w:rPr>
          <w:rFonts w:cs="B Nazanin"/>
          <w:szCs w:val="26"/>
          <w:highlight w:val="yellow"/>
          <w:rtl/>
        </w:rPr>
        <w:t>بپردازند</w:t>
      </w:r>
      <w:r w:rsidRPr="009F6ECA">
        <w:rPr>
          <w:rFonts w:cs="B Nazanin" w:hint="cs"/>
          <w:szCs w:val="26"/>
          <w:highlight w:val="yellow"/>
          <w:rtl/>
        </w:rPr>
        <w:t>.</w:t>
      </w:r>
    </w:p>
    <w:p w14:paraId="0D95C6B0" w14:textId="77777777" w:rsidR="00911645" w:rsidRDefault="00911645" w:rsidP="00911645">
      <w:pPr>
        <w:bidi/>
        <w:jc w:val="both"/>
        <w:rPr>
          <w:rFonts w:cs="B Nazanin"/>
          <w:szCs w:val="26"/>
          <w:rtl/>
        </w:rPr>
      </w:pPr>
    </w:p>
    <w:p w14:paraId="45F410D9" w14:textId="77777777" w:rsidR="00911645" w:rsidRDefault="00911645" w:rsidP="00911645">
      <w:pPr>
        <w:bidi/>
        <w:spacing w:line="240" w:lineRule="auto"/>
        <w:jc w:val="both"/>
        <w:rPr>
          <w:rFonts w:cs="B Nazanin"/>
          <w:szCs w:val="26"/>
          <w:highlight w:val="yellow"/>
          <w:rtl/>
        </w:rPr>
      </w:pPr>
      <w:r w:rsidRPr="00C72138">
        <w:rPr>
          <w:rFonts w:cs="B Nazanin" w:hint="cs"/>
          <w:szCs w:val="26"/>
          <w:highlight w:val="yellow"/>
          <w:rtl/>
        </w:rPr>
        <w:t>ب</w:t>
      </w:r>
      <w:r w:rsidRPr="00C72138">
        <w:rPr>
          <w:rFonts w:cs="B Nazanin"/>
          <w:szCs w:val="26"/>
          <w:highlight w:val="yellow"/>
          <w:rtl/>
        </w:rPr>
        <w:t>ر اساس نتایج این پژوهش، پیشنهادهایی کاربردی برای مدیران استخرهای ورزشی ارائه می‌شود که می‌تواند به بهبود کیفیت مدیریت و افزایش بهره‌وری این فضاها کمک کند</w:t>
      </w:r>
    </w:p>
    <w:p w14:paraId="3F37368A" w14:textId="77777777" w:rsidR="00911645" w:rsidRPr="0059504F" w:rsidRDefault="00911645" w:rsidP="00911645">
      <w:pPr>
        <w:pStyle w:val="af0"/>
        <w:numPr>
          <w:ilvl w:val="0"/>
          <w:numId w:val="44"/>
        </w:numPr>
        <w:bidi/>
        <w:spacing w:line="240" w:lineRule="auto"/>
        <w:jc w:val="both"/>
        <w:rPr>
          <w:rFonts w:cs="B Nazanin"/>
          <w:szCs w:val="26"/>
          <w:highlight w:val="yellow"/>
        </w:rPr>
      </w:pPr>
      <w:r>
        <w:rPr>
          <w:rFonts w:cs="B Nazanin" w:hint="cs"/>
          <w:b/>
          <w:bCs/>
          <w:szCs w:val="26"/>
          <w:highlight w:val="yellow"/>
          <w:rtl/>
        </w:rPr>
        <w:lastRenderedPageBreak/>
        <w:t>ت</w:t>
      </w:r>
      <w:r w:rsidRPr="0059504F">
        <w:rPr>
          <w:rFonts w:cs="B Nazanin"/>
          <w:b/>
          <w:bCs/>
          <w:szCs w:val="26"/>
          <w:highlight w:val="yellow"/>
          <w:rtl/>
        </w:rPr>
        <w:t>وجه به استانداردهای بهداشتی و ایمنی</w:t>
      </w:r>
      <w:r w:rsidRPr="0059504F">
        <w:rPr>
          <w:rFonts w:cs="B Nazanin"/>
          <w:b/>
          <w:bCs/>
          <w:szCs w:val="26"/>
          <w:highlight w:val="yellow"/>
        </w:rPr>
        <w:t>:</w:t>
      </w:r>
      <w:r w:rsidRPr="0059504F">
        <w:rPr>
          <w:rFonts w:cs="B Nazanin"/>
          <w:szCs w:val="26"/>
          <w:highlight w:val="yellow"/>
        </w:rPr>
        <w:t xml:space="preserve"> </w:t>
      </w:r>
      <w:r w:rsidRPr="0059504F">
        <w:rPr>
          <w:rFonts w:cs="B Nazanin"/>
          <w:szCs w:val="26"/>
          <w:highlight w:val="yellow"/>
          <w:rtl/>
        </w:rPr>
        <w:t>رعایت دقیق استانداردهای بین‌المللی در نظافت، کیفیت آب، تهویه، و ایمنی فضا، که تضمین‌کننده سلامت شناگران و اعتبار مجموعه است</w:t>
      </w:r>
      <w:r w:rsidRPr="0059504F">
        <w:rPr>
          <w:rFonts w:cs="B Nazanin"/>
          <w:szCs w:val="26"/>
          <w:highlight w:val="yellow"/>
        </w:rPr>
        <w:t>.</w:t>
      </w:r>
    </w:p>
    <w:p w14:paraId="44342094" w14:textId="77777777" w:rsidR="00911645" w:rsidRPr="0059504F" w:rsidRDefault="00911645" w:rsidP="00911645">
      <w:pPr>
        <w:pStyle w:val="af0"/>
        <w:numPr>
          <w:ilvl w:val="0"/>
          <w:numId w:val="44"/>
        </w:numPr>
        <w:bidi/>
        <w:jc w:val="both"/>
        <w:rPr>
          <w:rFonts w:cs="B Nazanin"/>
          <w:szCs w:val="26"/>
          <w:highlight w:val="yellow"/>
        </w:rPr>
      </w:pPr>
      <w:r w:rsidRPr="0059504F">
        <w:rPr>
          <w:rFonts w:cs="B Nazanin"/>
          <w:b/>
          <w:bCs/>
          <w:szCs w:val="26"/>
          <w:highlight w:val="yellow"/>
          <w:rtl/>
        </w:rPr>
        <w:t>سرمایه‌گذاری در زیرساخت‌ها</w:t>
      </w:r>
      <w:r w:rsidRPr="0059504F">
        <w:rPr>
          <w:rFonts w:cs="B Nazanin"/>
          <w:b/>
          <w:bCs/>
          <w:szCs w:val="26"/>
          <w:highlight w:val="yellow"/>
        </w:rPr>
        <w:t>:</w:t>
      </w:r>
      <w:r w:rsidRPr="0059504F">
        <w:rPr>
          <w:rFonts w:cs="B Nazanin"/>
          <w:szCs w:val="26"/>
          <w:highlight w:val="yellow"/>
        </w:rPr>
        <w:t xml:space="preserve"> </w:t>
      </w:r>
      <w:r w:rsidRPr="0059504F">
        <w:rPr>
          <w:rFonts w:cs="B Nazanin"/>
          <w:szCs w:val="26"/>
          <w:highlight w:val="yellow"/>
          <w:rtl/>
        </w:rPr>
        <w:t>نوسازی تجهیزات، بهبود طراحی فضاهای آبی بر اساس استانداردهای ایمنی و زیبایی‌شناسی، و ایجاد محیطی جذاب برای افزایش رضایتمندی و جذب بیشتر مخاطبان</w:t>
      </w:r>
      <w:r w:rsidRPr="0059504F">
        <w:rPr>
          <w:rFonts w:cs="B Nazanin"/>
          <w:szCs w:val="26"/>
          <w:highlight w:val="yellow"/>
        </w:rPr>
        <w:t>.</w:t>
      </w:r>
    </w:p>
    <w:p w14:paraId="1ED29C71" w14:textId="77777777" w:rsidR="00911645" w:rsidRPr="0059504F" w:rsidRDefault="00911645" w:rsidP="00911645">
      <w:pPr>
        <w:pStyle w:val="af0"/>
        <w:numPr>
          <w:ilvl w:val="0"/>
          <w:numId w:val="44"/>
        </w:numPr>
        <w:bidi/>
        <w:jc w:val="both"/>
        <w:rPr>
          <w:rFonts w:cs="B Nazanin"/>
          <w:szCs w:val="26"/>
          <w:highlight w:val="yellow"/>
        </w:rPr>
      </w:pPr>
      <w:r w:rsidRPr="0059504F">
        <w:rPr>
          <w:rFonts w:cs="B Nazanin"/>
          <w:b/>
          <w:bCs/>
          <w:szCs w:val="26"/>
          <w:highlight w:val="yellow"/>
          <w:rtl/>
        </w:rPr>
        <w:t>توسعه همکاری‌های بین‌سازمانی</w:t>
      </w:r>
      <w:r w:rsidRPr="0059504F">
        <w:rPr>
          <w:rFonts w:cs="B Nazanin"/>
          <w:b/>
          <w:bCs/>
          <w:szCs w:val="26"/>
          <w:highlight w:val="yellow"/>
        </w:rPr>
        <w:t>:</w:t>
      </w:r>
      <w:r w:rsidRPr="0059504F">
        <w:rPr>
          <w:rFonts w:cs="B Nazanin"/>
          <w:szCs w:val="26"/>
          <w:highlight w:val="yellow"/>
        </w:rPr>
        <w:t xml:space="preserve"> </w:t>
      </w:r>
      <w:r w:rsidRPr="0059504F">
        <w:rPr>
          <w:rFonts w:cs="B Nazanin"/>
          <w:szCs w:val="26"/>
          <w:highlight w:val="yellow"/>
          <w:rtl/>
        </w:rPr>
        <w:t>گسترش ارتباطات و مشارکت با فدراسیون‌ها، مدارس و مراکز تفریحی برای اجرای برنامه‌های مشترک و افزایش بهره‌وری از امکانات آبی موجود</w:t>
      </w:r>
      <w:r w:rsidRPr="0059504F">
        <w:rPr>
          <w:rFonts w:cs="B Nazanin"/>
          <w:szCs w:val="26"/>
          <w:highlight w:val="yellow"/>
        </w:rPr>
        <w:t>.</w:t>
      </w:r>
    </w:p>
    <w:p w14:paraId="10C86A41" w14:textId="77777777" w:rsidR="00911645" w:rsidRPr="0059504F" w:rsidRDefault="00911645" w:rsidP="00911645">
      <w:pPr>
        <w:pStyle w:val="af0"/>
        <w:numPr>
          <w:ilvl w:val="0"/>
          <w:numId w:val="44"/>
        </w:numPr>
        <w:bidi/>
        <w:jc w:val="both"/>
        <w:rPr>
          <w:rFonts w:cs="B Nazanin"/>
          <w:szCs w:val="26"/>
          <w:highlight w:val="yellow"/>
        </w:rPr>
      </w:pPr>
      <w:r w:rsidRPr="0059504F">
        <w:rPr>
          <w:rFonts w:cs="B Nazanin"/>
          <w:b/>
          <w:bCs/>
          <w:szCs w:val="26"/>
          <w:highlight w:val="yellow"/>
          <w:rtl/>
        </w:rPr>
        <w:t>تمرکز بر رضایتمندی مشتریان</w:t>
      </w:r>
      <w:r w:rsidRPr="0059504F">
        <w:rPr>
          <w:rFonts w:cs="B Nazanin"/>
          <w:b/>
          <w:bCs/>
          <w:szCs w:val="26"/>
          <w:highlight w:val="yellow"/>
        </w:rPr>
        <w:t>:</w:t>
      </w:r>
      <w:r w:rsidRPr="0059504F">
        <w:rPr>
          <w:rFonts w:cs="B Nazanin"/>
          <w:szCs w:val="26"/>
          <w:highlight w:val="yellow"/>
        </w:rPr>
        <w:t xml:space="preserve"> </w:t>
      </w:r>
      <w:r w:rsidRPr="0059504F">
        <w:rPr>
          <w:rFonts w:cs="B Nazanin"/>
          <w:szCs w:val="26"/>
          <w:highlight w:val="yellow"/>
          <w:rtl/>
        </w:rPr>
        <w:t>اجرای نظام‌مند نظرسنجی‌ها، تحلیل بازخوردها، و طراحی برنامه‌های وفاداری به‌منظور بهبود تجربه مشتری و حفظ ارتباط پایدار با کاربران استخر</w:t>
      </w:r>
      <w:r w:rsidRPr="0059504F">
        <w:rPr>
          <w:rFonts w:cs="B Nazanin"/>
          <w:szCs w:val="26"/>
          <w:highlight w:val="yellow"/>
        </w:rPr>
        <w:t>.</w:t>
      </w:r>
    </w:p>
    <w:p w14:paraId="73A0F2DD" w14:textId="77777777" w:rsidR="00911645" w:rsidRPr="0059504F" w:rsidRDefault="00911645" w:rsidP="00911645">
      <w:pPr>
        <w:bidi/>
        <w:jc w:val="both"/>
        <w:rPr>
          <w:rFonts w:cs="B Nazanin"/>
          <w:szCs w:val="26"/>
          <w:highlight w:val="yellow"/>
          <w:rtl/>
        </w:rPr>
      </w:pPr>
    </w:p>
    <w:p w14:paraId="0091EB6B" w14:textId="77777777" w:rsidR="00911645" w:rsidRPr="003C0930" w:rsidRDefault="00911645" w:rsidP="00911645">
      <w:pPr>
        <w:bidi/>
        <w:jc w:val="both"/>
        <w:rPr>
          <w:rFonts w:asciiTheme="minorHAnsi" w:hAnsiTheme="minorHAnsi" w:cs="B Nazanin"/>
          <w:szCs w:val="26"/>
          <w:highlight w:val="yellow"/>
        </w:rPr>
      </w:pPr>
      <w:r w:rsidRPr="00C72138">
        <w:rPr>
          <w:rFonts w:cs="B Nazanin" w:hint="cs"/>
          <w:szCs w:val="26"/>
          <w:highlight w:val="yellow"/>
          <w:rtl/>
        </w:rPr>
        <w:t xml:space="preserve">همچنین با </w:t>
      </w:r>
      <w:r w:rsidRPr="00C72138">
        <w:rPr>
          <w:rFonts w:cs="B Nazanin"/>
          <w:szCs w:val="26"/>
          <w:highlight w:val="yellow"/>
          <w:rtl/>
        </w:rPr>
        <w:t>توجه به نتایج تحقیق، توصیه می‌شود سیاستگذاران حوزه ورزش اقدامات زیر را مدنظر قرار دهند</w:t>
      </w:r>
      <w:r w:rsidRPr="00C72138">
        <w:rPr>
          <w:rFonts w:cs="B Nazanin"/>
          <w:szCs w:val="26"/>
          <w:highlight w:val="yellow"/>
        </w:rPr>
        <w:t>:</w:t>
      </w:r>
    </w:p>
    <w:p w14:paraId="79012755" w14:textId="77777777" w:rsidR="00911645" w:rsidRPr="003C0930" w:rsidRDefault="00911645" w:rsidP="00911645">
      <w:pPr>
        <w:pStyle w:val="af0"/>
        <w:numPr>
          <w:ilvl w:val="0"/>
          <w:numId w:val="45"/>
        </w:numPr>
        <w:bidi/>
        <w:jc w:val="both"/>
        <w:rPr>
          <w:rFonts w:cs="B Nazanin"/>
          <w:szCs w:val="26"/>
          <w:highlight w:val="yellow"/>
          <w:rtl/>
        </w:rPr>
      </w:pPr>
      <w:r>
        <w:rPr>
          <w:rFonts w:cs="B Nazanin" w:hint="cs"/>
          <w:b/>
          <w:bCs/>
          <w:szCs w:val="26"/>
          <w:highlight w:val="yellow"/>
          <w:rtl/>
        </w:rPr>
        <w:t xml:space="preserve">تدوین و اجرای برنامه ملی ارتقای مدیریت استخرها: </w:t>
      </w:r>
      <w:r w:rsidRPr="003C0930">
        <w:rPr>
          <w:rFonts w:cs="B Nazanin"/>
          <w:szCs w:val="26"/>
          <w:highlight w:val="yellow"/>
          <w:rtl/>
        </w:rPr>
        <w:t>وزارت ورزش و فدراسیون می‌توانند با طراحی یک برنامه ملی جامع، کیفیت مدیریت استخرهای ورزشی را ارتقا دهند. این برنامه شامل استانداردسازی زیرساخت‌ها و تجهیزات، ایجاد سامانه نظارتی برای ارزیابی عملکرد و رضایتمندی، و برگزاری دوره‌های آموزشی برای مدیران و کارکنان به‌منظور ارتقای مهارت‌های مدیریتی و خدمات‌رسانی است</w:t>
      </w:r>
      <w:r w:rsidRPr="003C0930">
        <w:rPr>
          <w:rFonts w:cs="B Nazanin"/>
          <w:szCs w:val="26"/>
          <w:highlight w:val="yellow"/>
        </w:rPr>
        <w:t>.</w:t>
      </w:r>
    </w:p>
    <w:p w14:paraId="3C4EE250" w14:textId="77777777" w:rsidR="00911645" w:rsidRPr="003C0930" w:rsidRDefault="00911645" w:rsidP="00911645">
      <w:pPr>
        <w:pStyle w:val="af0"/>
        <w:numPr>
          <w:ilvl w:val="0"/>
          <w:numId w:val="45"/>
        </w:numPr>
        <w:bidi/>
        <w:jc w:val="both"/>
        <w:rPr>
          <w:rFonts w:cs="B Nazanin"/>
          <w:szCs w:val="26"/>
          <w:highlight w:val="yellow"/>
        </w:rPr>
      </w:pPr>
      <w:r w:rsidRPr="003C0930">
        <w:rPr>
          <w:rFonts w:cs="B Nazanin" w:hint="cs"/>
          <w:b/>
          <w:bCs/>
          <w:szCs w:val="26"/>
          <w:highlight w:val="yellow"/>
          <w:rtl/>
        </w:rPr>
        <w:t>حمایت مالی و جذب سرمایه گذاری در استخرهای ورزشی</w:t>
      </w:r>
      <w:r>
        <w:rPr>
          <w:rFonts w:cs="B Nazanin" w:hint="cs"/>
          <w:szCs w:val="26"/>
          <w:highlight w:val="yellow"/>
          <w:rtl/>
        </w:rPr>
        <w:t xml:space="preserve">: </w:t>
      </w:r>
      <w:r w:rsidRPr="003C0930">
        <w:rPr>
          <w:rFonts w:cs="B Nazanin"/>
          <w:szCs w:val="26"/>
          <w:highlight w:val="yellow"/>
          <w:rtl/>
        </w:rPr>
        <w:t>با تخصیص بودجه، ارائه تسهیلات بانکی</w:t>
      </w:r>
      <w:r>
        <w:rPr>
          <w:rFonts w:cs="B Nazanin" w:hint="cs"/>
          <w:szCs w:val="26"/>
          <w:highlight w:val="yellow"/>
          <w:rtl/>
        </w:rPr>
        <w:t xml:space="preserve"> </w:t>
      </w:r>
      <w:r w:rsidRPr="003C0930">
        <w:rPr>
          <w:rFonts w:cs="B Nazanin"/>
          <w:szCs w:val="26"/>
          <w:highlight w:val="yellow"/>
          <w:rtl/>
        </w:rPr>
        <w:t>و تدوین مشوق‌های مالیاتی می‌توان از بازسازی استخرهای قدیمی، سرمایه‌گذاری بخش خصوصی و ایجاد استخرهای عمومی در مناطق کمتر برخوردار حمایت کرد تا توسعه ورزش‌های آبی و سلامت جامعه تقویت شود</w:t>
      </w:r>
      <w:r w:rsidRPr="003C0930">
        <w:rPr>
          <w:rFonts w:cs="B Nazanin"/>
          <w:szCs w:val="26"/>
          <w:highlight w:val="yellow"/>
        </w:rPr>
        <w:t>.</w:t>
      </w:r>
    </w:p>
    <w:p w14:paraId="0334B74B" w14:textId="77777777" w:rsidR="00911645" w:rsidRPr="00911645" w:rsidRDefault="00911645" w:rsidP="00911645">
      <w:pPr>
        <w:bidi/>
        <w:jc w:val="both"/>
        <w:rPr>
          <w:rFonts w:cs="B Lotus"/>
          <w:szCs w:val="26"/>
        </w:rPr>
      </w:pPr>
    </w:p>
    <w:p w14:paraId="182567B6" w14:textId="49E30EC6" w:rsidR="005023A2" w:rsidRPr="0051022B" w:rsidRDefault="0051022B" w:rsidP="0051022B">
      <w:pPr>
        <w:bidi/>
        <w:jc w:val="both"/>
        <w:rPr>
          <w:rFonts w:asciiTheme="minorHAnsi" w:hAnsiTheme="minorHAnsi" w:cs="B Lotus"/>
          <w:szCs w:val="26"/>
        </w:rPr>
      </w:pPr>
      <w:r w:rsidRPr="0051022B">
        <w:rPr>
          <w:rFonts w:ascii="Calibri" w:hAnsi="Calibri" w:cs="B Lotus" w:hint="cs"/>
          <w:szCs w:val="26"/>
          <w:rtl/>
          <w:lang w:bidi="fa-IR"/>
        </w:rPr>
        <w:t xml:space="preserve">لذا </w:t>
      </w:r>
      <w:r w:rsidRPr="0051022B">
        <w:rPr>
          <w:rFonts w:cs="B Lotus"/>
          <w:szCs w:val="26"/>
          <w:rtl/>
        </w:rPr>
        <w:t>این مدل</w:t>
      </w:r>
      <w:r w:rsidRPr="00332BF4">
        <w:rPr>
          <w:rFonts w:cs="B Lotus"/>
          <w:szCs w:val="26"/>
          <w:rtl/>
        </w:rPr>
        <w:t xml:space="preserve"> می‌تواند مبنای طراحی استاندارد ملی مدیریت عملکرد در استخرهای ورزشی قرار گیرد و نقش مؤثری در ارتقاء کیفیت خدمات، افزایش رضایت مشتریان، کاهش ریسک‌های حقوقی و بهداشتی، و بهبود بهره‌وری اقتصادی این مراکز ایفا کند</w:t>
      </w:r>
      <w:r w:rsidRPr="00332BF4">
        <w:rPr>
          <w:rFonts w:cs="B Lotus"/>
          <w:szCs w:val="26"/>
        </w:rPr>
        <w:t>.</w:t>
      </w:r>
      <w:r>
        <w:rPr>
          <w:rFonts w:cs="B Lotus" w:hint="cs"/>
          <w:szCs w:val="26"/>
          <w:rtl/>
        </w:rPr>
        <w:t xml:space="preserve"> </w:t>
      </w:r>
      <w:r w:rsidR="00E52C87" w:rsidRPr="0051114F">
        <w:rPr>
          <w:rFonts w:cs="B Lotus" w:hint="cs"/>
          <w:szCs w:val="26"/>
          <w:rtl/>
        </w:rPr>
        <w:t>در</w:t>
      </w:r>
      <w:r w:rsidR="00E52C87" w:rsidRPr="0051114F">
        <w:rPr>
          <w:rFonts w:cs="B Lotus"/>
          <w:szCs w:val="26"/>
          <w:rtl/>
        </w:rPr>
        <w:t xml:space="preserve"> </w:t>
      </w:r>
      <w:r w:rsidR="00E52C87" w:rsidRPr="0051114F">
        <w:rPr>
          <w:rFonts w:cs="B Lotus" w:hint="cs"/>
          <w:szCs w:val="26"/>
          <w:rtl/>
        </w:rPr>
        <w:t>پایان،</w:t>
      </w:r>
      <w:r w:rsidR="00E52C87" w:rsidRPr="0051114F">
        <w:rPr>
          <w:rFonts w:cs="B Lotus"/>
          <w:szCs w:val="26"/>
          <w:rtl/>
        </w:rPr>
        <w:t xml:space="preserve"> </w:t>
      </w:r>
      <w:r w:rsidR="00E52C87" w:rsidRPr="0051114F">
        <w:rPr>
          <w:rFonts w:cs="B Lotus" w:hint="cs"/>
          <w:szCs w:val="26"/>
          <w:rtl/>
        </w:rPr>
        <w:t>این</w:t>
      </w:r>
      <w:r w:rsidR="00E52C87" w:rsidRPr="0051114F">
        <w:rPr>
          <w:rFonts w:cs="B Lotus"/>
          <w:szCs w:val="26"/>
          <w:rtl/>
        </w:rPr>
        <w:t xml:space="preserve"> </w:t>
      </w:r>
      <w:r w:rsidR="00E52C87" w:rsidRPr="0051114F">
        <w:rPr>
          <w:rFonts w:cs="B Lotus" w:hint="cs"/>
          <w:szCs w:val="26"/>
          <w:rtl/>
        </w:rPr>
        <w:t>مدل</w:t>
      </w:r>
      <w:r w:rsidR="00E52C87" w:rsidRPr="0051114F">
        <w:rPr>
          <w:rFonts w:cs="B Lotus"/>
          <w:szCs w:val="26"/>
          <w:rtl/>
        </w:rPr>
        <w:t xml:space="preserve"> </w:t>
      </w:r>
      <w:r w:rsidR="00E52C87" w:rsidRPr="0051114F">
        <w:rPr>
          <w:rFonts w:cs="B Lotus" w:hint="cs"/>
          <w:szCs w:val="26"/>
          <w:rtl/>
        </w:rPr>
        <w:t>نه‌تنها</w:t>
      </w:r>
      <w:r w:rsidR="00E52C87" w:rsidRPr="0051114F">
        <w:rPr>
          <w:rFonts w:cs="B Lotus"/>
          <w:szCs w:val="26"/>
          <w:rtl/>
        </w:rPr>
        <w:t xml:space="preserve"> </w:t>
      </w:r>
      <w:r w:rsidR="00E52C87" w:rsidRPr="0051114F">
        <w:rPr>
          <w:rFonts w:cs="B Lotus" w:hint="cs"/>
          <w:szCs w:val="26"/>
          <w:rtl/>
        </w:rPr>
        <w:t>به‌عنوان</w:t>
      </w:r>
      <w:r w:rsidR="00E52C87" w:rsidRPr="0051114F">
        <w:rPr>
          <w:rFonts w:cs="B Lotus"/>
          <w:szCs w:val="26"/>
          <w:rtl/>
        </w:rPr>
        <w:t xml:space="preserve"> </w:t>
      </w:r>
      <w:r w:rsidR="00E52C87" w:rsidRPr="0051114F">
        <w:rPr>
          <w:rFonts w:cs="B Lotus" w:hint="cs"/>
          <w:szCs w:val="26"/>
          <w:rtl/>
        </w:rPr>
        <w:t>یک</w:t>
      </w:r>
      <w:r w:rsidR="00E52C87" w:rsidRPr="0051114F">
        <w:rPr>
          <w:rFonts w:cs="B Lotus"/>
          <w:szCs w:val="26"/>
          <w:rtl/>
        </w:rPr>
        <w:t xml:space="preserve"> </w:t>
      </w:r>
      <w:r w:rsidR="00E52C87" w:rsidRPr="0051114F">
        <w:rPr>
          <w:rFonts w:cs="B Lotus" w:hint="cs"/>
          <w:szCs w:val="26"/>
          <w:rtl/>
        </w:rPr>
        <w:t>چارچوب</w:t>
      </w:r>
      <w:r w:rsidR="00E52C87" w:rsidRPr="0051114F">
        <w:rPr>
          <w:rFonts w:cs="B Lotus"/>
          <w:szCs w:val="26"/>
          <w:rtl/>
        </w:rPr>
        <w:t xml:space="preserve"> </w:t>
      </w:r>
      <w:r w:rsidR="00E52C87" w:rsidRPr="0051114F">
        <w:rPr>
          <w:rFonts w:cs="B Lotus" w:hint="cs"/>
          <w:szCs w:val="26"/>
          <w:rtl/>
        </w:rPr>
        <w:t>،</w:t>
      </w:r>
      <w:r w:rsidR="00E52C87" w:rsidRPr="0051114F">
        <w:rPr>
          <w:rFonts w:cs="B Lotus"/>
          <w:szCs w:val="26"/>
          <w:rtl/>
        </w:rPr>
        <w:t xml:space="preserve"> </w:t>
      </w:r>
      <w:r w:rsidR="00E52C87" w:rsidRPr="0051114F">
        <w:rPr>
          <w:rFonts w:cs="B Lotus" w:hint="cs"/>
          <w:szCs w:val="26"/>
          <w:rtl/>
        </w:rPr>
        <w:t>بلکه</w:t>
      </w:r>
      <w:r w:rsidR="00E52C87" w:rsidRPr="0051114F">
        <w:rPr>
          <w:rFonts w:cs="B Lotus"/>
          <w:szCs w:val="26"/>
          <w:rtl/>
        </w:rPr>
        <w:t xml:space="preserve"> </w:t>
      </w:r>
      <w:r w:rsidR="00E52C87" w:rsidRPr="0051114F">
        <w:rPr>
          <w:rFonts w:cs="B Lotus" w:hint="cs"/>
          <w:szCs w:val="26"/>
          <w:rtl/>
        </w:rPr>
        <w:t>به‌عنوان</w:t>
      </w:r>
      <w:r w:rsidR="00E52C87" w:rsidRPr="0051114F">
        <w:rPr>
          <w:rFonts w:cs="B Lotus"/>
          <w:szCs w:val="26"/>
          <w:rtl/>
        </w:rPr>
        <w:t xml:space="preserve"> </w:t>
      </w:r>
      <w:r w:rsidR="00E52C87" w:rsidRPr="0051114F">
        <w:rPr>
          <w:rFonts w:cs="B Lotus" w:hint="cs"/>
          <w:szCs w:val="26"/>
          <w:rtl/>
        </w:rPr>
        <w:t>ابزاری</w:t>
      </w:r>
      <w:r w:rsidR="00E52C87" w:rsidRPr="0051114F">
        <w:rPr>
          <w:rFonts w:cs="B Lotus"/>
          <w:szCs w:val="26"/>
          <w:rtl/>
        </w:rPr>
        <w:t xml:space="preserve"> </w:t>
      </w:r>
      <w:r w:rsidR="00E52C87" w:rsidRPr="0051114F">
        <w:rPr>
          <w:rFonts w:cs="B Lotus" w:hint="cs"/>
          <w:szCs w:val="26"/>
          <w:rtl/>
        </w:rPr>
        <w:t>اجرایی</w:t>
      </w:r>
      <w:r w:rsidR="00E52C87" w:rsidRPr="0051114F">
        <w:rPr>
          <w:rFonts w:cs="B Lotus"/>
          <w:szCs w:val="26"/>
          <w:rtl/>
        </w:rPr>
        <w:t xml:space="preserve"> </w:t>
      </w:r>
      <w:r w:rsidR="00E52C87" w:rsidRPr="0051114F">
        <w:rPr>
          <w:rFonts w:cs="B Lotus" w:hint="cs"/>
          <w:szCs w:val="26"/>
          <w:rtl/>
        </w:rPr>
        <w:t>و</w:t>
      </w:r>
      <w:r w:rsidR="00E52C87" w:rsidRPr="0051114F">
        <w:rPr>
          <w:rFonts w:cs="B Lotus"/>
          <w:szCs w:val="26"/>
          <w:rtl/>
        </w:rPr>
        <w:t xml:space="preserve"> </w:t>
      </w:r>
      <w:r w:rsidR="00E52C87" w:rsidRPr="0051114F">
        <w:rPr>
          <w:rFonts w:cs="B Lotus" w:hint="cs"/>
          <w:szCs w:val="26"/>
          <w:rtl/>
        </w:rPr>
        <w:t>سیاستی،</w:t>
      </w:r>
      <w:r w:rsidR="00E52C87" w:rsidRPr="0051114F">
        <w:rPr>
          <w:rFonts w:cs="B Lotus"/>
          <w:szCs w:val="26"/>
          <w:rtl/>
        </w:rPr>
        <w:t xml:space="preserve"> </w:t>
      </w:r>
      <w:r w:rsidR="00E52C87" w:rsidRPr="0051114F">
        <w:rPr>
          <w:rFonts w:cs="B Lotus" w:hint="cs"/>
          <w:szCs w:val="26"/>
          <w:rtl/>
        </w:rPr>
        <w:t>ظرفیت</w:t>
      </w:r>
      <w:r w:rsidR="00E52C87" w:rsidRPr="0051114F">
        <w:rPr>
          <w:rFonts w:cs="B Lotus"/>
          <w:szCs w:val="26"/>
          <w:rtl/>
        </w:rPr>
        <w:t xml:space="preserve"> </w:t>
      </w:r>
      <w:r w:rsidR="00E52C87" w:rsidRPr="0051114F">
        <w:rPr>
          <w:rFonts w:cs="B Lotus" w:hint="cs"/>
          <w:szCs w:val="26"/>
          <w:rtl/>
        </w:rPr>
        <w:t>ارتقای</w:t>
      </w:r>
      <w:r w:rsidR="00E52C87" w:rsidRPr="0051114F">
        <w:rPr>
          <w:rFonts w:cs="B Lotus"/>
          <w:szCs w:val="26"/>
          <w:rtl/>
        </w:rPr>
        <w:t xml:space="preserve"> </w:t>
      </w:r>
      <w:r w:rsidR="00E52C87" w:rsidRPr="0051114F">
        <w:rPr>
          <w:rFonts w:cs="B Lotus" w:hint="cs"/>
          <w:szCs w:val="26"/>
          <w:rtl/>
        </w:rPr>
        <w:t>کیفیت،</w:t>
      </w:r>
      <w:r w:rsidR="00E52C87" w:rsidRPr="0051114F">
        <w:rPr>
          <w:rFonts w:cs="B Lotus"/>
          <w:szCs w:val="26"/>
          <w:rtl/>
        </w:rPr>
        <w:t xml:space="preserve"> </w:t>
      </w:r>
      <w:r w:rsidR="00E52C87" w:rsidRPr="0051114F">
        <w:rPr>
          <w:rFonts w:cs="B Lotus" w:hint="cs"/>
          <w:szCs w:val="26"/>
          <w:rtl/>
        </w:rPr>
        <w:t>بهره‌وری،</w:t>
      </w:r>
      <w:r w:rsidR="00E52C87" w:rsidRPr="0051114F">
        <w:rPr>
          <w:rFonts w:cs="B Lotus"/>
          <w:szCs w:val="26"/>
          <w:rtl/>
        </w:rPr>
        <w:t xml:space="preserve"> </w:t>
      </w:r>
      <w:r w:rsidR="00E52C87" w:rsidRPr="0051114F">
        <w:rPr>
          <w:rFonts w:cs="B Lotus" w:hint="cs"/>
          <w:szCs w:val="26"/>
          <w:rtl/>
        </w:rPr>
        <w:t>سلامت</w:t>
      </w:r>
      <w:r w:rsidR="00E52C87" w:rsidRPr="0051114F">
        <w:rPr>
          <w:rFonts w:cs="B Lotus"/>
          <w:szCs w:val="26"/>
          <w:rtl/>
        </w:rPr>
        <w:t xml:space="preserve"> </w:t>
      </w:r>
      <w:r w:rsidR="00E52C87" w:rsidRPr="0051114F">
        <w:rPr>
          <w:rFonts w:cs="B Lotus" w:hint="cs"/>
          <w:szCs w:val="26"/>
          <w:rtl/>
        </w:rPr>
        <w:t>عمومی</w:t>
      </w:r>
      <w:r w:rsidR="00E52C87" w:rsidRPr="0051114F">
        <w:rPr>
          <w:rFonts w:cs="B Lotus"/>
          <w:szCs w:val="26"/>
          <w:rtl/>
        </w:rPr>
        <w:t xml:space="preserve"> </w:t>
      </w:r>
      <w:r w:rsidR="00E52C87" w:rsidRPr="0051114F">
        <w:rPr>
          <w:rFonts w:cs="B Lotus" w:hint="cs"/>
          <w:szCs w:val="26"/>
          <w:rtl/>
        </w:rPr>
        <w:t>و</w:t>
      </w:r>
      <w:r w:rsidR="00E52C87" w:rsidRPr="0051114F">
        <w:rPr>
          <w:rFonts w:cs="B Lotus"/>
          <w:szCs w:val="26"/>
          <w:rtl/>
        </w:rPr>
        <w:t xml:space="preserve"> </w:t>
      </w:r>
      <w:r w:rsidR="00E52C87" w:rsidRPr="0051114F">
        <w:rPr>
          <w:rFonts w:cs="B Lotus" w:hint="cs"/>
          <w:szCs w:val="26"/>
          <w:rtl/>
        </w:rPr>
        <w:t>سرمایه</w:t>
      </w:r>
      <w:r w:rsidR="00E52C87" w:rsidRPr="0051114F">
        <w:rPr>
          <w:rFonts w:cs="B Lotus"/>
          <w:szCs w:val="26"/>
          <w:rtl/>
        </w:rPr>
        <w:t xml:space="preserve"> </w:t>
      </w:r>
      <w:r w:rsidR="00E52C87" w:rsidRPr="0051114F">
        <w:rPr>
          <w:rFonts w:cs="B Lotus" w:hint="cs"/>
          <w:szCs w:val="26"/>
          <w:rtl/>
        </w:rPr>
        <w:t>اجتماعی</w:t>
      </w:r>
      <w:r w:rsidR="00E52C87" w:rsidRPr="0051114F">
        <w:rPr>
          <w:rFonts w:cs="B Lotus"/>
          <w:szCs w:val="26"/>
          <w:rtl/>
        </w:rPr>
        <w:t xml:space="preserve"> </w:t>
      </w:r>
      <w:r w:rsidR="00E52C87" w:rsidRPr="0051114F">
        <w:rPr>
          <w:rFonts w:cs="B Lotus" w:hint="cs"/>
          <w:szCs w:val="26"/>
          <w:rtl/>
        </w:rPr>
        <w:t>در</w:t>
      </w:r>
      <w:r w:rsidR="00E52C87" w:rsidRPr="0051114F">
        <w:rPr>
          <w:rFonts w:cs="B Lotus"/>
          <w:szCs w:val="26"/>
          <w:rtl/>
        </w:rPr>
        <w:t xml:space="preserve"> </w:t>
      </w:r>
      <w:r w:rsidR="00E52C87" w:rsidRPr="0051114F">
        <w:rPr>
          <w:rFonts w:cs="B Lotus" w:hint="cs"/>
          <w:szCs w:val="26"/>
          <w:rtl/>
        </w:rPr>
        <w:t>استخرهای</w:t>
      </w:r>
      <w:r w:rsidR="00E52C87" w:rsidRPr="0051114F">
        <w:rPr>
          <w:rFonts w:cs="B Lotus"/>
          <w:szCs w:val="26"/>
          <w:rtl/>
        </w:rPr>
        <w:t xml:space="preserve"> </w:t>
      </w:r>
      <w:r w:rsidR="00E52C87" w:rsidRPr="0051114F">
        <w:rPr>
          <w:rFonts w:cs="B Lotus" w:hint="cs"/>
          <w:szCs w:val="26"/>
          <w:rtl/>
        </w:rPr>
        <w:t>ورزشی</w:t>
      </w:r>
      <w:r w:rsidR="00E52C87" w:rsidRPr="0051114F">
        <w:rPr>
          <w:rFonts w:cs="B Lotus"/>
          <w:szCs w:val="26"/>
          <w:rtl/>
        </w:rPr>
        <w:t xml:space="preserve"> </w:t>
      </w:r>
      <w:r w:rsidR="00E52C87" w:rsidRPr="0051114F">
        <w:rPr>
          <w:rFonts w:cs="B Lotus" w:hint="cs"/>
          <w:szCs w:val="26"/>
          <w:rtl/>
        </w:rPr>
        <w:lastRenderedPageBreak/>
        <w:t>کشور</w:t>
      </w:r>
      <w:r w:rsidR="00E52C87" w:rsidRPr="0051114F">
        <w:rPr>
          <w:rFonts w:cs="B Lotus"/>
          <w:szCs w:val="26"/>
          <w:rtl/>
        </w:rPr>
        <w:t xml:space="preserve"> </w:t>
      </w:r>
      <w:r w:rsidR="00E52C87" w:rsidRPr="0051114F">
        <w:rPr>
          <w:rFonts w:cs="B Lotus" w:hint="cs"/>
          <w:szCs w:val="26"/>
          <w:rtl/>
        </w:rPr>
        <w:t>را</w:t>
      </w:r>
      <w:r w:rsidR="00E52C87" w:rsidRPr="0051114F">
        <w:rPr>
          <w:rFonts w:cs="B Lotus"/>
          <w:szCs w:val="26"/>
          <w:rtl/>
        </w:rPr>
        <w:t xml:space="preserve"> </w:t>
      </w:r>
      <w:r w:rsidR="00E52C87" w:rsidRPr="0051114F">
        <w:rPr>
          <w:rFonts w:cs="B Lotus" w:hint="cs"/>
          <w:szCs w:val="26"/>
          <w:rtl/>
        </w:rPr>
        <w:t>داراست</w:t>
      </w:r>
      <w:r w:rsidR="00E52C87" w:rsidRPr="0051114F">
        <w:rPr>
          <w:rFonts w:cs="B Lotus"/>
          <w:szCs w:val="26"/>
          <w:rtl/>
        </w:rPr>
        <w:t xml:space="preserve"> </w:t>
      </w:r>
      <w:r w:rsidR="00E52C87" w:rsidRPr="0051114F">
        <w:rPr>
          <w:rFonts w:cs="B Lotus" w:hint="cs"/>
          <w:szCs w:val="26"/>
          <w:rtl/>
        </w:rPr>
        <w:t>بلکه</w:t>
      </w:r>
      <w:r w:rsidR="00E52C87" w:rsidRPr="0051114F">
        <w:rPr>
          <w:rFonts w:cs="B Lotus"/>
          <w:szCs w:val="26"/>
          <w:rtl/>
        </w:rPr>
        <w:t xml:space="preserve"> </w:t>
      </w:r>
      <w:r w:rsidR="00E52C87" w:rsidRPr="0051114F">
        <w:rPr>
          <w:rFonts w:cs="B Lotus" w:hint="cs"/>
          <w:szCs w:val="26"/>
          <w:rtl/>
        </w:rPr>
        <w:t>با</w:t>
      </w:r>
      <w:r w:rsidR="00E52C87" w:rsidRPr="0051114F">
        <w:rPr>
          <w:rFonts w:cs="B Lotus"/>
          <w:szCs w:val="26"/>
          <w:rtl/>
        </w:rPr>
        <w:t xml:space="preserve"> </w:t>
      </w:r>
      <w:r w:rsidR="00E52C87" w:rsidRPr="0051114F">
        <w:rPr>
          <w:rFonts w:cs="B Lotus" w:hint="cs"/>
          <w:szCs w:val="26"/>
          <w:rtl/>
        </w:rPr>
        <w:t>اجرایی‌سازی</w:t>
      </w:r>
      <w:r w:rsidR="00E52C87" w:rsidRPr="0051114F">
        <w:rPr>
          <w:rFonts w:cs="B Lotus"/>
          <w:szCs w:val="26"/>
          <w:rtl/>
        </w:rPr>
        <w:t xml:space="preserve"> </w:t>
      </w:r>
      <w:r w:rsidR="00E52C87" w:rsidRPr="0051114F">
        <w:rPr>
          <w:rFonts w:cs="B Lotus" w:hint="cs"/>
          <w:szCs w:val="26"/>
          <w:rtl/>
        </w:rPr>
        <w:t>این</w:t>
      </w:r>
      <w:r w:rsidR="00E52C87" w:rsidRPr="0051114F">
        <w:rPr>
          <w:rFonts w:cs="B Lotus"/>
          <w:szCs w:val="26"/>
          <w:rtl/>
        </w:rPr>
        <w:t xml:space="preserve"> </w:t>
      </w:r>
      <w:r w:rsidR="00E52C87" w:rsidRPr="0051114F">
        <w:rPr>
          <w:rFonts w:cs="B Lotus" w:hint="cs"/>
          <w:szCs w:val="26"/>
          <w:rtl/>
        </w:rPr>
        <w:t>مدل،</w:t>
      </w:r>
      <w:r w:rsidR="00E52C87" w:rsidRPr="0051114F">
        <w:rPr>
          <w:rFonts w:cs="B Lotus"/>
          <w:szCs w:val="26"/>
          <w:rtl/>
        </w:rPr>
        <w:t xml:space="preserve"> </w:t>
      </w:r>
      <w:r w:rsidR="00E52C87" w:rsidRPr="0051114F">
        <w:rPr>
          <w:rFonts w:cs="B Lotus" w:hint="cs"/>
          <w:szCs w:val="26"/>
          <w:rtl/>
        </w:rPr>
        <w:t>می‌توان</w:t>
      </w:r>
      <w:r w:rsidR="00E52C87" w:rsidRPr="0051114F">
        <w:rPr>
          <w:rFonts w:cs="B Lotus"/>
          <w:szCs w:val="26"/>
          <w:rtl/>
        </w:rPr>
        <w:t xml:space="preserve"> </w:t>
      </w:r>
      <w:r w:rsidR="00E52C87" w:rsidRPr="0051114F">
        <w:rPr>
          <w:rFonts w:cs="B Lotus" w:hint="cs"/>
          <w:szCs w:val="26"/>
          <w:rtl/>
        </w:rPr>
        <w:t>گام</w:t>
      </w:r>
      <w:r w:rsidR="00E52C87" w:rsidRPr="0051114F">
        <w:rPr>
          <w:rFonts w:cs="B Lotus"/>
          <w:szCs w:val="26"/>
          <w:rtl/>
        </w:rPr>
        <w:t xml:space="preserve"> </w:t>
      </w:r>
      <w:r w:rsidR="00E52C87" w:rsidRPr="0051114F">
        <w:rPr>
          <w:rFonts w:cs="B Lotus" w:hint="cs"/>
          <w:szCs w:val="26"/>
          <w:rtl/>
        </w:rPr>
        <w:t>بلندی</w:t>
      </w:r>
      <w:r w:rsidR="00E52C87" w:rsidRPr="0051114F">
        <w:rPr>
          <w:rFonts w:cs="B Lotus"/>
          <w:szCs w:val="26"/>
          <w:rtl/>
        </w:rPr>
        <w:t xml:space="preserve"> </w:t>
      </w:r>
      <w:r w:rsidR="00E52C87" w:rsidRPr="0051114F">
        <w:rPr>
          <w:rFonts w:cs="B Lotus" w:hint="cs"/>
          <w:szCs w:val="26"/>
          <w:rtl/>
        </w:rPr>
        <w:t>در</w:t>
      </w:r>
      <w:r w:rsidR="00E52C87" w:rsidRPr="0051114F">
        <w:rPr>
          <w:rFonts w:cs="B Lotus"/>
          <w:szCs w:val="26"/>
          <w:rtl/>
        </w:rPr>
        <w:t xml:space="preserve"> </w:t>
      </w:r>
      <w:r w:rsidR="00E52C87" w:rsidRPr="0051114F">
        <w:rPr>
          <w:rFonts w:cs="B Lotus" w:hint="cs"/>
          <w:szCs w:val="26"/>
          <w:rtl/>
        </w:rPr>
        <w:t>جهت</w:t>
      </w:r>
      <w:r w:rsidR="00E52C87" w:rsidRPr="0051114F">
        <w:rPr>
          <w:rFonts w:cs="B Lotus"/>
          <w:szCs w:val="26"/>
          <w:rtl/>
        </w:rPr>
        <w:t xml:space="preserve"> </w:t>
      </w:r>
      <w:r w:rsidR="00E52C87" w:rsidRPr="0051114F">
        <w:rPr>
          <w:rFonts w:cs="B Lotus" w:hint="cs"/>
          <w:szCs w:val="26"/>
          <w:rtl/>
        </w:rPr>
        <w:t>تحول</w:t>
      </w:r>
      <w:r w:rsidR="00E52C87" w:rsidRPr="0051114F">
        <w:rPr>
          <w:rFonts w:cs="B Lotus"/>
          <w:szCs w:val="26"/>
          <w:rtl/>
        </w:rPr>
        <w:t xml:space="preserve"> </w:t>
      </w:r>
      <w:r w:rsidR="00E52C87" w:rsidRPr="0051114F">
        <w:rPr>
          <w:rFonts w:cs="B Lotus" w:hint="cs"/>
          <w:szCs w:val="26"/>
          <w:rtl/>
        </w:rPr>
        <w:t>راهبردی</w:t>
      </w:r>
      <w:r w:rsidR="00E52C87" w:rsidRPr="0051114F">
        <w:rPr>
          <w:rFonts w:cs="B Lotus"/>
          <w:szCs w:val="26"/>
          <w:rtl/>
        </w:rPr>
        <w:t xml:space="preserve"> </w:t>
      </w:r>
      <w:r w:rsidR="00E52C87" w:rsidRPr="0051114F">
        <w:rPr>
          <w:rFonts w:cs="B Lotus" w:hint="cs"/>
          <w:szCs w:val="26"/>
          <w:rtl/>
        </w:rPr>
        <w:t>در</w:t>
      </w:r>
      <w:r w:rsidR="00E52C87" w:rsidRPr="0051114F">
        <w:rPr>
          <w:rFonts w:cs="B Lotus"/>
          <w:szCs w:val="26"/>
          <w:rtl/>
        </w:rPr>
        <w:t xml:space="preserve"> </w:t>
      </w:r>
      <w:r w:rsidR="00E52C87" w:rsidRPr="0051114F">
        <w:rPr>
          <w:rFonts w:cs="B Lotus" w:hint="cs"/>
          <w:szCs w:val="26"/>
          <w:rtl/>
        </w:rPr>
        <w:t>نظام</w:t>
      </w:r>
      <w:r w:rsidR="00E52C87" w:rsidRPr="0051114F">
        <w:rPr>
          <w:rFonts w:cs="B Lotus"/>
          <w:szCs w:val="26"/>
          <w:rtl/>
        </w:rPr>
        <w:t xml:space="preserve"> </w:t>
      </w:r>
      <w:r w:rsidR="00E52C87" w:rsidRPr="0051114F">
        <w:rPr>
          <w:rFonts w:cs="B Lotus" w:hint="cs"/>
          <w:szCs w:val="26"/>
          <w:rtl/>
        </w:rPr>
        <w:t>مدیریت</w:t>
      </w:r>
      <w:r w:rsidR="00E52C87" w:rsidRPr="0051114F">
        <w:rPr>
          <w:rFonts w:cs="B Lotus"/>
          <w:szCs w:val="26"/>
          <w:rtl/>
        </w:rPr>
        <w:t xml:space="preserve"> </w:t>
      </w:r>
      <w:r w:rsidR="00E52C87" w:rsidRPr="0051114F">
        <w:rPr>
          <w:rFonts w:cs="B Lotus" w:hint="cs"/>
          <w:szCs w:val="26"/>
          <w:rtl/>
        </w:rPr>
        <w:t>اماکن</w:t>
      </w:r>
      <w:r w:rsidR="00E52C87" w:rsidRPr="0051114F">
        <w:rPr>
          <w:rFonts w:cs="B Lotus"/>
          <w:szCs w:val="26"/>
          <w:rtl/>
        </w:rPr>
        <w:t xml:space="preserve"> </w:t>
      </w:r>
      <w:r w:rsidR="00E52C87" w:rsidRPr="0051114F">
        <w:rPr>
          <w:rFonts w:cs="B Lotus" w:hint="cs"/>
          <w:szCs w:val="26"/>
          <w:rtl/>
        </w:rPr>
        <w:t>ورزشی</w:t>
      </w:r>
      <w:r w:rsidR="00E52C87" w:rsidRPr="0051114F">
        <w:rPr>
          <w:rFonts w:cs="B Lotus"/>
          <w:szCs w:val="26"/>
          <w:rtl/>
        </w:rPr>
        <w:t xml:space="preserve"> </w:t>
      </w:r>
      <w:r w:rsidR="00E52C87" w:rsidRPr="0051114F">
        <w:rPr>
          <w:rFonts w:cs="B Lotus" w:hint="cs"/>
          <w:szCs w:val="26"/>
          <w:rtl/>
        </w:rPr>
        <w:t>کشور</w:t>
      </w:r>
      <w:r w:rsidR="00E52C87" w:rsidRPr="0051114F">
        <w:rPr>
          <w:rFonts w:cs="B Lotus"/>
          <w:szCs w:val="26"/>
          <w:rtl/>
        </w:rPr>
        <w:t xml:space="preserve"> </w:t>
      </w:r>
      <w:r w:rsidR="00E52C87" w:rsidRPr="0051114F">
        <w:rPr>
          <w:rFonts w:cs="B Lotus" w:hint="cs"/>
          <w:szCs w:val="26"/>
          <w:rtl/>
        </w:rPr>
        <w:t>برداشت</w:t>
      </w:r>
      <w:r w:rsidR="00E52C87" w:rsidRPr="0051114F">
        <w:rPr>
          <w:rFonts w:cs="B Lotus"/>
          <w:szCs w:val="26"/>
          <w:rtl/>
        </w:rPr>
        <w:t>.</w:t>
      </w:r>
    </w:p>
    <w:p w14:paraId="6E0864AA" w14:textId="77777777" w:rsidR="005023A2" w:rsidRDefault="00D733DB">
      <w:pPr>
        <w:jc w:val="right"/>
      </w:pPr>
      <w:r>
        <w:rPr>
          <w:rFonts w:ascii="B Titr" w:hAnsi="B Titr" w:cs="B Titr"/>
          <w:b/>
          <w:bCs/>
          <w:szCs w:val="26"/>
          <w:rtl/>
        </w:rPr>
        <w:t>منابع</w:t>
      </w:r>
    </w:p>
    <w:p w14:paraId="1E8C25D4" w14:textId="77777777"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1. Kaplan RS, Norton DP. Strategy maps: Converting intangible assets into tangible outcomes. Harvard Business Press; 2004.</w:t>
      </w:r>
    </w:p>
    <w:p w14:paraId="0193FD80" w14:textId="77777777"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2. Prajogo DI. The strategic fit between innovation strategies and business environment in delivering business performance. International journal of production Economics. 2016 Jan 1; 171:241-9.</w:t>
      </w:r>
    </w:p>
    <w:p w14:paraId="2570D5EB" w14:textId="28D24348"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3. Jalali-Farahani, S., Amiri, P., &amp; Chin, M.K. (2020). Physical activity and public health in the Middle East. International Journal of Behavioral Nutrition and Physical Activity, 17(1), 1-9.</w:t>
      </w:r>
      <w:r w:rsidR="0026711E">
        <w:rPr>
          <w:rFonts w:asciiTheme="minorBidi" w:hAnsiTheme="minorBidi"/>
          <w:sz w:val="22"/>
          <w:szCs w:val="18"/>
        </w:rPr>
        <w:t xml:space="preserve"> </w:t>
      </w:r>
      <w:r w:rsidR="0026711E" w:rsidRPr="003162B5">
        <w:rPr>
          <w:rFonts w:asciiTheme="minorBidi" w:hAnsiTheme="minorBidi"/>
          <w:sz w:val="22"/>
          <w:szCs w:val="18"/>
        </w:rPr>
        <w:t>[in Persian]</w:t>
      </w:r>
    </w:p>
    <w:p w14:paraId="74CB579C" w14:textId="6B968B97"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4. Dehghan, M., Askariyan, F., Mohammadi Tarkamani, E., &amp; Dehghan Qahfarrokhi, A. (2024). Practical Guidelines for Aquatic Facilities During and Post COVID-19 Pandemic. Journal of Sport Management, 16(1), 94–115. https://doi.org/10.22059/jsm.2022.341574.2934</w:t>
      </w:r>
      <w:r w:rsidR="003162B5">
        <w:rPr>
          <w:rFonts w:asciiTheme="minorBidi" w:hAnsiTheme="minorBidi"/>
          <w:sz w:val="22"/>
          <w:szCs w:val="18"/>
        </w:rPr>
        <w:t>.</w:t>
      </w:r>
      <w:r w:rsidR="003162B5" w:rsidRPr="003162B5">
        <w:t xml:space="preserve"> </w:t>
      </w:r>
      <w:bookmarkStart w:id="4" w:name="_Hlk196657042"/>
      <w:r w:rsidR="003162B5" w:rsidRPr="003162B5">
        <w:rPr>
          <w:rFonts w:asciiTheme="minorBidi" w:hAnsiTheme="minorBidi"/>
          <w:sz w:val="22"/>
          <w:szCs w:val="18"/>
        </w:rPr>
        <w:t>[in Persian]</w:t>
      </w:r>
      <w:bookmarkEnd w:id="4"/>
    </w:p>
    <w:p w14:paraId="37ECECB4" w14:textId="6C552D8D"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5. Khosravi, Kh., Khodadadi, M. R., Jahangiri, Q., &amp; Ghorbanian, M. (2024). Optimizing Service Quality Based on Grading of Recreational Swimming Pools: A Case Study of 29 Bahman Pool in Tabriz. Sport Management Knowledge, 1(2), 49–65.</w:t>
      </w:r>
      <w:r w:rsidR="0026711E">
        <w:rPr>
          <w:rFonts w:asciiTheme="minorBidi" w:hAnsiTheme="minorBidi"/>
          <w:sz w:val="22"/>
          <w:szCs w:val="18"/>
        </w:rPr>
        <w:t xml:space="preserve"> </w:t>
      </w:r>
      <w:r w:rsidR="0026711E" w:rsidRPr="0026711E">
        <w:rPr>
          <w:rFonts w:asciiTheme="minorBidi" w:hAnsiTheme="minorBidi"/>
          <w:sz w:val="22"/>
          <w:szCs w:val="18"/>
        </w:rPr>
        <w:t>[in Persian]</w:t>
      </w:r>
    </w:p>
    <w:p w14:paraId="17417C5A" w14:textId="7ED8C00F"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6. Dehghan, M., Askariyan, F., &amp; Mohammadi Tarkamani, E. (2023). Developing a Multilayered Model for Safety Management of Swimming Pools in Health Crisis Conditions: A Case Study of the COVID-19 Pandemic. Research in Physiology and Sport Management, 15(2), 179–197.</w:t>
      </w:r>
      <w:r w:rsidR="003162B5" w:rsidRPr="003162B5">
        <w:t xml:space="preserve"> </w:t>
      </w:r>
      <w:r w:rsidR="003162B5" w:rsidRPr="003162B5">
        <w:rPr>
          <w:rFonts w:asciiTheme="minorBidi" w:hAnsiTheme="minorBidi"/>
          <w:sz w:val="22"/>
          <w:szCs w:val="18"/>
        </w:rPr>
        <w:t>[in Persian]</w:t>
      </w:r>
    </w:p>
    <w:p w14:paraId="464C3CB2" w14:textId="77777777"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7. Lau E, Hou HC, Lai JH, Edwards D, Chileshe N. User-centric analytic approach to evaluate the performance of sports facilities: A study of swimming pools. Journal of Building Engineering. 2021 Dec 1; 44:102951.</w:t>
      </w:r>
    </w:p>
    <w:p w14:paraId="75C154BF" w14:textId="6B8D8960"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 xml:space="preserve">8. </w:t>
      </w:r>
      <w:r w:rsidR="0026711E" w:rsidRPr="0026711E">
        <w:rPr>
          <w:rFonts w:asciiTheme="minorBidi" w:hAnsiTheme="minorBidi"/>
          <w:sz w:val="22"/>
          <w:szCs w:val="18"/>
        </w:rPr>
        <w:t>Izumi T, Hyodo H, Yoshioka T, Wada T. The influence of strategic swimming pool facility placement on swimming performance. Journal of Physical Education and Sport. 2023 Jul 1;23(7):1742-50.</w:t>
      </w:r>
    </w:p>
    <w:p w14:paraId="14DD2CA9" w14:textId="425DAA26"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 xml:space="preserve">9. </w:t>
      </w:r>
      <w:r w:rsidR="007F045E">
        <w:rPr>
          <w:rFonts w:asciiTheme="minorBidi" w:hAnsiTheme="minorBidi"/>
          <w:sz w:val="22"/>
          <w:szCs w:val="18"/>
        </w:rPr>
        <w:t>F</w:t>
      </w:r>
      <w:r w:rsidR="007F045E" w:rsidRPr="007F045E">
        <w:rPr>
          <w:rFonts w:asciiTheme="minorBidi" w:hAnsiTheme="minorBidi"/>
          <w:sz w:val="22"/>
          <w:szCs w:val="18"/>
        </w:rPr>
        <w:t>orouzan F. Developing a Performance Evaluation Model for Swimming Pools [Master's thesis]. Tehran:</w:t>
      </w:r>
      <w:r w:rsidR="007F045E" w:rsidRPr="007F045E">
        <w:t xml:space="preserve"> </w:t>
      </w:r>
      <w:r w:rsidR="007F045E" w:rsidRPr="007F045E">
        <w:rPr>
          <w:rFonts w:asciiTheme="minorBidi" w:hAnsiTheme="minorBidi"/>
          <w:sz w:val="22"/>
          <w:szCs w:val="18"/>
        </w:rPr>
        <w:t>Payame Noor University, Rey Center; 2016</w:t>
      </w:r>
      <w:r w:rsidR="007F045E">
        <w:rPr>
          <w:rFonts w:asciiTheme="minorBidi" w:hAnsiTheme="minorBidi"/>
          <w:sz w:val="22"/>
          <w:szCs w:val="18"/>
        </w:rPr>
        <w:t xml:space="preserve">. </w:t>
      </w:r>
      <w:r w:rsidR="007F045E" w:rsidRPr="007F045E">
        <w:rPr>
          <w:rFonts w:asciiTheme="minorBidi" w:hAnsiTheme="minorBidi"/>
          <w:sz w:val="22"/>
          <w:szCs w:val="18"/>
        </w:rPr>
        <w:t>[in Persian]</w:t>
      </w:r>
    </w:p>
    <w:p w14:paraId="0406F9E2" w14:textId="77777777" w:rsidR="00E52C87" w:rsidRPr="00D5135E" w:rsidRDefault="00E52C87" w:rsidP="00D5135E">
      <w:pPr>
        <w:jc w:val="both"/>
        <w:rPr>
          <w:rFonts w:asciiTheme="minorBidi" w:hAnsiTheme="minorBidi"/>
          <w:sz w:val="22"/>
          <w:szCs w:val="18"/>
          <w:rtl/>
          <w:lang w:bidi="fa-IR"/>
        </w:rPr>
      </w:pPr>
      <w:r w:rsidRPr="00D5135E">
        <w:rPr>
          <w:rFonts w:asciiTheme="minorBidi" w:hAnsiTheme="minorBidi"/>
          <w:sz w:val="22"/>
          <w:szCs w:val="18"/>
        </w:rPr>
        <w:t>10. Changnon D, Sparks J, Burgoyne A, Hahn C, Seymour R. Enhancing swimming pool management decisions with climate information. Meteorological Applications. 2002 Dec;9(4):461-8.</w:t>
      </w:r>
    </w:p>
    <w:p w14:paraId="1AAD0635" w14:textId="5AEBD563"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lastRenderedPageBreak/>
        <w:t>11.Poursoltani Zarandi, H. (Year unknown). Designing a Sensory Marketing Model Based on Emotional Brand Attachment and Customer Satisfaction with Sensory Experience in Sports Pools of Alborz Province. Sport Marketing Studies, 5(2), 105–120.</w:t>
      </w:r>
      <w:r w:rsidR="0026711E">
        <w:rPr>
          <w:rFonts w:asciiTheme="minorBidi" w:hAnsiTheme="minorBidi"/>
          <w:sz w:val="22"/>
          <w:szCs w:val="18"/>
        </w:rPr>
        <w:t xml:space="preserve"> </w:t>
      </w:r>
      <w:r w:rsidR="0026711E" w:rsidRPr="0026711E">
        <w:rPr>
          <w:rFonts w:asciiTheme="minorBidi" w:hAnsiTheme="minorBidi"/>
          <w:sz w:val="22"/>
          <w:szCs w:val="18"/>
        </w:rPr>
        <w:t>[in Persian]</w:t>
      </w:r>
    </w:p>
    <w:p w14:paraId="7AD3CE15" w14:textId="213DB0A9"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12. Jamali A, Salimi M, Nasr Esfahani D. Integrated Decision-making Method in Performance Evaluation and Rating of Recreational-Sports Pools. Journal of New Studies in Sport Management. 2022 Dec 1;3(4):590-601.</w:t>
      </w:r>
      <w:r w:rsidR="0026711E">
        <w:rPr>
          <w:rFonts w:asciiTheme="minorBidi" w:hAnsiTheme="minorBidi"/>
          <w:sz w:val="22"/>
          <w:szCs w:val="18"/>
        </w:rPr>
        <w:t xml:space="preserve"> </w:t>
      </w:r>
      <w:r w:rsidR="007F045E" w:rsidRPr="007F045E">
        <w:rPr>
          <w:rFonts w:asciiTheme="minorBidi" w:hAnsiTheme="minorBidi"/>
          <w:sz w:val="22"/>
          <w:szCs w:val="18"/>
        </w:rPr>
        <w:t>[in Persian]</w:t>
      </w:r>
    </w:p>
    <w:p w14:paraId="2A95E9A0" w14:textId="77777777" w:rsidR="00E52C87" w:rsidRDefault="00E52C87" w:rsidP="00D5135E">
      <w:pPr>
        <w:jc w:val="both"/>
        <w:rPr>
          <w:rFonts w:asciiTheme="minorBidi" w:hAnsiTheme="minorBidi"/>
          <w:sz w:val="22"/>
          <w:szCs w:val="18"/>
          <w:rtl/>
        </w:rPr>
      </w:pPr>
      <w:r w:rsidRPr="00D5135E">
        <w:rPr>
          <w:rFonts w:asciiTheme="minorBidi" w:hAnsiTheme="minorBidi"/>
          <w:sz w:val="22"/>
          <w:szCs w:val="18"/>
        </w:rPr>
        <w:t>13. Moodi D, Talebpoor M. Application of action and strategic position assessment matrix (SPACE ANALYSIS) in sport business (Case study: Swimming pools). Applied Research in Sport Management. 2019 Apr 21;7(4):57-66.</w:t>
      </w:r>
    </w:p>
    <w:p w14:paraId="5DC4E464" w14:textId="77777777" w:rsidR="00E733B9" w:rsidRDefault="00E733B9" w:rsidP="00E733B9">
      <w:pPr>
        <w:jc w:val="both"/>
        <w:rPr>
          <w:rFonts w:asciiTheme="minorBidi" w:hAnsiTheme="minorBidi"/>
          <w:sz w:val="22"/>
          <w:szCs w:val="18"/>
          <w:rtl/>
        </w:rPr>
      </w:pPr>
      <w:r>
        <w:rPr>
          <w:rFonts w:asciiTheme="minorBidi" w:hAnsiTheme="minorBidi"/>
          <w:sz w:val="22"/>
          <w:szCs w:val="18"/>
        </w:rPr>
        <w:t xml:space="preserve">14. </w:t>
      </w:r>
      <w:r w:rsidRPr="00E733B9">
        <w:rPr>
          <w:rFonts w:asciiTheme="minorBidi" w:hAnsiTheme="minorBidi"/>
          <w:sz w:val="22"/>
          <w:szCs w:val="18"/>
        </w:rPr>
        <w:t xml:space="preserve">Bayle E, </w:t>
      </w:r>
      <w:bookmarkStart w:id="5" w:name="_Hlk204528574"/>
      <w:r w:rsidRPr="00E733B9">
        <w:rPr>
          <w:rFonts w:asciiTheme="minorBidi" w:hAnsiTheme="minorBidi"/>
          <w:sz w:val="22"/>
          <w:szCs w:val="18"/>
        </w:rPr>
        <w:t>Clausen</w:t>
      </w:r>
      <w:bookmarkEnd w:id="5"/>
      <w:r w:rsidRPr="00E733B9">
        <w:rPr>
          <w:rFonts w:asciiTheme="minorBidi" w:hAnsiTheme="minorBidi"/>
          <w:sz w:val="22"/>
          <w:szCs w:val="18"/>
        </w:rPr>
        <w:t xml:space="preserve"> J. A conceptual model to understand and assess international sport federations’ organizational performance. </w:t>
      </w:r>
      <w:r w:rsidRPr="00E733B9">
        <w:rPr>
          <w:rFonts w:asciiTheme="minorBidi" w:hAnsiTheme="minorBidi"/>
          <w:i/>
          <w:iCs/>
          <w:sz w:val="22"/>
          <w:szCs w:val="18"/>
        </w:rPr>
        <w:t>J Glob Sport Manag.</w:t>
      </w:r>
      <w:r w:rsidRPr="00E733B9">
        <w:rPr>
          <w:rFonts w:asciiTheme="minorBidi" w:hAnsiTheme="minorBidi"/>
          <w:sz w:val="22"/>
          <w:szCs w:val="18"/>
        </w:rPr>
        <w:t xml:space="preserve"> 2024 Mar 19.</w:t>
      </w:r>
    </w:p>
    <w:p w14:paraId="791ACF53" w14:textId="77777777" w:rsidR="00E733B9" w:rsidRDefault="00E733B9" w:rsidP="00E733B9">
      <w:pPr>
        <w:jc w:val="both"/>
        <w:rPr>
          <w:rFonts w:asciiTheme="minorBidi" w:hAnsiTheme="minorBidi"/>
          <w:sz w:val="22"/>
          <w:szCs w:val="18"/>
        </w:rPr>
      </w:pPr>
      <w:r>
        <w:rPr>
          <w:rFonts w:asciiTheme="minorBidi" w:hAnsiTheme="minorBidi"/>
          <w:sz w:val="22"/>
          <w:szCs w:val="18"/>
        </w:rPr>
        <w:t xml:space="preserve">15. </w:t>
      </w:r>
      <w:r w:rsidRPr="00E733B9">
        <w:rPr>
          <w:rFonts w:asciiTheme="minorBidi" w:hAnsiTheme="minorBidi"/>
          <w:sz w:val="22"/>
          <w:szCs w:val="18"/>
        </w:rPr>
        <w:t xml:space="preserve">Senkal T, Demir A. The relationship between digital transformation and performance management in sports organizations. </w:t>
      </w:r>
      <w:r w:rsidRPr="00E733B9">
        <w:rPr>
          <w:rFonts w:asciiTheme="minorBidi" w:hAnsiTheme="minorBidi"/>
          <w:i/>
          <w:iCs/>
          <w:sz w:val="22"/>
          <w:szCs w:val="18"/>
        </w:rPr>
        <w:t>Int J Innov Sci Res Technol.</w:t>
      </w:r>
      <w:r w:rsidRPr="00E733B9">
        <w:rPr>
          <w:rFonts w:asciiTheme="minorBidi" w:hAnsiTheme="minorBidi"/>
          <w:sz w:val="22"/>
          <w:szCs w:val="18"/>
        </w:rPr>
        <w:t xml:space="preserve"> 2025;5(7).</w:t>
      </w:r>
    </w:p>
    <w:p w14:paraId="532145A9" w14:textId="78B4EF97" w:rsidR="00E733B9" w:rsidRPr="00E733B9" w:rsidRDefault="00E733B9" w:rsidP="009031A7">
      <w:pPr>
        <w:rPr>
          <w:rFonts w:asciiTheme="minorBidi" w:hAnsiTheme="minorBidi"/>
          <w:sz w:val="22"/>
          <w:szCs w:val="18"/>
        </w:rPr>
      </w:pPr>
      <w:r>
        <w:rPr>
          <w:rFonts w:asciiTheme="minorBidi" w:hAnsiTheme="minorBidi"/>
          <w:sz w:val="22"/>
          <w:szCs w:val="18"/>
        </w:rPr>
        <w:t>16.</w:t>
      </w:r>
      <w:r w:rsidR="009031A7">
        <w:rPr>
          <w:rFonts w:asciiTheme="minorBidi" w:hAnsiTheme="minorBidi" w:hint="cs"/>
          <w:sz w:val="22"/>
          <w:szCs w:val="18"/>
          <w:rtl/>
        </w:rPr>
        <w:t xml:space="preserve"> </w:t>
      </w:r>
      <w:r w:rsidR="009031A7" w:rsidRPr="009031A7">
        <w:rPr>
          <w:rFonts w:asciiTheme="minorBidi" w:hAnsiTheme="minorBidi"/>
          <w:sz w:val="22"/>
          <w:szCs w:val="18"/>
        </w:rPr>
        <w:t xml:space="preserve">Ghaffari R, Amirhoseini SE, Nowzari V. Analysis of performance management model in the Federation of Swimming, Diving and Water Polo. Sport Knowledge Management. 2023;3(4). </w:t>
      </w:r>
      <w:r w:rsidR="009031A7">
        <w:rPr>
          <w:rFonts w:asciiTheme="minorBidi" w:hAnsiTheme="minorBidi"/>
          <w:sz w:val="22"/>
          <w:szCs w:val="18"/>
        </w:rPr>
        <w:t>[i</w:t>
      </w:r>
      <w:r w:rsidR="009031A7" w:rsidRPr="009031A7">
        <w:rPr>
          <w:rFonts w:asciiTheme="minorBidi" w:hAnsiTheme="minorBidi"/>
          <w:sz w:val="22"/>
          <w:szCs w:val="18"/>
        </w:rPr>
        <w:t>n Persian</w:t>
      </w:r>
      <w:r w:rsidR="009031A7">
        <w:rPr>
          <w:rFonts w:asciiTheme="minorBidi" w:hAnsiTheme="minorBidi"/>
          <w:sz w:val="22"/>
          <w:szCs w:val="18"/>
        </w:rPr>
        <w:t>]</w:t>
      </w:r>
    </w:p>
    <w:p w14:paraId="5EB63B7D" w14:textId="418D37CA" w:rsidR="00E733B9" w:rsidRPr="00D5135E" w:rsidRDefault="009031A7" w:rsidP="003D6A62">
      <w:pPr>
        <w:jc w:val="both"/>
        <w:rPr>
          <w:rFonts w:asciiTheme="minorBidi" w:hAnsiTheme="minorBidi"/>
          <w:sz w:val="22"/>
          <w:szCs w:val="18"/>
          <w:rtl/>
        </w:rPr>
      </w:pPr>
      <w:r>
        <w:rPr>
          <w:rFonts w:asciiTheme="minorBidi" w:hAnsiTheme="minorBidi"/>
          <w:sz w:val="22"/>
          <w:szCs w:val="18"/>
        </w:rPr>
        <w:t xml:space="preserve">17. </w:t>
      </w:r>
      <w:r w:rsidRPr="009031A7">
        <w:rPr>
          <w:rFonts w:asciiTheme="minorBidi" w:hAnsiTheme="minorBidi"/>
          <w:sz w:val="22"/>
          <w:szCs w:val="18"/>
        </w:rPr>
        <w:t xml:space="preserve">Keshtehdar M, Gholizadeh B, Akhrouei A, Abdolmaleki H. Identification of evaluation criteria for quality of services and performance of women's health clubs in Mashhad using combined BSC, QFD and FAHP methods. </w:t>
      </w:r>
      <w:r w:rsidRPr="009031A7">
        <w:rPr>
          <w:rFonts w:asciiTheme="minorBidi" w:hAnsiTheme="minorBidi"/>
          <w:i/>
          <w:iCs/>
          <w:sz w:val="22"/>
          <w:szCs w:val="18"/>
        </w:rPr>
        <w:t>Sport Management Research Journal.</w:t>
      </w:r>
      <w:r w:rsidRPr="009031A7">
        <w:rPr>
          <w:rFonts w:asciiTheme="minorBidi" w:hAnsiTheme="minorBidi"/>
          <w:sz w:val="22"/>
          <w:szCs w:val="18"/>
        </w:rPr>
        <w:t xml:space="preserve"> 2017;9(4). Persian. doi: 10.22089/smrj.2017.3708.1726</w:t>
      </w:r>
      <w:r>
        <w:rPr>
          <w:rFonts w:asciiTheme="minorBidi" w:hAnsiTheme="minorBidi"/>
          <w:sz w:val="22"/>
          <w:szCs w:val="18"/>
        </w:rPr>
        <w:t>.</w:t>
      </w:r>
      <w:r w:rsidRPr="009031A7">
        <w:rPr>
          <w:rFonts w:asciiTheme="minorBidi" w:hAnsiTheme="minorBidi"/>
          <w:sz w:val="22"/>
          <w:szCs w:val="18"/>
        </w:rPr>
        <w:t xml:space="preserve"> [in persian]</w:t>
      </w:r>
    </w:p>
    <w:p w14:paraId="54306B7A" w14:textId="49A95134"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1</w:t>
      </w:r>
      <w:r w:rsidR="003D6A62">
        <w:rPr>
          <w:rFonts w:asciiTheme="minorBidi" w:hAnsiTheme="minorBidi"/>
          <w:sz w:val="22"/>
          <w:szCs w:val="18"/>
        </w:rPr>
        <w:t>8</w:t>
      </w:r>
      <w:r w:rsidRPr="00D5135E">
        <w:rPr>
          <w:rFonts w:asciiTheme="minorBidi" w:hAnsiTheme="minorBidi"/>
          <w:sz w:val="22"/>
          <w:szCs w:val="18"/>
        </w:rPr>
        <w:t>. Kasale LL, Winand M, Robinson L. Performance management of National Sports Organisations: A holistic theoretical model. Sport, Business and Management: An International Journal. 2018 Oct 24;8(5):469-91.</w:t>
      </w:r>
    </w:p>
    <w:p w14:paraId="609804AE" w14:textId="4587BE15"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1</w:t>
      </w:r>
      <w:r w:rsidR="003D6A62">
        <w:rPr>
          <w:rFonts w:asciiTheme="minorBidi" w:hAnsiTheme="minorBidi"/>
          <w:sz w:val="22"/>
          <w:szCs w:val="18"/>
        </w:rPr>
        <w:t>9</w:t>
      </w:r>
      <w:r w:rsidRPr="00D5135E">
        <w:rPr>
          <w:rFonts w:asciiTheme="minorBidi" w:hAnsiTheme="minorBidi"/>
          <w:sz w:val="22"/>
          <w:szCs w:val="18"/>
        </w:rPr>
        <w:t>. Denzin NK, Lincoln YS, editors. The Sage handbook of qualitative research. sage; 2011 Apr 27.</w:t>
      </w:r>
    </w:p>
    <w:p w14:paraId="42F86D7D" w14:textId="2F7F86C3" w:rsidR="00E52C87" w:rsidRPr="00D5135E" w:rsidRDefault="003D6A62" w:rsidP="00D5135E">
      <w:pPr>
        <w:jc w:val="both"/>
        <w:rPr>
          <w:rFonts w:asciiTheme="minorBidi" w:hAnsiTheme="minorBidi"/>
          <w:sz w:val="22"/>
          <w:szCs w:val="18"/>
        </w:rPr>
      </w:pPr>
      <w:r>
        <w:rPr>
          <w:rFonts w:asciiTheme="minorBidi" w:hAnsiTheme="minorBidi"/>
          <w:sz w:val="22"/>
          <w:szCs w:val="18"/>
        </w:rPr>
        <w:t>20</w:t>
      </w:r>
      <w:r w:rsidR="00E52C87" w:rsidRPr="00D5135E">
        <w:rPr>
          <w:rFonts w:asciiTheme="minorBidi" w:hAnsiTheme="minorBidi"/>
          <w:sz w:val="22"/>
          <w:szCs w:val="18"/>
        </w:rPr>
        <w:t>. Clarke V, Braun V. Thematic analysis. The journal of positive psychology. 2017 May 4;12(3):297-8.</w:t>
      </w:r>
    </w:p>
    <w:p w14:paraId="4F8D2BED" w14:textId="2C23F8A9" w:rsidR="00E52C87" w:rsidRPr="00D5135E" w:rsidRDefault="003D6A62" w:rsidP="00D5135E">
      <w:pPr>
        <w:jc w:val="both"/>
        <w:rPr>
          <w:rFonts w:asciiTheme="minorBidi" w:hAnsiTheme="minorBidi"/>
          <w:sz w:val="22"/>
          <w:szCs w:val="18"/>
        </w:rPr>
      </w:pPr>
      <w:r>
        <w:rPr>
          <w:rFonts w:asciiTheme="minorBidi" w:hAnsiTheme="minorBidi"/>
          <w:sz w:val="22"/>
          <w:szCs w:val="18"/>
        </w:rPr>
        <w:t>21</w:t>
      </w:r>
      <w:r w:rsidR="00E52C87" w:rsidRPr="00D5135E">
        <w:rPr>
          <w:rFonts w:asciiTheme="minorBidi" w:hAnsiTheme="minorBidi"/>
          <w:sz w:val="22"/>
          <w:szCs w:val="18"/>
        </w:rPr>
        <w:t>. Guest G, Bunce A, Johnson L. How many interviews are enough? An experiment with data saturation and variability. Field methods. 2006 Feb;18(1):59-82.</w:t>
      </w:r>
    </w:p>
    <w:p w14:paraId="75DB02EE" w14:textId="3F076608" w:rsidR="00E52C87" w:rsidRPr="00D5135E" w:rsidRDefault="003D6A62" w:rsidP="00D5135E">
      <w:pPr>
        <w:jc w:val="both"/>
        <w:rPr>
          <w:rFonts w:asciiTheme="minorBidi" w:hAnsiTheme="minorBidi"/>
          <w:sz w:val="22"/>
          <w:szCs w:val="18"/>
        </w:rPr>
      </w:pPr>
      <w:r>
        <w:rPr>
          <w:rFonts w:asciiTheme="minorBidi" w:hAnsiTheme="minorBidi"/>
          <w:sz w:val="22"/>
          <w:szCs w:val="18"/>
        </w:rPr>
        <w:t>22</w:t>
      </w:r>
      <w:r w:rsidR="00E52C87" w:rsidRPr="00D5135E">
        <w:rPr>
          <w:rFonts w:asciiTheme="minorBidi" w:hAnsiTheme="minorBidi"/>
          <w:sz w:val="22"/>
          <w:szCs w:val="18"/>
        </w:rPr>
        <w:t>. Holsti LR. Clinical experience with split-course radiotherapy: A randomized clinical trial. Radiology. 1969 Mar;92(3):591-6.</w:t>
      </w:r>
    </w:p>
    <w:p w14:paraId="6E0C4A83" w14:textId="0AB21B4A" w:rsidR="00E52C87" w:rsidRPr="00D5135E" w:rsidRDefault="003D6A62" w:rsidP="00D5135E">
      <w:pPr>
        <w:jc w:val="both"/>
        <w:rPr>
          <w:rFonts w:asciiTheme="minorBidi" w:hAnsiTheme="minorBidi"/>
          <w:sz w:val="22"/>
          <w:szCs w:val="18"/>
        </w:rPr>
      </w:pPr>
      <w:r>
        <w:rPr>
          <w:rFonts w:asciiTheme="minorBidi" w:hAnsiTheme="minorBidi"/>
          <w:sz w:val="22"/>
          <w:szCs w:val="18"/>
        </w:rPr>
        <w:t>23</w:t>
      </w:r>
      <w:r w:rsidR="00E52C87" w:rsidRPr="00D5135E">
        <w:rPr>
          <w:rFonts w:asciiTheme="minorBidi" w:hAnsiTheme="minorBidi"/>
          <w:sz w:val="22"/>
          <w:szCs w:val="18"/>
        </w:rPr>
        <w:t>. Robinson L. Managing public sport and leisure services. Routledge; 2004 Jul 31.</w:t>
      </w:r>
    </w:p>
    <w:p w14:paraId="68936CB6" w14:textId="041EFDC2" w:rsidR="00E52C87" w:rsidRPr="00D5135E" w:rsidRDefault="003D6A62" w:rsidP="00D5135E">
      <w:pPr>
        <w:jc w:val="both"/>
        <w:rPr>
          <w:rFonts w:asciiTheme="minorBidi" w:hAnsiTheme="minorBidi"/>
          <w:sz w:val="22"/>
          <w:szCs w:val="18"/>
        </w:rPr>
      </w:pPr>
      <w:r>
        <w:rPr>
          <w:rFonts w:asciiTheme="minorBidi" w:hAnsiTheme="minorBidi"/>
          <w:sz w:val="22"/>
          <w:szCs w:val="18"/>
        </w:rPr>
        <w:t>24</w:t>
      </w:r>
      <w:r w:rsidR="00E52C87" w:rsidRPr="00D5135E">
        <w:rPr>
          <w:rFonts w:asciiTheme="minorBidi" w:hAnsiTheme="minorBidi"/>
          <w:sz w:val="22"/>
          <w:szCs w:val="18"/>
        </w:rPr>
        <w:t>. Taylor T, Doherty A, McGraw P. Managing people in sport organizations: A strategic human resource management perspective. Routledge; 2015 Jan 9.</w:t>
      </w:r>
    </w:p>
    <w:p w14:paraId="7ABE7C52" w14:textId="134E9D0A" w:rsidR="00E52C87" w:rsidRPr="00D5135E" w:rsidRDefault="003D6A62" w:rsidP="00D5135E">
      <w:pPr>
        <w:jc w:val="both"/>
        <w:rPr>
          <w:rFonts w:asciiTheme="minorBidi" w:hAnsiTheme="minorBidi"/>
          <w:sz w:val="22"/>
          <w:szCs w:val="18"/>
        </w:rPr>
      </w:pPr>
      <w:r>
        <w:rPr>
          <w:rFonts w:asciiTheme="minorBidi" w:hAnsiTheme="minorBidi"/>
          <w:sz w:val="22"/>
          <w:szCs w:val="18"/>
        </w:rPr>
        <w:lastRenderedPageBreak/>
        <w:t>25</w:t>
      </w:r>
      <w:r w:rsidR="00E52C87" w:rsidRPr="00D5135E">
        <w:rPr>
          <w:rFonts w:asciiTheme="minorBidi" w:hAnsiTheme="minorBidi"/>
          <w:sz w:val="22"/>
          <w:szCs w:val="18"/>
        </w:rPr>
        <w:t>.</w:t>
      </w:r>
      <w:r>
        <w:rPr>
          <w:rFonts w:asciiTheme="minorBidi" w:hAnsiTheme="minorBidi"/>
          <w:sz w:val="22"/>
          <w:szCs w:val="18"/>
        </w:rPr>
        <w:t xml:space="preserve"> </w:t>
      </w:r>
      <w:r w:rsidR="00E52C87" w:rsidRPr="00D5135E">
        <w:rPr>
          <w:rFonts w:asciiTheme="minorBidi" w:hAnsiTheme="minorBidi"/>
          <w:sz w:val="22"/>
          <w:szCs w:val="18"/>
        </w:rPr>
        <w:t>Taherani N, Sajedeh S, Salimi R, Sarshabadarani N. [Providing a sustainable development model in Iranian sports facilities based on the H3SE model]. New Approaches in Sport Management. 2022 Mar 24;36(10):133–146. [in Persian]</w:t>
      </w:r>
    </w:p>
    <w:p w14:paraId="78B45FCE" w14:textId="7569A7D0" w:rsidR="00E52C87" w:rsidRPr="00D5135E" w:rsidRDefault="003D6A62" w:rsidP="00D5135E">
      <w:pPr>
        <w:jc w:val="both"/>
        <w:rPr>
          <w:rFonts w:asciiTheme="minorBidi" w:hAnsiTheme="minorBidi"/>
          <w:sz w:val="22"/>
          <w:szCs w:val="18"/>
        </w:rPr>
      </w:pPr>
      <w:r>
        <w:rPr>
          <w:rFonts w:asciiTheme="minorBidi" w:hAnsiTheme="minorBidi"/>
          <w:sz w:val="22"/>
          <w:szCs w:val="18"/>
        </w:rPr>
        <w:t>26</w:t>
      </w:r>
      <w:r w:rsidR="00E52C87" w:rsidRPr="00D5135E">
        <w:rPr>
          <w:rFonts w:asciiTheme="minorBidi" w:hAnsiTheme="minorBidi"/>
          <w:sz w:val="22"/>
          <w:szCs w:val="18"/>
        </w:rPr>
        <w:t xml:space="preserve">. Sohrabi E. [Challenges of swimming pool management]. Journal of Sports Research. 2022;12(1):79–93. </w:t>
      </w:r>
      <w:bookmarkStart w:id="6" w:name="_Hlk196573733"/>
      <w:r w:rsidR="00E52C87" w:rsidRPr="00D5135E">
        <w:rPr>
          <w:rFonts w:asciiTheme="minorBidi" w:hAnsiTheme="minorBidi"/>
          <w:sz w:val="22"/>
          <w:szCs w:val="18"/>
        </w:rPr>
        <w:t>[in Persian]</w:t>
      </w:r>
      <w:bookmarkEnd w:id="6"/>
    </w:p>
    <w:p w14:paraId="3ACC5227" w14:textId="50BD3BA0"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2</w:t>
      </w:r>
      <w:r w:rsidR="003D6A62">
        <w:rPr>
          <w:rFonts w:asciiTheme="minorBidi" w:hAnsiTheme="minorBidi"/>
          <w:sz w:val="22"/>
          <w:szCs w:val="18"/>
        </w:rPr>
        <w:t>7</w:t>
      </w:r>
      <w:r w:rsidRPr="00D5135E">
        <w:rPr>
          <w:rFonts w:asciiTheme="minorBidi" w:hAnsiTheme="minorBidi"/>
          <w:sz w:val="22"/>
          <w:szCs w:val="18"/>
        </w:rPr>
        <w:t>. Torkfar M, Ghorbani Qahfarrokhi A, Haghani A, Eslami M. [Comparison of coaches' knowledge management and service quality from customers' perspective in indoor swimming pools]. New Approaches in Sport Management. 2016 Apr 10;4(12):23–32. [in Persian]</w:t>
      </w:r>
    </w:p>
    <w:p w14:paraId="4B7886CC" w14:textId="0B4C2352"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2</w:t>
      </w:r>
      <w:r w:rsidR="003D6A62">
        <w:rPr>
          <w:rFonts w:asciiTheme="minorBidi" w:hAnsiTheme="minorBidi"/>
          <w:sz w:val="22"/>
          <w:szCs w:val="18"/>
        </w:rPr>
        <w:t>8</w:t>
      </w:r>
      <w:r w:rsidRPr="00D5135E">
        <w:rPr>
          <w:rFonts w:asciiTheme="minorBidi" w:hAnsiTheme="minorBidi"/>
          <w:sz w:val="22"/>
          <w:szCs w:val="18"/>
        </w:rPr>
        <w:t>. lmasi M, Nejadali A, Anisi S. [Civil liability and sports insurance]. International Legal Research. 2017 Feb 19;9(34):26–52. [in Persian]</w:t>
      </w:r>
    </w:p>
    <w:p w14:paraId="69D817C6" w14:textId="5D654332" w:rsidR="00E52C87" w:rsidRPr="00D5135E" w:rsidRDefault="00E52C87" w:rsidP="00D5135E">
      <w:pPr>
        <w:jc w:val="both"/>
        <w:rPr>
          <w:rFonts w:asciiTheme="minorBidi" w:hAnsiTheme="minorBidi"/>
          <w:sz w:val="22"/>
          <w:szCs w:val="18"/>
        </w:rPr>
      </w:pPr>
      <w:r w:rsidRPr="00D5135E">
        <w:rPr>
          <w:rFonts w:asciiTheme="minorBidi" w:hAnsiTheme="minorBidi"/>
          <w:sz w:val="22"/>
          <w:szCs w:val="18"/>
        </w:rPr>
        <w:t>2</w:t>
      </w:r>
      <w:r w:rsidR="003D6A62">
        <w:rPr>
          <w:rFonts w:asciiTheme="minorBidi" w:hAnsiTheme="minorBidi"/>
          <w:sz w:val="22"/>
          <w:szCs w:val="18"/>
        </w:rPr>
        <w:t>9</w:t>
      </w:r>
      <w:r w:rsidRPr="00D5135E">
        <w:rPr>
          <w:rFonts w:asciiTheme="minorBidi" w:hAnsiTheme="minorBidi"/>
          <w:sz w:val="22"/>
          <w:szCs w:val="18"/>
        </w:rPr>
        <w:t>. De Dycker S. Good governance in Sport: comparative law aspects. The International Sports Law Journal. 2019 Sep;19(1):116-28.</w:t>
      </w:r>
    </w:p>
    <w:p w14:paraId="530ACCC3" w14:textId="06ABDAF2" w:rsidR="005023A2" w:rsidRPr="00D5135E" w:rsidRDefault="003D6A62" w:rsidP="00D5135E">
      <w:pPr>
        <w:jc w:val="both"/>
        <w:rPr>
          <w:rFonts w:asciiTheme="minorBidi" w:hAnsiTheme="minorBidi"/>
          <w:sz w:val="22"/>
          <w:szCs w:val="18"/>
        </w:rPr>
      </w:pPr>
      <w:r>
        <w:rPr>
          <w:rFonts w:asciiTheme="minorBidi" w:hAnsiTheme="minorBidi"/>
          <w:sz w:val="22"/>
          <w:szCs w:val="18"/>
        </w:rPr>
        <w:t>30</w:t>
      </w:r>
      <w:r w:rsidR="00E52C87" w:rsidRPr="00D5135E">
        <w:rPr>
          <w:rFonts w:asciiTheme="minorBidi" w:hAnsiTheme="minorBidi"/>
          <w:sz w:val="22"/>
          <w:szCs w:val="18"/>
        </w:rPr>
        <w:t>. Huang Y, Kim D. How does service quality improve consumer loyalty in sports fitness centers? The moderating role of sport involvement. Sustainability. 2023 Aug 24;15(17):12840.</w:t>
      </w:r>
    </w:p>
    <w:sectPr w:rsidR="005023A2" w:rsidRPr="00D5135E" w:rsidSect="00034616">
      <w:foot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CEFE" w14:textId="77777777" w:rsidR="00CF0D21" w:rsidRDefault="00CF0D21" w:rsidP="00E52C87">
      <w:pPr>
        <w:spacing w:after="0" w:line="240" w:lineRule="auto"/>
      </w:pPr>
      <w:r>
        <w:separator/>
      </w:r>
    </w:p>
  </w:endnote>
  <w:endnote w:type="continuationSeparator" w:id="0">
    <w:p w14:paraId="4FF9D67E" w14:textId="77777777" w:rsidR="00CF0D21" w:rsidRDefault="00CF0D21" w:rsidP="00E52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487365"/>
      <w:docPartObj>
        <w:docPartGallery w:val="Page Numbers (Bottom of Page)"/>
        <w:docPartUnique/>
      </w:docPartObj>
    </w:sdtPr>
    <w:sdtEndPr>
      <w:rPr>
        <w:noProof/>
      </w:rPr>
    </w:sdtEndPr>
    <w:sdtContent>
      <w:p w14:paraId="339FEE45" w14:textId="526A846A" w:rsidR="00197AA5" w:rsidRDefault="00197AA5">
        <w:pPr>
          <w:pStyle w:val="a9"/>
          <w:jc w:val="center"/>
        </w:pPr>
        <w:r>
          <w:fldChar w:fldCharType="begin"/>
        </w:r>
        <w:r>
          <w:instrText xml:space="preserve"> PAGE   \* MERGEFORMAT </w:instrText>
        </w:r>
        <w:r>
          <w:fldChar w:fldCharType="separate"/>
        </w:r>
        <w:r w:rsidR="00DB0BB6">
          <w:rPr>
            <w:noProof/>
          </w:rPr>
          <w:t>5</w:t>
        </w:r>
        <w:r>
          <w:rPr>
            <w:noProof/>
          </w:rPr>
          <w:fldChar w:fldCharType="end"/>
        </w:r>
      </w:p>
    </w:sdtContent>
  </w:sdt>
  <w:p w14:paraId="4E1F7177" w14:textId="77777777" w:rsidR="00197AA5" w:rsidRDefault="00197AA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DEA0" w14:textId="77777777" w:rsidR="00CF0D21" w:rsidRDefault="00CF0D21" w:rsidP="00E52C87">
      <w:pPr>
        <w:spacing w:after="0" w:line="240" w:lineRule="auto"/>
      </w:pPr>
      <w:r>
        <w:separator/>
      </w:r>
    </w:p>
  </w:footnote>
  <w:footnote w:type="continuationSeparator" w:id="0">
    <w:p w14:paraId="3F970FE4" w14:textId="77777777" w:rsidR="00CF0D21" w:rsidRDefault="00CF0D21" w:rsidP="00E52C87">
      <w:pPr>
        <w:spacing w:after="0" w:line="240" w:lineRule="auto"/>
      </w:pPr>
      <w:r>
        <w:continuationSeparator/>
      </w:r>
    </w:p>
  </w:footnote>
  <w:footnote w:id="1">
    <w:p w14:paraId="10609F1A" w14:textId="3C6E2C62" w:rsidR="00E4517F" w:rsidRDefault="00E4517F" w:rsidP="009031A7">
      <w:pPr>
        <w:pStyle w:val="affd"/>
        <w:rPr>
          <w:lang w:bidi="fa-IR"/>
        </w:rPr>
      </w:pPr>
      <w:r>
        <w:rPr>
          <w:rStyle w:val="afff"/>
        </w:rPr>
        <w:footnoteRef/>
      </w:r>
      <w:r>
        <w:t xml:space="preserve"> </w:t>
      </w:r>
      <w:r w:rsidR="009031A7" w:rsidRPr="009031A7">
        <w:rPr>
          <w:lang w:bidi="fa-IR"/>
        </w:rPr>
        <w:t>Clausen</w:t>
      </w:r>
    </w:p>
  </w:footnote>
  <w:footnote w:id="2">
    <w:p w14:paraId="2FC0EFD9" w14:textId="049E20CE" w:rsidR="00331A70" w:rsidRDefault="00331A70">
      <w:pPr>
        <w:pStyle w:val="affd"/>
        <w:rPr>
          <w:lang w:bidi="fa-IR"/>
        </w:rPr>
      </w:pPr>
      <w:r>
        <w:rPr>
          <w:rStyle w:val="afff"/>
        </w:rPr>
        <w:footnoteRef/>
      </w:r>
      <w:r>
        <w:t xml:space="preserve"> </w:t>
      </w:r>
      <w:r>
        <w:rPr>
          <w:lang w:bidi="fa-IR"/>
        </w:rPr>
        <w:t>Senkal</w:t>
      </w:r>
    </w:p>
  </w:footnote>
  <w:footnote w:id="3">
    <w:p w14:paraId="1C52B874" w14:textId="77777777" w:rsidR="00E52C87" w:rsidRDefault="00E52C87" w:rsidP="00E52C87">
      <w:pPr>
        <w:pStyle w:val="affd"/>
        <w:rPr>
          <w:rtl/>
          <w:lang w:bidi="fa-IR"/>
        </w:rPr>
      </w:pPr>
      <w:r>
        <w:rPr>
          <w:rStyle w:val="afff"/>
        </w:rPr>
        <w:footnoteRef/>
      </w:r>
      <w:r>
        <w:t xml:space="preserve"> </w:t>
      </w:r>
      <w:r w:rsidRPr="004834D8">
        <w:rPr>
          <w:rFonts w:cs="B Lotus"/>
        </w:rPr>
        <w:t>Thematic Analysis</w:t>
      </w:r>
    </w:p>
  </w:footnote>
  <w:footnote w:id="4">
    <w:p w14:paraId="2C7B0405" w14:textId="77777777" w:rsidR="00E52C87" w:rsidRDefault="00E52C87" w:rsidP="00E52C87">
      <w:pPr>
        <w:pStyle w:val="affd"/>
      </w:pPr>
      <w:r>
        <w:rPr>
          <w:rStyle w:val="afff"/>
        </w:rPr>
        <w:footnoteRef/>
      </w:r>
      <w:r>
        <w:t xml:space="preserve"> </w:t>
      </w:r>
      <w:r w:rsidRPr="004359D9">
        <w:t>Braun</w:t>
      </w:r>
      <w:r>
        <w:rPr>
          <w:rFonts w:hint="cs"/>
          <w:rtl/>
        </w:rPr>
        <w:t xml:space="preserve"> </w:t>
      </w:r>
      <w:r w:rsidRPr="004359D9">
        <w:t>&amp; Clarke</w:t>
      </w:r>
    </w:p>
  </w:footnote>
  <w:footnote w:id="5">
    <w:p w14:paraId="769848C4" w14:textId="77777777" w:rsidR="00E52C87" w:rsidRDefault="00E52C87" w:rsidP="00E52C87">
      <w:pPr>
        <w:pStyle w:val="affd"/>
        <w:rPr>
          <w:rtl/>
          <w:lang w:bidi="fa-IR"/>
        </w:rPr>
      </w:pPr>
      <w:r>
        <w:rPr>
          <w:rStyle w:val="afff"/>
        </w:rPr>
        <w:footnoteRef/>
      </w:r>
      <w:r>
        <w:t xml:space="preserve"> </w:t>
      </w:r>
      <w:r w:rsidRPr="004359D9">
        <w:t xml:space="preserve">Lincoln </w:t>
      </w:r>
      <w:r>
        <w:rPr>
          <w:rFonts w:hint="cs"/>
          <w:rtl/>
        </w:rPr>
        <w:t>&amp;</w:t>
      </w:r>
      <w:r>
        <w:t xml:space="preserve"> </w:t>
      </w:r>
      <w:r w:rsidRPr="004359D9">
        <w:t>Guba.</w:t>
      </w:r>
    </w:p>
  </w:footnote>
  <w:footnote w:id="6">
    <w:p w14:paraId="759927CC" w14:textId="77777777" w:rsidR="00E52C87" w:rsidRDefault="00E52C87" w:rsidP="00E52C87">
      <w:pPr>
        <w:pStyle w:val="affd"/>
        <w:rPr>
          <w:rtl/>
          <w:lang w:bidi="fa-IR"/>
        </w:rPr>
      </w:pPr>
      <w:r>
        <w:rPr>
          <w:rStyle w:val="afff"/>
        </w:rPr>
        <w:footnoteRef/>
      </w:r>
      <w:r>
        <w:t xml:space="preserve"> </w:t>
      </w:r>
      <w:r w:rsidRPr="005604B3">
        <w:t>BSC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172213"/>
    <w:multiLevelType w:val="multilevel"/>
    <w:tmpl w:val="EED614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E6638F"/>
    <w:multiLevelType w:val="multilevel"/>
    <w:tmpl w:val="62D4C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795DDA"/>
    <w:multiLevelType w:val="hybridMultilevel"/>
    <w:tmpl w:val="7C58D1A8"/>
    <w:lvl w:ilvl="0" w:tplc="B9AEE2DE">
      <w:start w:val="1"/>
      <w:numFmt w:val="decimal"/>
      <w:lvlText w:val="%1."/>
      <w:lvlJc w:val="left"/>
      <w:pPr>
        <w:ind w:left="720" w:hanging="360"/>
      </w:pPr>
      <w:rPr>
        <w:rFonts w:ascii="B Lotus" w:eastAsia="B Lotus" w:hAnsi="B Lotus"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6702C3"/>
    <w:multiLevelType w:val="multilevel"/>
    <w:tmpl w:val="5296D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A628FB"/>
    <w:multiLevelType w:val="multilevel"/>
    <w:tmpl w:val="A28EA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CB3A2F"/>
    <w:multiLevelType w:val="multilevel"/>
    <w:tmpl w:val="A3FE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4A02E1"/>
    <w:multiLevelType w:val="multilevel"/>
    <w:tmpl w:val="2E76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3F6E0A"/>
    <w:multiLevelType w:val="multilevel"/>
    <w:tmpl w:val="AD229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5071F"/>
    <w:multiLevelType w:val="multilevel"/>
    <w:tmpl w:val="A54A9A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442928"/>
    <w:multiLevelType w:val="multilevel"/>
    <w:tmpl w:val="2D103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A742D0"/>
    <w:multiLevelType w:val="multilevel"/>
    <w:tmpl w:val="B34A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636801"/>
    <w:multiLevelType w:val="multilevel"/>
    <w:tmpl w:val="8F7E7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821BFE"/>
    <w:multiLevelType w:val="multilevel"/>
    <w:tmpl w:val="1786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8251EF"/>
    <w:multiLevelType w:val="multilevel"/>
    <w:tmpl w:val="0BD64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9B3E5C"/>
    <w:multiLevelType w:val="hybridMultilevel"/>
    <w:tmpl w:val="E2D0C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3D3A97"/>
    <w:multiLevelType w:val="multilevel"/>
    <w:tmpl w:val="9D5681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7B54E8"/>
    <w:multiLevelType w:val="multilevel"/>
    <w:tmpl w:val="130C1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2C57646"/>
    <w:multiLevelType w:val="multilevel"/>
    <w:tmpl w:val="709A37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600493"/>
    <w:multiLevelType w:val="multilevel"/>
    <w:tmpl w:val="7700A0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5A13D7"/>
    <w:multiLevelType w:val="multilevel"/>
    <w:tmpl w:val="9DBA6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F91ABB"/>
    <w:multiLevelType w:val="multilevel"/>
    <w:tmpl w:val="7F98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9513EE"/>
    <w:multiLevelType w:val="hybridMultilevel"/>
    <w:tmpl w:val="1FFE9D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F861AC"/>
    <w:multiLevelType w:val="multilevel"/>
    <w:tmpl w:val="78B05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ED42E0"/>
    <w:multiLevelType w:val="multilevel"/>
    <w:tmpl w:val="BC6E7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4B31FD"/>
    <w:multiLevelType w:val="multilevel"/>
    <w:tmpl w:val="05C846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2121AD"/>
    <w:multiLevelType w:val="multilevel"/>
    <w:tmpl w:val="4DAC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A71E2A"/>
    <w:multiLevelType w:val="multilevel"/>
    <w:tmpl w:val="BE3C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885B3E"/>
    <w:multiLevelType w:val="multilevel"/>
    <w:tmpl w:val="2DC074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7D0AF1"/>
    <w:multiLevelType w:val="multilevel"/>
    <w:tmpl w:val="DF84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6E55C9"/>
    <w:multiLevelType w:val="hybridMultilevel"/>
    <w:tmpl w:val="A508B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F91CB5"/>
    <w:multiLevelType w:val="multilevel"/>
    <w:tmpl w:val="F9D8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D12B98"/>
    <w:multiLevelType w:val="hybridMultilevel"/>
    <w:tmpl w:val="1FFE9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3D269C"/>
    <w:multiLevelType w:val="multilevel"/>
    <w:tmpl w:val="D108B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B52E48"/>
    <w:multiLevelType w:val="multilevel"/>
    <w:tmpl w:val="53B4A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030862"/>
    <w:multiLevelType w:val="multilevel"/>
    <w:tmpl w:val="6D40C2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5E1A0F"/>
    <w:multiLevelType w:val="multilevel"/>
    <w:tmpl w:val="C04A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982787">
    <w:abstractNumId w:val="8"/>
  </w:num>
  <w:num w:numId="2" w16cid:durableId="2044866247">
    <w:abstractNumId w:val="6"/>
  </w:num>
  <w:num w:numId="3" w16cid:durableId="1814246991">
    <w:abstractNumId w:val="5"/>
  </w:num>
  <w:num w:numId="4" w16cid:durableId="2127963135">
    <w:abstractNumId w:val="4"/>
  </w:num>
  <w:num w:numId="5" w16cid:durableId="1311788711">
    <w:abstractNumId w:val="7"/>
  </w:num>
  <w:num w:numId="6" w16cid:durableId="1270696603">
    <w:abstractNumId w:val="3"/>
  </w:num>
  <w:num w:numId="7" w16cid:durableId="404035061">
    <w:abstractNumId w:val="2"/>
  </w:num>
  <w:num w:numId="8" w16cid:durableId="1123233816">
    <w:abstractNumId w:val="1"/>
  </w:num>
  <w:num w:numId="9" w16cid:durableId="1667516546">
    <w:abstractNumId w:val="0"/>
  </w:num>
  <w:num w:numId="10" w16cid:durableId="997538163">
    <w:abstractNumId w:val="42"/>
  </w:num>
  <w:num w:numId="11" w16cid:durableId="1127511139">
    <w:abstractNumId w:val="34"/>
  </w:num>
  <w:num w:numId="12" w16cid:durableId="1217545523">
    <w:abstractNumId w:val="25"/>
  </w:num>
  <w:num w:numId="13" w16cid:durableId="1181309621">
    <w:abstractNumId w:val="21"/>
  </w:num>
  <w:num w:numId="14" w16cid:durableId="818955875">
    <w:abstractNumId w:val="9"/>
  </w:num>
  <w:num w:numId="15" w16cid:durableId="1919173098">
    <w:abstractNumId w:val="22"/>
  </w:num>
  <w:num w:numId="16" w16cid:durableId="1031564465">
    <w:abstractNumId w:val="36"/>
  </w:num>
  <w:num w:numId="17" w16cid:durableId="1585340399">
    <w:abstractNumId w:val="26"/>
  </w:num>
  <w:num w:numId="18" w16cid:durableId="389617228">
    <w:abstractNumId w:val="18"/>
  </w:num>
  <w:num w:numId="19" w16cid:durableId="611862116">
    <w:abstractNumId w:val="27"/>
  </w:num>
  <w:num w:numId="20" w16cid:durableId="361589407">
    <w:abstractNumId w:val="33"/>
  </w:num>
  <w:num w:numId="21" w16cid:durableId="1675188121">
    <w:abstractNumId w:val="17"/>
  </w:num>
  <w:num w:numId="22" w16cid:durableId="2072533804">
    <w:abstractNumId w:val="43"/>
  </w:num>
  <w:num w:numId="23" w16cid:durableId="722562903">
    <w:abstractNumId w:val="39"/>
  </w:num>
  <w:num w:numId="24" w16cid:durableId="73552515">
    <w:abstractNumId w:val="20"/>
  </w:num>
  <w:num w:numId="25" w16cid:durableId="523440263">
    <w:abstractNumId w:val="14"/>
  </w:num>
  <w:num w:numId="26" w16cid:durableId="859704626">
    <w:abstractNumId w:val="13"/>
  </w:num>
  <w:num w:numId="27" w16cid:durableId="107899177">
    <w:abstractNumId w:val="15"/>
  </w:num>
  <w:num w:numId="28" w16cid:durableId="1223953506">
    <w:abstractNumId w:val="28"/>
  </w:num>
  <w:num w:numId="29" w16cid:durableId="536891518">
    <w:abstractNumId w:val="35"/>
  </w:num>
  <w:num w:numId="30" w16cid:durableId="1341160552">
    <w:abstractNumId w:val="37"/>
  </w:num>
  <w:num w:numId="31" w16cid:durableId="22025978">
    <w:abstractNumId w:val="10"/>
  </w:num>
  <w:num w:numId="32" w16cid:durableId="1439713461">
    <w:abstractNumId w:val="12"/>
  </w:num>
  <w:num w:numId="33" w16cid:durableId="1715423421">
    <w:abstractNumId w:val="16"/>
  </w:num>
  <w:num w:numId="34" w16cid:durableId="1555308173">
    <w:abstractNumId w:val="29"/>
  </w:num>
  <w:num w:numId="35" w16cid:durableId="72288106">
    <w:abstractNumId w:val="19"/>
  </w:num>
  <w:num w:numId="36" w16cid:durableId="41758166">
    <w:abstractNumId w:val="31"/>
  </w:num>
  <w:num w:numId="37" w16cid:durableId="48964884">
    <w:abstractNumId w:val="32"/>
  </w:num>
  <w:num w:numId="38" w16cid:durableId="956988032">
    <w:abstractNumId w:val="41"/>
  </w:num>
  <w:num w:numId="39" w16cid:durableId="1237351473">
    <w:abstractNumId w:val="44"/>
  </w:num>
  <w:num w:numId="40" w16cid:durableId="902377557">
    <w:abstractNumId w:val="23"/>
  </w:num>
  <w:num w:numId="41" w16cid:durableId="1330257313">
    <w:abstractNumId w:val="40"/>
  </w:num>
  <w:num w:numId="42" w16cid:durableId="162202812">
    <w:abstractNumId w:val="30"/>
  </w:num>
  <w:num w:numId="43" w16cid:durableId="32389435">
    <w:abstractNumId w:val="24"/>
  </w:num>
  <w:num w:numId="44" w16cid:durableId="1391270001">
    <w:abstractNumId w:val="38"/>
  </w:num>
  <w:num w:numId="45" w16cid:durableId="21359043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78A3"/>
    <w:rsid w:val="00034616"/>
    <w:rsid w:val="0006063C"/>
    <w:rsid w:val="00061074"/>
    <w:rsid w:val="000836E9"/>
    <w:rsid w:val="00085C23"/>
    <w:rsid w:val="000A5533"/>
    <w:rsid w:val="000F04F1"/>
    <w:rsid w:val="00117058"/>
    <w:rsid w:val="0015074B"/>
    <w:rsid w:val="00152395"/>
    <w:rsid w:val="00175597"/>
    <w:rsid w:val="00176468"/>
    <w:rsid w:val="00186EAD"/>
    <w:rsid w:val="00190337"/>
    <w:rsid w:val="00197AA5"/>
    <w:rsid w:val="001F250A"/>
    <w:rsid w:val="00210728"/>
    <w:rsid w:val="00231E61"/>
    <w:rsid w:val="00236876"/>
    <w:rsid w:val="0026711E"/>
    <w:rsid w:val="00275513"/>
    <w:rsid w:val="0029639D"/>
    <w:rsid w:val="002A2589"/>
    <w:rsid w:val="002C41E4"/>
    <w:rsid w:val="002E5EAB"/>
    <w:rsid w:val="003162B5"/>
    <w:rsid w:val="00322FF8"/>
    <w:rsid w:val="00326F90"/>
    <w:rsid w:val="00331A70"/>
    <w:rsid w:val="00377E34"/>
    <w:rsid w:val="003D6A62"/>
    <w:rsid w:val="003E0624"/>
    <w:rsid w:val="00413616"/>
    <w:rsid w:val="004538C5"/>
    <w:rsid w:val="00495993"/>
    <w:rsid w:val="004C5C0F"/>
    <w:rsid w:val="004D614C"/>
    <w:rsid w:val="005023A2"/>
    <w:rsid w:val="0051022B"/>
    <w:rsid w:val="00533B58"/>
    <w:rsid w:val="00543907"/>
    <w:rsid w:val="005B6834"/>
    <w:rsid w:val="00624AB8"/>
    <w:rsid w:val="00642220"/>
    <w:rsid w:val="00661947"/>
    <w:rsid w:val="006643A8"/>
    <w:rsid w:val="00672E1E"/>
    <w:rsid w:val="00680345"/>
    <w:rsid w:val="00692FCD"/>
    <w:rsid w:val="00693744"/>
    <w:rsid w:val="006E49BB"/>
    <w:rsid w:val="00720972"/>
    <w:rsid w:val="00730E6F"/>
    <w:rsid w:val="007401EC"/>
    <w:rsid w:val="007428D6"/>
    <w:rsid w:val="007D36A5"/>
    <w:rsid w:val="007F045E"/>
    <w:rsid w:val="00804492"/>
    <w:rsid w:val="00850A41"/>
    <w:rsid w:val="00861550"/>
    <w:rsid w:val="00874667"/>
    <w:rsid w:val="00874F4F"/>
    <w:rsid w:val="008E1BFA"/>
    <w:rsid w:val="009031A7"/>
    <w:rsid w:val="00906046"/>
    <w:rsid w:val="00911645"/>
    <w:rsid w:val="00945ED6"/>
    <w:rsid w:val="0095387A"/>
    <w:rsid w:val="009813CA"/>
    <w:rsid w:val="0098441D"/>
    <w:rsid w:val="009F157C"/>
    <w:rsid w:val="00A71A00"/>
    <w:rsid w:val="00A74CF3"/>
    <w:rsid w:val="00AA1D8D"/>
    <w:rsid w:val="00AC72EE"/>
    <w:rsid w:val="00B47730"/>
    <w:rsid w:val="00B7768F"/>
    <w:rsid w:val="00BE3047"/>
    <w:rsid w:val="00BF4381"/>
    <w:rsid w:val="00C15462"/>
    <w:rsid w:val="00C37A05"/>
    <w:rsid w:val="00C85A9F"/>
    <w:rsid w:val="00CB0664"/>
    <w:rsid w:val="00CE1175"/>
    <w:rsid w:val="00CF0D21"/>
    <w:rsid w:val="00CF5551"/>
    <w:rsid w:val="00D5135E"/>
    <w:rsid w:val="00D558B5"/>
    <w:rsid w:val="00D56753"/>
    <w:rsid w:val="00D65A57"/>
    <w:rsid w:val="00D733DB"/>
    <w:rsid w:val="00DB0BB6"/>
    <w:rsid w:val="00DB68E6"/>
    <w:rsid w:val="00E4517F"/>
    <w:rsid w:val="00E52C87"/>
    <w:rsid w:val="00E733B9"/>
    <w:rsid w:val="00E93F33"/>
    <w:rsid w:val="00F505EC"/>
    <w:rsid w:val="00F63CC5"/>
    <w:rsid w:val="00F6596F"/>
    <w:rsid w:val="00F9642E"/>
    <w:rsid w:val="00FB052D"/>
    <w:rsid w:val="00FC693F"/>
    <w:rsid w:val="00FE58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8ED80D"/>
  <w14:defaultImageDpi w14:val="300"/>
  <w15:docId w15:val="{2E644081-F4FC-4761-B438-440B58D2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1022B"/>
    <w:rPr>
      <w:rFonts w:ascii="B Lotus" w:eastAsia="B Lotus" w:hAnsi="B Lotus"/>
      <w:sz w:val="26"/>
    </w:rPr>
  </w:style>
  <w:style w:type="paragraph" w:styleId="a2">
    <w:name w:val="heading 1"/>
    <w:basedOn w:val="a1"/>
    <w:next w:val="a1"/>
    <w:link w:val="a3"/>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1"/>
    <w:link w:val="a8"/>
    <w:uiPriority w:val="99"/>
    <w:unhideWhenUsed/>
    <w:rsid w:val="00E618BF"/>
    <w:pPr>
      <w:tabs>
        <w:tab w:val="center" w:pos="4680"/>
        <w:tab w:val="right" w:pos="9360"/>
      </w:tabs>
      <w:spacing w:after="0" w:line="240" w:lineRule="auto"/>
    </w:pPr>
  </w:style>
  <w:style w:type="character" w:customStyle="1" w:styleId="a8">
    <w:name w:val="سرصفحه نویسه"/>
    <w:basedOn w:val="a4"/>
    <w:link w:val="a7"/>
    <w:uiPriority w:val="99"/>
    <w:rsid w:val="00E618BF"/>
  </w:style>
  <w:style w:type="paragraph" w:styleId="a9">
    <w:name w:val="footer"/>
    <w:basedOn w:val="a1"/>
    <w:link w:val="aa"/>
    <w:uiPriority w:val="99"/>
    <w:unhideWhenUsed/>
    <w:rsid w:val="00E618BF"/>
    <w:pPr>
      <w:tabs>
        <w:tab w:val="center" w:pos="4680"/>
        <w:tab w:val="right" w:pos="9360"/>
      </w:tabs>
      <w:spacing w:after="0" w:line="240" w:lineRule="auto"/>
    </w:pPr>
  </w:style>
  <w:style w:type="character" w:customStyle="1" w:styleId="aa">
    <w:name w:val="پانویس نویسه"/>
    <w:basedOn w:val="a4"/>
    <w:link w:val="a9"/>
    <w:uiPriority w:val="99"/>
    <w:rsid w:val="00E618BF"/>
  </w:style>
  <w:style w:type="paragraph" w:styleId="ab">
    <w:name w:val="No Spacing"/>
    <w:uiPriority w:val="1"/>
    <w:qFormat/>
    <w:rsid w:val="00FC693F"/>
    <w:pPr>
      <w:spacing w:after="0" w:line="240" w:lineRule="auto"/>
    </w:pPr>
  </w:style>
  <w:style w:type="character" w:customStyle="1" w:styleId="a3">
    <w:name w:val="عنوان ۱ نویسه"/>
    <w:basedOn w:val="a4"/>
    <w:link w:val="a2"/>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عنوان 2 نویسه"/>
    <w:basedOn w:val="a4"/>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عنوان 3 نویسه"/>
    <w:basedOn w:val="a4"/>
    <w:link w:val="31"/>
    <w:uiPriority w:val="9"/>
    <w:rsid w:val="00FC693F"/>
    <w:rPr>
      <w:rFonts w:asciiTheme="majorHAnsi" w:eastAsiaTheme="majorEastAsia" w:hAnsiTheme="majorHAnsi" w:cstheme="majorBidi"/>
      <w:b/>
      <w:bCs/>
      <w:color w:val="4F81BD" w:themeColor="accent1"/>
    </w:rPr>
  </w:style>
  <w:style w:type="paragraph" w:styleId="ac">
    <w:name w:val="Title"/>
    <w:basedOn w:val="a1"/>
    <w:next w:val="a1"/>
    <w:link w:val="ad"/>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عنوان نویسه"/>
    <w:basedOn w:val="a4"/>
    <w:link w:val="ac"/>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e">
    <w:name w:val="Subtitle"/>
    <w:basedOn w:val="a1"/>
    <w:next w:val="a1"/>
    <w:link w:val="af"/>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زیر نویس نویسه"/>
    <w:basedOn w:val="a4"/>
    <w:link w:val="ae"/>
    <w:uiPriority w:val="11"/>
    <w:rsid w:val="00FC693F"/>
    <w:rPr>
      <w:rFonts w:asciiTheme="majorHAnsi" w:eastAsiaTheme="majorEastAsia" w:hAnsiTheme="majorHAnsi" w:cstheme="majorBidi"/>
      <w:i/>
      <w:iCs/>
      <w:color w:val="4F81BD" w:themeColor="accent1"/>
      <w:spacing w:val="15"/>
      <w:sz w:val="24"/>
      <w:szCs w:val="24"/>
    </w:rPr>
  </w:style>
  <w:style w:type="paragraph" w:styleId="af0">
    <w:name w:val="List Paragraph"/>
    <w:basedOn w:val="a1"/>
    <w:uiPriority w:val="34"/>
    <w:qFormat/>
    <w:rsid w:val="00FC693F"/>
    <w:pPr>
      <w:ind w:left="720"/>
      <w:contextualSpacing/>
    </w:pPr>
  </w:style>
  <w:style w:type="paragraph" w:styleId="af1">
    <w:name w:val="Body Text"/>
    <w:basedOn w:val="a1"/>
    <w:link w:val="af2"/>
    <w:uiPriority w:val="99"/>
    <w:unhideWhenUsed/>
    <w:rsid w:val="00AA1D8D"/>
    <w:pPr>
      <w:spacing w:after="120"/>
    </w:pPr>
  </w:style>
  <w:style w:type="character" w:customStyle="1" w:styleId="af2">
    <w:name w:val="متن بدنه نویسه"/>
    <w:basedOn w:val="a4"/>
    <w:link w:val="af1"/>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متن بدنه 2 نویسه"/>
    <w:basedOn w:val="a4"/>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متن بدنه 3 نویسه"/>
    <w:basedOn w:val="a4"/>
    <w:link w:val="33"/>
    <w:uiPriority w:val="99"/>
    <w:rsid w:val="00AA1D8D"/>
    <w:rPr>
      <w:sz w:val="16"/>
      <w:szCs w:val="16"/>
    </w:rPr>
  </w:style>
  <w:style w:type="paragraph" w:styleId="af3">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4">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5">
    <w:name w:val="macro"/>
    <w:link w:val="af6"/>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6">
    <w:name w:val="متن ماکرو نویسه"/>
    <w:basedOn w:val="a4"/>
    <w:link w:val="af5"/>
    <w:uiPriority w:val="99"/>
    <w:rsid w:val="0029639D"/>
    <w:rPr>
      <w:rFonts w:ascii="Courier" w:hAnsi="Courier"/>
      <w:sz w:val="20"/>
      <w:szCs w:val="20"/>
    </w:rPr>
  </w:style>
  <w:style w:type="paragraph" w:styleId="af7">
    <w:name w:val="Quote"/>
    <w:basedOn w:val="a1"/>
    <w:next w:val="a1"/>
    <w:link w:val="af8"/>
    <w:uiPriority w:val="29"/>
    <w:qFormat/>
    <w:rsid w:val="00FC693F"/>
    <w:rPr>
      <w:i/>
      <w:iCs/>
      <w:color w:val="000000" w:themeColor="text1"/>
    </w:rPr>
  </w:style>
  <w:style w:type="character" w:customStyle="1" w:styleId="af8">
    <w:name w:val="نقل قول نویسه"/>
    <w:basedOn w:val="a4"/>
    <w:link w:val="af7"/>
    <w:uiPriority w:val="29"/>
    <w:rsid w:val="00FC693F"/>
    <w:rPr>
      <w:i/>
      <w:iCs/>
      <w:color w:val="000000" w:themeColor="text1"/>
    </w:rPr>
  </w:style>
  <w:style w:type="character" w:customStyle="1" w:styleId="40">
    <w:name w:val="عنوان 4 نویسه"/>
    <w:basedOn w:val="a4"/>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سرصفحه 5 نویسه"/>
    <w:basedOn w:val="a4"/>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سرصفحه 6 نویسه"/>
    <w:basedOn w:val="a4"/>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سرصفحه 7 نویسه"/>
    <w:basedOn w:val="a4"/>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سرصفحه 8 نویسه"/>
    <w:basedOn w:val="a4"/>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سرصفحه 9 نویسه"/>
    <w:basedOn w:val="a4"/>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9">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a">
    <w:name w:val="Strong"/>
    <w:basedOn w:val="a4"/>
    <w:uiPriority w:val="22"/>
    <w:qFormat/>
    <w:rsid w:val="00FC693F"/>
    <w:rPr>
      <w:b/>
      <w:bCs/>
    </w:rPr>
  </w:style>
  <w:style w:type="character" w:styleId="afb">
    <w:name w:val="Emphasis"/>
    <w:basedOn w:val="a4"/>
    <w:uiPriority w:val="20"/>
    <w:qFormat/>
    <w:rsid w:val="00FC693F"/>
    <w:rPr>
      <w:i/>
      <w:iCs/>
    </w:rPr>
  </w:style>
  <w:style w:type="paragraph" w:styleId="afc">
    <w:name w:val="Intense Quote"/>
    <w:basedOn w:val="a1"/>
    <w:next w:val="a1"/>
    <w:link w:val="afd"/>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d">
    <w:name w:val="نقل قول قوی نویسه"/>
    <w:basedOn w:val="a4"/>
    <w:link w:val="afc"/>
    <w:uiPriority w:val="30"/>
    <w:rsid w:val="00FC693F"/>
    <w:rPr>
      <w:b/>
      <w:bCs/>
      <w:i/>
      <w:iCs/>
      <w:color w:val="4F81BD" w:themeColor="accent1"/>
    </w:rPr>
  </w:style>
  <w:style w:type="character" w:styleId="afe">
    <w:name w:val="Subtle Emphasis"/>
    <w:basedOn w:val="a4"/>
    <w:uiPriority w:val="19"/>
    <w:qFormat/>
    <w:rsid w:val="00FC693F"/>
    <w:rPr>
      <w:i/>
      <w:iCs/>
      <w:color w:val="808080" w:themeColor="text1" w:themeTint="7F"/>
    </w:rPr>
  </w:style>
  <w:style w:type="character" w:styleId="aff">
    <w:name w:val="Intense Emphasis"/>
    <w:basedOn w:val="a4"/>
    <w:uiPriority w:val="21"/>
    <w:qFormat/>
    <w:rsid w:val="00FC693F"/>
    <w:rPr>
      <w:b/>
      <w:bCs/>
      <w:i/>
      <w:iCs/>
      <w:color w:val="4F81BD" w:themeColor="accent1"/>
    </w:rPr>
  </w:style>
  <w:style w:type="character" w:styleId="aff0">
    <w:name w:val="Subtle Reference"/>
    <w:basedOn w:val="a4"/>
    <w:uiPriority w:val="31"/>
    <w:qFormat/>
    <w:rsid w:val="00FC693F"/>
    <w:rPr>
      <w:smallCaps/>
      <w:color w:val="C0504D" w:themeColor="accent2"/>
      <w:u w:val="single"/>
    </w:rPr>
  </w:style>
  <w:style w:type="character" w:styleId="aff1">
    <w:name w:val="Intense Reference"/>
    <w:basedOn w:val="a4"/>
    <w:uiPriority w:val="32"/>
    <w:qFormat/>
    <w:rsid w:val="00FC693F"/>
    <w:rPr>
      <w:b/>
      <w:bCs/>
      <w:smallCaps/>
      <w:color w:val="C0504D" w:themeColor="accent2"/>
      <w:spacing w:val="5"/>
      <w:u w:val="single"/>
    </w:rPr>
  </w:style>
  <w:style w:type="character" w:styleId="aff2">
    <w:name w:val="Book Title"/>
    <w:basedOn w:val="a4"/>
    <w:uiPriority w:val="33"/>
    <w:qFormat/>
    <w:rsid w:val="00FC693F"/>
    <w:rPr>
      <w:b/>
      <w:bCs/>
      <w:smallCaps/>
      <w:spacing w:val="5"/>
    </w:rPr>
  </w:style>
  <w:style w:type="paragraph" w:styleId="aff3">
    <w:name w:val="TOC Heading"/>
    <w:basedOn w:val="a2"/>
    <w:next w:val="a1"/>
    <w:uiPriority w:val="39"/>
    <w:semiHidden/>
    <w:unhideWhenUsed/>
    <w:qFormat/>
    <w:rsid w:val="00FC693F"/>
    <w:pPr>
      <w:outlineLvl w:val="9"/>
    </w:pPr>
  </w:style>
  <w:style w:type="table" w:styleId="aff4">
    <w:name w:val="Table Grid"/>
    <w:basedOn w:val="a5"/>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Light Shading"/>
    <w:basedOn w:val="a5"/>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5"/>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5"/>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5"/>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5"/>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5"/>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5"/>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6">
    <w:name w:val="Light List"/>
    <w:basedOn w:val="a5"/>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5"/>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5"/>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5"/>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5"/>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5"/>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5"/>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7">
    <w:name w:val="Light Grid"/>
    <w:basedOn w:val="a5"/>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5"/>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5"/>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5"/>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5"/>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5"/>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
    <w:name w:val="Medium Shading 1"/>
    <w:basedOn w:val="a5"/>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5"/>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5"/>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5"/>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5"/>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5"/>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5"/>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5"/>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5"/>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5"/>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5"/>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5"/>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5"/>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5"/>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Medium List 1"/>
    <w:basedOn w:val="a5"/>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5"/>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5"/>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5"/>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5"/>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5"/>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5"/>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5"/>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5"/>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5"/>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5"/>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5"/>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5"/>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w:basedOn w:val="a5"/>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5"/>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5"/>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5"/>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5"/>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5"/>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5"/>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5"/>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5"/>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5"/>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5"/>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5"/>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5"/>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5"/>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5"/>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5"/>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5"/>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5"/>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8">
    <w:name w:val="Dark List"/>
    <w:basedOn w:val="a5"/>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5"/>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5"/>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5"/>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5"/>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5"/>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5"/>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9">
    <w:name w:val="Colorful Shading"/>
    <w:basedOn w:val="a5"/>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5"/>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5"/>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5"/>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5"/>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5"/>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5"/>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a">
    <w:name w:val="Colorful List"/>
    <w:basedOn w:val="a5"/>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5"/>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5"/>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5"/>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5"/>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5"/>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5"/>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b">
    <w:name w:val="Colorful Grid"/>
    <w:basedOn w:val="a5"/>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5"/>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5"/>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5"/>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5"/>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5"/>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5"/>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c">
    <w:name w:val="Hyperlink"/>
    <w:basedOn w:val="a4"/>
    <w:uiPriority w:val="99"/>
    <w:unhideWhenUsed/>
    <w:rsid w:val="00874F4F"/>
    <w:rPr>
      <w:color w:val="0000FF" w:themeColor="hyperlink"/>
      <w:u w:val="single"/>
    </w:rPr>
  </w:style>
  <w:style w:type="paragraph" w:styleId="affd">
    <w:name w:val="footnote text"/>
    <w:basedOn w:val="a1"/>
    <w:link w:val="affe"/>
    <w:uiPriority w:val="99"/>
    <w:semiHidden/>
    <w:unhideWhenUsed/>
    <w:rsid w:val="00E52C87"/>
    <w:pPr>
      <w:spacing w:after="0" w:line="240" w:lineRule="auto"/>
    </w:pPr>
    <w:rPr>
      <w:rFonts w:asciiTheme="minorHAnsi" w:eastAsiaTheme="minorHAnsi" w:hAnsiTheme="minorHAnsi"/>
      <w:kern w:val="2"/>
      <w:sz w:val="20"/>
      <w:szCs w:val="20"/>
      <w14:ligatures w14:val="standardContextual"/>
    </w:rPr>
  </w:style>
  <w:style w:type="character" w:customStyle="1" w:styleId="affe">
    <w:name w:val="متن پاورقی نویسه"/>
    <w:basedOn w:val="a4"/>
    <w:link w:val="affd"/>
    <w:uiPriority w:val="99"/>
    <w:semiHidden/>
    <w:rsid w:val="00E52C87"/>
    <w:rPr>
      <w:rFonts w:eastAsiaTheme="minorHAnsi"/>
      <w:kern w:val="2"/>
      <w:sz w:val="20"/>
      <w:szCs w:val="20"/>
      <w14:ligatures w14:val="standardContextual"/>
    </w:rPr>
  </w:style>
  <w:style w:type="character" w:styleId="afff">
    <w:name w:val="footnote reference"/>
    <w:basedOn w:val="a4"/>
    <w:uiPriority w:val="99"/>
    <w:semiHidden/>
    <w:unhideWhenUsed/>
    <w:rsid w:val="00E52C87"/>
    <w:rPr>
      <w:vertAlign w:val="superscript"/>
    </w:rPr>
  </w:style>
  <w:style w:type="character" w:customStyle="1" w:styleId="12">
    <w:name w:val="اشاره برطرف نشده1"/>
    <w:basedOn w:val="a4"/>
    <w:uiPriority w:val="99"/>
    <w:semiHidden/>
    <w:unhideWhenUsed/>
    <w:rsid w:val="00E52C87"/>
    <w:rPr>
      <w:color w:val="605E5C"/>
      <w:shd w:val="clear" w:color="auto" w:fill="E1DFDD"/>
    </w:rPr>
  </w:style>
  <w:style w:type="character" w:styleId="afff0">
    <w:name w:val="annotation reference"/>
    <w:basedOn w:val="a4"/>
    <w:uiPriority w:val="99"/>
    <w:semiHidden/>
    <w:unhideWhenUsed/>
    <w:rsid w:val="00DB0BB6"/>
    <w:rPr>
      <w:sz w:val="16"/>
      <w:szCs w:val="16"/>
    </w:rPr>
  </w:style>
  <w:style w:type="paragraph" w:styleId="afff1">
    <w:name w:val="annotation text"/>
    <w:basedOn w:val="a1"/>
    <w:link w:val="afff2"/>
    <w:uiPriority w:val="99"/>
    <w:unhideWhenUsed/>
    <w:rsid w:val="00DB0BB6"/>
    <w:pPr>
      <w:spacing w:line="240" w:lineRule="auto"/>
    </w:pPr>
    <w:rPr>
      <w:sz w:val="20"/>
      <w:szCs w:val="20"/>
    </w:rPr>
  </w:style>
  <w:style w:type="character" w:customStyle="1" w:styleId="afff2">
    <w:name w:val="متن نظر نویسه"/>
    <w:basedOn w:val="a4"/>
    <w:link w:val="afff1"/>
    <w:uiPriority w:val="99"/>
    <w:rsid w:val="00DB0BB6"/>
    <w:rPr>
      <w:rFonts w:ascii="B Lotus" w:eastAsia="B Lotus" w:hAnsi="B Lotus"/>
      <w:sz w:val="20"/>
      <w:szCs w:val="20"/>
    </w:rPr>
  </w:style>
  <w:style w:type="paragraph" w:styleId="afff3">
    <w:name w:val="annotation subject"/>
    <w:basedOn w:val="afff1"/>
    <w:next w:val="afff1"/>
    <w:link w:val="afff4"/>
    <w:uiPriority w:val="99"/>
    <w:semiHidden/>
    <w:unhideWhenUsed/>
    <w:rsid w:val="00DB0BB6"/>
    <w:rPr>
      <w:b/>
      <w:bCs/>
    </w:rPr>
  </w:style>
  <w:style w:type="character" w:customStyle="1" w:styleId="afff4">
    <w:name w:val="موضوع توضیح نویسه"/>
    <w:basedOn w:val="afff2"/>
    <w:link w:val="afff3"/>
    <w:uiPriority w:val="99"/>
    <w:semiHidden/>
    <w:rsid w:val="00DB0BB6"/>
    <w:rPr>
      <w:rFonts w:ascii="B Lotus" w:eastAsia="B Lotus" w:hAnsi="B Lotus"/>
      <w:b/>
      <w:bCs/>
      <w:sz w:val="20"/>
      <w:szCs w:val="20"/>
    </w:rPr>
  </w:style>
  <w:style w:type="paragraph" w:styleId="afff5">
    <w:name w:val="Balloon Text"/>
    <w:basedOn w:val="a1"/>
    <w:link w:val="afff6"/>
    <w:uiPriority w:val="99"/>
    <w:semiHidden/>
    <w:unhideWhenUsed/>
    <w:rsid w:val="00DB0BB6"/>
    <w:pPr>
      <w:spacing w:after="0" w:line="240" w:lineRule="auto"/>
    </w:pPr>
    <w:rPr>
      <w:rFonts w:ascii="Segoe UI" w:hAnsi="Segoe UI" w:cs="Segoe UI"/>
      <w:sz w:val="18"/>
      <w:szCs w:val="18"/>
    </w:rPr>
  </w:style>
  <w:style w:type="character" w:customStyle="1" w:styleId="afff6">
    <w:name w:val="متن بادکنک نویسه"/>
    <w:basedOn w:val="a4"/>
    <w:link w:val="afff5"/>
    <w:uiPriority w:val="99"/>
    <w:semiHidden/>
    <w:rsid w:val="00DB0BB6"/>
    <w:rPr>
      <w:rFonts w:ascii="Segoe UI" w:eastAsia="B Lotus" w:hAnsi="Segoe UI" w:cs="Segoe UI"/>
      <w:sz w:val="18"/>
      <w:szCs w:val="18"/>
    </w:rPr>
  </w:style>
  <w:style w:type="paragraph" w:styleId="afff7">
    <w:name w:val="Normal (Web)"/>
    <w:basedOn w:val="a1"/>
    <w:uiPriority w:val="99"/>
    <w:semiHidden/>
    <w:unhideWhenUsed/>
    <w:rsid w:val="00E733B9"/>
    <w:rPr>
      <w:rFonts w:ascii="Times New Roman" w:hAnsi="Times New Roman" w:cs="Times New Roman"/>
      <w:sz w:val="24"/>
      <w:szCs w:val="24"/>
    </w:rPr>
  </w:style>
  <w:style w:type="character" w:styleId="afff8">
    <w:name w:val="Unresolved Mention"/>
    <w:basedOn w:val="a4"/>
    <w:uiPriority w:val="99"/>
    <w:semiHidden/>
    <w:unhideWhenUsed/>
    <w:rsid w:val="00FB0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6288">
      <w:bodyDiv w:val="1"/>
      <w:marLeft w:val="0"/>
      <w:marRight w:val="0"/>
      <w:marTop w:val="0"/>
      <w:marBottom w:val="0"/>
      <w:divBdr>
        <w:top w:val="none" w:sz="0" w:space="0" w:color="auto"/>
        <w:left w:val="none" w:sz="0" w:space="0" w:color="auto"/>
        <w:bottom w:val="none" w:sz="0" w:space="0" w:color="auto"/>
        <w:right w:val="none" w:sz="0" w:space="0" w:color="auto"/>
      </w:divBdr>
    </w:div>
    <w:div w:id="561255622">
      <w:bodyDiv w:val="1"/>
      <w:marLeft w:val="0"/>
      <w:marRight w:val="0"/>
      <w:marTop w:val="0"/>
      <w:marBottom w:val="0"/>
      <w:divBdr>
        <w:top w:val="none" w:sz="0" w:space="0" w:color="auto"/>
        <w:left w:val="none" w:sz="0" w:space="0" w:color="auto"/>
        <w:bottom w:val="none" w:sz="0" w:space="0" w:color="auto"/>
        <w:right w:val="none" w:sz="0" w:space="0" w:color="auto"/>
      </w:divBdr>
    </w:div>
    <w:div w:id="634070367">
      <w:bodyDiv w:val="1"/>
      <w:marLeft w:val="0"/>
      <w:marRight w:val="0"/>
      <w:marTop w:val="0"/>
      <w:marBottom w:val="0"/>
      <w:divBdr>
        <w:top w:val="none" w:sz="0" w:space="0" w:color="auto"/>
        <w:left w:val="none" w:sz="0" w:space="0" w:color="auto"/>
        <w:bottom w:val="none" w:sz="0" w:space="0" w:color="auto"/>
        <w:right w:val="none" w:sz="0" w:space="0" w:color="auto"/>
      </w:divBdr>
    </w:div>
    <w:div w:id="992177255">
      <w:bodyDiv w:val="1"/>
      <w:marLeft w:val="0"/>
      <w:marRight w:val="0"/>
      <w:marTop w:val="0"/>
      <w:marBottom w:val="0"/>
      <w:divBdr>
        <w:top w:val="none" w:sz="0" w:space="0" w:color="auto"/>
        <w:left w:val="none" w:sz="0" w:space="0" w:color="auto"/>
        <w:bottom w:val="none" w:sz="0" w:space="0" w:color="auto"/>
        <w:right w:val="none" w:sz="0" w:space="0" w:color="auto"/>
      </w:divBdr>
    </w:div>
    <w:div w:id="1540897216">
      <w:bodyDiv w:val="1"/>
      <w:marLeft w:val="0"/>
      <w:marRight w:val="0"/>
      <w:marTop w:val="0"/>
      <w:marBottom w:val="0"/>
      <w:divBdr>
        <w:top w:val="none" w:sz="0" w:space="0" w:color="auto"/>
        <w:left w:val="none" w:sz="0" w:space="0" w:color="auto"/>
        <w:bottom w:val="none" w:sz="0" w:space="0" w:color="auto"/>
        <w:right w:val="none" w:sz="0" w:space="0" w:color="auto"/>
      </w:divBdr>
    </w:div>
    <w:div w:id="20224663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ishevarfarsh@gmail.com" TargetMode="External"/><Relationship Id="rId13" Type="http://schemas.openxmlformats.org/officeDocument/2006/relationships/hyperlink" Target="mailto:horajabi@ut.ac.i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hamidi@ut.ac.i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ishevarfarsh@gmail.co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horajabi@ut.ac.ir" TargetMode="External"/><Relationship Id="rId4" Type="http://schemas.openxmlformats.org/officeDocument/2006/relationships/settings" Target="settings.xml"/><Relationship Id="rId9" Type="http://schemas.openxmlformats.org/officeDocument/2006/relationships/hyperlink" Target="mailto:mhamidi@ut.ac.ir"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AB2FC-3D0B-44A6-937C-DA7C12CB5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6074</Words>
  <Characters>34623</Characters>
  <Application>Microsoft Office Word</Application>
  <DocSecurity>0</DocSecurity>
  <Lines>288</Lines>
  <Paragraphs>81</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ASUS</cp:lastModifiedBy>
  <cp:revision>2</cp:revision>
  <cp:lastPrinted>2025-04-26T10:39:00Z</cp:lastPrinted>
  <dcterms:created xsi:type="dcterms:W3CDTF">2025-10-21T20:37:00Z</dcterms:created>
  <dcterms:modified xsi:type="dcterms:W3CDTF">2025-10-21T20:37:00Z</dcterms:modified>
  <cp:category/>
</cp:coreProperties>
</file>